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313338"/>
  <w:body>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11030"/>
      </w:tblGrid>
      <w:tr w:rsidR="00327BED" w14:paraId="49D2F1D3" w14:textId="77777777">
        <w:trPr>
          <w:jc w:val="center"/>
        </w:trPr>
        <w:tc>
          <w:tcPr>
            <w:tcW w:w="11030" w:type="dxa"/>
            <w:shd w:val="clear" w:color="auto" w:fill="2B2D31"/>
            <w:vAlign w:val="center"/>
          </w:tcPr>
          <w:p w14:paraId="2673F6E2" w14:textId="77777777" w:rsidR="00327BED" w:rsidRDefault="00000000" w:rsidP="00834FE0">
            <w:r>
              <w:rPr>
                <w:b/>
              </w:rPr>
              <w:t>#  chat-export</w:t>
            </w:r>
            <w:r>
              <w:rPr>
                <w:color w:val="949BA4"/>
                <w:sz w:val="17"/>
              </w:rPr>
              <w:t xml:space="preserve">   10 May 2026</w:t>
            </w:r>
          </w:p>
        </w:tc>
      </w:tr>
    </w:tbl>
    <w:p w14:paraId="3C940E8F" w14:textId="77777777" w:rsidR="00327BED" w:rsidRDefault="00000000">
      <w:pPr>
        <w:spacing w:before="140" w:after="100"/>
        <w:jc w:val="center"/>
      </w:pPr>
      <w:r>
        <w:rPr>
          <w:color w:val="949BA4"/>
          <w:sz w:val="17"/>
        </w:rPr>
        <w:t>────────────  10 May 2026  ────────────</w:t>
      </w:r>
    </w:p>
    <w:tbl>
      <w:tblPr>
        <w:tblW w:w="0" w:type="auto"/>
        <w:jc w:val="center"/>
        <w:tblBorders>
          <w:top w:val="nil"/>
          <w:left w:val="nil"/>
          <w:bottom w:val="nil"/>
          <w:right w:val="nil"/>
          <w:insideH w:val="nil"/>
          <w:insideV w:val="nil"/>
        </w:tblBorders>
        <w:tblLayout w:type="fixed"/>
        <w:tblLook w:val="04A0" w:firstRow="1" w:lastRow="0" w:firstColumn="1" w:lastColumn="0" w:noHBand="0" w:noVBand="1"/>
      </w:tblPr>
      <w:tblGrid>
        <w:gridCol w:w="778"/>
        <w:gridCol w:w="9734"/>
      </w:tblGrid>
      <w:tr w:rsidR="00327BED" w14:paraId="04284838" w14:textId="77777777">
        <w:trPr>
          <w:cantSplit/>
          <w:jc w:val="center"/>
        </w:trPr>
        <w:tc>
          <w:tcPr>
            <w:tcW w:w="778" w:type="dxa"/>
            <w:shd w:val="clear" w:color="auto" w:fill="313338"/>
            <w:tcMar>
              <w:top w:w="55" w:type="dxa"/>
              <w:left w:w="10" w:type="dxa"/>
              <w:bottom w:w="30" w:type="dxa"/>
              <w:right w:w="25" w:type="dxa"/>
            </w:tcMar>
          </w:tcPr>
          <w:p w14:paraId="16FF54CD" w14:textId="77777777" w:rsidR="00327BED" w:rsidRDefault="00000000">
            <w:r>
              <w:rPr>
                <w:noProof/>
              </w:rPr>
              <w:drawing>
                <wp:inline distT="0" distB="0" distL="0" distR="0" wp14:anchorId="279216FB" wp14:editId="2A88637E">
                  <wp:extent cx="356616" cy="35661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karino.png"/>
                          <pic:cNvPicPr/>
                        </pic:nvPicPr>
                        <pic:blipFill>
                          <a:blip r:embed="rId6"/>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C64EF93" w14:textId="77777777" w:rsidR="00327BED" w:rsidRDefault="00000000">
            <w:pPr>
              <w:spacing w:after="24"/>
            </w:pPr>
            <w:r>
              <w:rPr>
                <w:b/>
                <w:color w:val="58A6FF"/>
              </w:rPr>
              <w:t>oskarino [ADHC],</w:t>
            </w:r>
            <w:r>
              <w:rPr>
                <w:color w:val="949BA4"/>
                <w:sz w:val="15"/>
              </w:rPr>
              <w:t xml:space="preserve">  10/05/2026 12:13 AM</w:t>
            </w:r>
          </w:p>
          <w:p w14:paraId="2747AF99" w14:textId="77777777" w:rsidR="00327BED" w:rsidRDefault="00000000">
            <w:pPr>
              <w:spacing w:after="8" w:line="245" w:lineRule="auto"/>
            </w:pPr>
            <w:r>
              <w:rPr>
                <w:color w:val="00A8FC"/>
              </w:rPr>
              <w:t>@Aperation</w:t>
            </w:r>
            <w:r>
              <w:t xml:space="preserve"> </w:t>
            </w:r>
            <w:r>
              <w:rPr>
                <w:color w:val="00A8FC"/>
              </w:rPr>
              <w:t>@Ev</w:t>
            </w:r>
          </w:p>
        </w:tc>
      </w:tr>
      <w:tr w:rsidR="00327BED" w14:paraId="1A7B2635" w14:textId="77777777">
        <w:trPr>
          <w:cantSplit/>
          <w:jc w:val="center"/>
        </w:trPr>
        <w:tc>
          <w:tcPr>
            <w:tcW w:w="778" w:type="dxa"/>
            <w:shd w:val="clear" w:color="auto" w:fill="313338"/>
            <w:tcMar>
              <w:top w:w="55" w:type="dxa"/>
              <w:left w:w="10" w:type="dxa"/>
              <w:bottom w:w="30" w:type="dxa"/>
              <w:right w:w="25" w:type="dxa"/>
            </w:tcMar>
          </w:tcPr>
          <w:p w14:paraId="18673256" w14:textId="77777777" w:rsidR="00327BED" w:rsidRDefault="00000000">
            <w:r>
              <w:rPr>
                <w:noProof/>
              </w:rPr>
              <w:drawing>
                <wp:inline distT="0" distB="0" distL="0" distR="0" wp14:anchorId="4D5D971D" wp14:editId="1A7B122C">
                  <wp:extent cx="356616" cy="35661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A02C43D" w14:textId="77777777" w:rsidR="00327BED" w:rsidRDefault="00000000">
            <w:pPr>
              <w:spacing w:after="24"/>
            </w:pPr>
            <w:r>
              <w:rPr>
                <w:b/>
              </w:rPr>
              <w:t>Aperation</w:t>
            </w:r>
            <w:r>
              <w:rPr>
                <w:color w:val="949BA4"/>
                <w:sz w:val="15"/>
              </w:rPr>
              <w:t xml:space="preserve">  10/05/2026 12:14 AM</w:t>
            </w:r>
          </w:p>
          <w:p w14:paraId="672F3E6F" w14:textId="77777777" w:rsidR="00327BED" w:rsidRDefault="00000000">
            <w:pPr>
              <w:spacing w:after="8" w:line="245" w:lineRule="auto"/>
            </w:pPr>
            <w:r>
              <w:t>Present</w:t>
            </w:r>
          </w:p>
        </w:tc>
      </w:tr>
      <w:tr w:rsidR="00327BED" w14:paraId="5192B966" w14:textId="77777777">
        <w:trPr>
          <w:cantSplit/>
          <w:jc w:val="center"/>
        </w:trPr>
        <w:tc>
          <w:tcPr>
            <w:tcW w:w="778" w:type="dxa"/>
            <w:shd w:val="clear" w:color="auto" w:fill="313338"/>
            <w:tcMar>
              <w:top w:w="55" w:type="dxa"/>
              <w:left w:w="10" w:type="dxa"/>
              <w:bottom w:w="30" w:type="dxa"/>
              <w:right w:w="25" w:type="dxa"/>
            </w:tcMar>
          </w:tcPr>
          <w:p w14:paraId="017578BA" w14:textId="77777777" w:rsidR="00327BED" w:rsidRDefault="00000000">
            <w:r>
              <w:rPr>
                <w:noProof/>
              </w:rPr>
              <w:drawing>
                <wp:inline distT="0" distB="0" distL="0" distR="0" wp14:anchorId="7E74E544" wp14:editId="658C6640">
                  <wp:extent cx="356616" cy="35661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karino.png"/>
                          <pic:cNvPicPr/>
                        </pic:nvPicPr>
                        <pic:blipFill>
                          <a:blip r:embed="rId6"/>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2A53743" w14:textId="77777777" w:rsidR="00327BED" w:rsidRDefault="00000000">
            <w:pPr>
              <w:spacing w:after="24"/>
            </w:pPr>
            <w:r>
              <w:rPr>
                <w:b/>
                <w:color w:val="58A6FF"/>
              </w:rPr>
              <w:t>oskarino [ADHC],</w:t>
            </w:r>
            <w:r>
              <w:rPr>
                <w:color w:val="949BA4"/>
                <w:sz w:val="15"/>
              </w:rPr>
              <w:t xml:space="preserve">  10/05/2026 12:15 AM</w:t>
            </w:r>
          </w:p>
          <w:p w14:paraId="6745C7F3" w14:textId="77777777" w:rsidR="00327BED" w:rsidRDefault="00000000">
            <w:pPr>
              <w:spacing w:after="8" w:line="245" w:lineRule="auto"/>
            </w:pPr>
            <w:r>
              <w:t>anya said</w:t>
            </w:r>
          </w:p>
          <w:p w14:paraId="7B14ACF9" w14:textId="77777777" w:rsidR="00327BED" w:rsidRDefault="00327BED">
            <w:pPr>
              <w:spacing w:line="84" w:lineRule="auto"/>
            </w:pPr>
          </w:p>
          <w:p w14:paraId="633CBFFF" w14:textId="77777777" w:rsidR="00327BED" w:rsidRDefault="00000000">
            <w:pPr>
              <w:spacing w:before="10" w:after="8" w:line="245" w:lineRule="auto"/>
            </w:pPr>
            <w:r>
              <w:t>so look</w:t>
            </w:r>
          </w:p>
          <w:p w14:paraId="2C9E7713" w14:textId="77777777" w:rsidR="00327BED" w:rsidRDefault="00327BED">
            <w:pPr>
              <w:spacing w:line="84" w:lineRule="auto"/>
            </w:pPr>
          </w:p>
          <w:p w14:paraId="564ADAC9" w14:textId="77777777" w:rsidR="00327BED" w:rsidRDefault="00000000">
            <w:pPr>
              <w:spacing w:before="10" w:after="8" w:line="245" w:lineRule="auto"/>
            </w:pPr>
            <w:r>
              <w:t>she was like are you gonna listen to what i have to say</w:t>
            </w:r>
          </w:p>
          <w:p w14:paraId="10B8246B" w14:textId="77777777" w:rsidR="00327BED" w:rsidRDefault="00327BED">
            <w:pPr>
              <w:spacing w:line="84" w:lineRule="auto"/>
            </w:pPr>
          </w:p>
          <w:p w14:paraId="0359D6B8" w14:textId="77777777" w:rsidR="00327BED" w:rsidRDefault="00000000">
            <w:pPr>
              <w:spacing w:before="10" w:after="8" w:line="245" w:lineRule="auto"/>
            </w:pPr>
            <w:r>
              <w:t>or something like that</w:t>
            </w:r>
          </w:p>
          <w:p w14:paraId="288F0D03" w14:textId="77777777" w:rsidR="00327BED" w:rsidRDefault="00327BED">
            <w:pPr>
              <w:spacing w:line="84" w:lineRule="auto"/>
            </w:pPr>
          </w:p>
          <w:p w14:paraId="12F30076" w14:textId="77777777" w:rsidR="00327BED" w:rsidRDefault="00000000">
            <w:pPr>
              <w:spacing w:before="10" w:after="8" w:line="245" w:lineRule="auto"/>
            </w:pPr>
            <w:r>
              <w:t>and i said yeah i will but i really don’t want to argue</w:t>
            </w:r>
          </w:p>
          <w:p w14:paraId="0F657694" w14:textId="77777777" w:rsidR="00327BED" w:rsidRDefault="00327BED">
            <w:pPr>
              <w:spacing w:line="84" w:lineRule="auto"/>
            </w:pPr>
          </w:p>
          <w:p w14:paraId="4282B8B9" w14:textId="77777777" w:rsidR="00327BED" w:rsidRDefault="00000000">
            <w:pPr>
              <w:spacing w:before="10" w:after="8" w:line="245" w:lineRule="auto"/>
            </w:pPr>
            <w:r>
              <w:t>and she said</w:t>
            </w:r>
          </w:p>
          <w:p w14:paraId="2BF56A73" w14:textId="77777777" w:rsidR="00327BED" w:rsidRDefault="00327BED">
            <w:pPr>
              <w:spacing w:line="84" w:lineRule="auto"/>
            </w:pPr>
          </w:p>
          <w:p w14:paraId="01017E12" w14:textId="77777777" w:rsidR="00327BED" w:rsidRDefault="00000000">
            <w:pPr>
              <w:spacing w:before="10" w:after="8" w:line="245" w:lineRule="auto"/>
            </w:pPr>
            <w:r>
              <w:t>yeah well you should have know</w:t>
            </w:r>
          </w:p>
          <w:p w14:paraId="314E262C" w14:textId="77777777" w:rsidR="00327BED" w:rsidRDefault="00327BED">
            <w:pPr>
              <w:spacing w:line="84" w:lineRule="auto"/>
            </w:pPr>
          </w:p>
          <w:p w14:paraId="1E1B3137" w14:textId="77777777" w:rsidR="00327BED" w:rsidRDefault="00000000">
            <w:pPr>
              <w:spacing w:before="10" w:after="8" w:line="245" w:lineRule="auto"/>
            </w:pPr>
            <w:r>
              <w:t>how much of yesterday do you remember</w:t>
            </w:r>
          </w:p>
          <w:p w14:paraId="143BD80C" w14:textId="77777777" w:rsidR="00327BED" w:rsidRDefault="00327BED">
            <w:pPr>
              <w:spacing w:line="84" w:lineRule="auto"/>
            </w:pPr>
          </w:p>
          <w:p w14:paraId="56DC0403" w14:textId="77777777" w:rsidR="00327BED" w:rsidRDefault="00000000">
            <w:pPr>
              <w:spacing w:before="10" w:after="8" w:line="245" w:lineRule="auto"/>
            </w:pPr>
            <w:r>
              <w:t>she said do you remember everything from yesterday</w:t>
            </w:r>
          </w:p>
        </w:tc>
      </w:tr>
      <w:tr w:rsidR="00327BED" w14:paraId="161FD14B" w14:textId="77777777">
        <w:trPr>
          <w:cantSplit/>
          <w:jc w:val="center"/>
        </w:trPr>
        <w:tc>
          <w:tcPr>
            <w:tcW w:w="778" w:type="dxa"/>
            <w:shd w:val="clear" w:color="auto" w:fill="313338"/>
            <w:tcMar>
              <w:top w:w="55" w:type="dxa"/>
              <w:left w:w="10" w:type="dxa"/>
              <w:bottom w:w="30" w:type="dxa"/>
              <w:right w:w="25" w:type="dxa"/>
            </w:tcMar>
          </w:tcPr>
          <w:p w14:paraId="04DF592C" w14:textId="77777777" w:rsidR="00327BED" w:rsidRDefault="00000000">
            <w:r>
              <w:rPr>
                <w:noProof/>
              </w:rPr>
              <w:drawing>
                <wp:inline distT="0" distB="0" distL="0" distR="0" wp14:anchorId="563B8B87" wp14:editId="4564918F">
                  <wp:extent cx="356616" cy="35661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076C9BAB" w14:textId="77777777" w:rsidR="00327BED" w:rsidRDefault="00000000">
            <w:pPr>
              <w:spacing w:after="24"/>
            </w:pPr>
            <w:r>
              <w:rPr>
                <w:b/>
              </w:rPr>
              <w:t>Aperation</w:t>
            </w:r>
            <w:r>
              <w:rPr>
                <w:color w:val="949BA4"/>
                <w:sz w:val="15"/>
              </w:rPr>
              <w:t xml:space="preserve">  10/05/2026 12:16 AM</w:t>
            </w:r>
          </w:p>
          <w:p w14:paraId="6C9CA8D0" w14:textId="77777777" w:rsidR="00327BED" w:rsidRDefault="00000000">
            <w:pPr>
              <w:spacing w:after="8" w:line="245" w:lineRule="auto"/>
            </w:pPr>
            <w:r>
              <w:t>Sooo jarring</w:t>
            </w:r>
          </w:p>
          <w:p w14:paraId="51052E85" w14:textId="77777777" w:rsidR="00327BED" w:rsidRDefault="00327BED">
            <w:pPr>
              <w:spacing w:line="84" w:lineRule="auto"/>
            </w:pPr>
          </w:p>
          <w:p w14:paraId="4ED68101" w14:textId="77777777" w:rsidR="00327BED" w:rsidRDefault="00000000">
            <w:pPr>
              <w:spacing w:before="10" w:after="8" w:line="245" w:lineRule="auto"/>
            </w:pPr>
            <w:r>
              <w:t>Never ever telling you what you did</w:t>
            </w:r>
          </w:p>
        </w:tc>
      </w:tr>
      <w:tr w:rsidR="00327BED" w14:paraId="22CA89C4" w14:textId="77777777">
        <w:trPr>
          <w:cantSplit/>
          <w:jc w:val="center"/>
        </w:trPr>
        <w:tc>
          <w:tcPr>
            <w:tcW w:w="778" w:type="dxa"/>
            <w:shd w:val="clear" w:color="auto" w:fill="313338"/>
            <w:tcMar>
              <w:top w:w="55" w:type="dxa"/>
              <w:left w:w="10" w:type="dxa"/>
              <w:bottom w:w="30" w:type="dxa"/>
              <w:right w:w="25" w:type="dxa"/>
            </w:tcMar>
          </w:tcPr>
          <w:p w14:paraId="5DACDA20" w14:textId="77777777" w:rsidR="00327BED" w:rsidRDefault="00000000">
            <w:r>
              <w:rPr>
                <w:noProof/>
              </w:rPr>
              <w:drawing>
                <wp:inline distT="0" distB="0" distL="0" distR="0" wp14:anchorId="3E30FAC8" wp14:editId="7811B0B5">
                  <wp:extent cx="356616" cy="35661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karino.png"/>
                          <pic:cNvPicPr/>
                        </pic:nvPicPr>
                        <pic:blipFill>
                          <a:blip r:embed="rId6"/>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B38DA16" w14:textId="77777777" w:rsidR="00327BED" w:rsidRDefault="00000000">
            <w:pPr>
              <w:spacing w:after="24"/>
            </w:pPr>
            <w:r>
              <w:rPr>
                <w:b/>
                <w:color w:val="58A6FF"/>
              </w:rPr>
              <w:t>oskarino [ADHC],</w:t>
            </w:r>
            <w:r>
              <w:rPr>
                <w:color w:val="949BA4"/>
                <w:sz w:val="15"/>
              </w:rPr>
              <w:t xml:space="preserve">  10/05/2026 12:16 AM</w:t>
            </w:r>
          </w:p>
          <w:p w14:paraId="5F135D60" w14:textId="77777777" w:rsidR="00327BED" w:rsidRDefault="00000000">
            <w:pPr>
              <w:spacing w:after="8" w:line="245" w:lineRule="auto"/>
            </w:pPr>
            <w:r>
              <w:t>what do i say to that</w:t>
            </w:r>
          </w:p>
          <w:p w14:paraId="04F20E7C" w14:textId="77777777" w:rsidR="00327BED" w:rsidRDefault="00327BED">
            <w:pPr>
              <w:spacing w:line="84" w:lineRule="auto"/>
            </w:pPr>
          </w:p>
          <w:p w14:paraId="55226005" w14:textId="77777777" w:rsidR="00327BED" w:rsidRDefault="00000000">
            <w:pPr>
              <w:spacing w:before="10" w:after="8" w:line="245" w:lineRule="auto"/>
            </w:pPr>
            <w:r>
              <w:t>“some parts are a bit of a blur” ?</w:t>
            </w:r>
          </w:p>
        </w:tc>
      </w:tr>
      <w:tr w:rsidR="00327BED" w14:paraId="61083612" w14:textId="77777777">
        <w:trPr>
          <w:cantSplit/>
          <w:jc w:val="center"/>
        </w:trPr>
        <w:tc>
          <w:tcPr>
            <w:tcW w:w="778" w:type="dxa"/>
            <w:shd w:val="clear" w:color="auto" w:fill="313338"/>
            <w:tcMar>
              <w:top w:w="55" w:type="dxa"/>
              <w:left w:w="10" w:type="dxa"/>
              <w:bottom w:w="30" w:type="dxa"/>
              <w:right w:w="25" w:type="dxa"/>
            </w:tcMar>
          </w:tcPr>
          <w:p w14:paraId="4F13F7E6" w14:textId="77777777" w:rsidR="00327BED" w:rsidRDefault="00000000">
            <w:r>
              <w:rPr>
                <w:noProof/>
              </w:rPr>
              <w:drawing>
                <wp:inline distT="0" distB="0" distL="0" distR="0" wp14:anchorId="59B4F8BA" wp14:editId="0EB6E3D8">
                  <wp:extent cx="356616" cy="35661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C1A0846" w14:textId="77777777" w:rsidR="00327BED" w:rsidRDefault="00000000">
            <w:pPr>
              <w:spacing w:after="24"/>
            </w:pPr>
            <w:r>
              <w:rPr>
                <w:b/>
              </w:rPr>
              <w:t>Aperation</w:t>
            </w:r>
            <w:r>
              <w:rPr>
                <w:color w:val="949BA4"/>
                <w:sz w:val="15"/>
              </w:rPr>
              <w:t xml:space="preserve">  10/05/2026 12:17 AM</w:t>
            </w:r>
          </w:p>
          <w:p w14:paraId="1DBC377B" w14:textId="77777777" w:rsidR="00327BED" w:rsidRDefault="00000000">
            <w:pPr>
              <w:spacing w:after="8" w:line="245" w:lineRule="auto"/>
            </w:pPr>
            <w:r>
              <w:t>Something like I doubt I remember everything it was a hit Bluey sometimes</w:t>
            </w:r>
          </w:p>
          <w:p w14:paraId="58A91930" w14:textId="77777777" w:rsidR="00327BED" w:rsidRDefault="00327BED">
            <w:pPr>
              <w:spacing w:line="84" w:lineRule="auto"/>
            </w:pPr>
          </w:p>
          <w:p w14:paraId="6A38266B" w14:textId="77777777" w:rsidR="00327BED" w:rsidRDefault="00000000">
            <w:pPr>
              <w:spacing w:before="10" w:after="8" w:line="245" w:lineRule="auto"/>
            </w:pPr>
            <w:r>
              <w:t>Blurt*</w:t>
            </w:r>
          </w:p>
          <w:p w14:paraId="0726CADD" w14:textId="77777777" w:rsidR="00327BED" w:rsidRDefault="00000000">
            <w:pPr>
              <w:spacing w:before="10" w:after="8" w:line="245" w:lineRule="auto"/>
            </w:pPr>
            <w:r>
              <w:t xml:space="preserve"> [ADHC], </w:t>
            </w:r>
          </w:p>
          <w:p w14:paraId="76413AA7" w14:textId="77777777" w:rsidR="00327BED" w:rsidRDefault="00327BED">
            <w:pPr>
              <w:spacing w:line="84" w:lineRule="auto"/>
            </w:pPr>
          </w:p>
          <w:p w14:paraId="3F74059D" w14:textId="77777777" w:rsidR="00327BED" w:rsidRDefault="00000000">
            <w:pPr>
              <w:spacing w:before="10" w:after="8" w:line="245" w:lineRule="auto"/>
            </w:pPr>
            <w:r>
              <w:t>Yeah that’s calmskis</w:t>
            </w:r>
          </w:p>
        </w:tc>
      </w:tr>
      <w:tr w:rsidR="00327BED" w14:paraId="4345433D" w14:textId="77777777">
        <w:trPr>
          <w:cantSplit/>
          <w:jc w:val="center"/>
        </w:trPr>
        <w:tc>
          <w:tcPr>
            <w:tcW w:w="778" w:type="dxa"/>
            <w:shd w:val="clear" w:color="auto" w:fill="313338"/>
            <w:tcMar>
              <w:top w:w="55" w:type="dxa"/>
              <w:left w:w="10" w:type="dxa"/>
              <w:bottom w:w="30" w:type="dxa"/>
              <w:right w:w="25" w:type="dxa"/>
            </w:tcMar>
          </w:tcPr>
          <w:p w14:paraId="130F28CF" w14:textId="77777777" w:rsidR="00327BED" w:rsidRDefault="00000000">
            <w:r>
              <w:rPr>
                <w:noProof/>
              </w:rPr>
              <w:drawing>
                <wp:inline distT="0" distB="0" distL="0" distR="0" wp14:anchorId="194F9B01" wp14:editId="1DFA3E6C">
                  <wp:extent cx="356616" cy="35661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karino.png"/>
                          <pic:cNvPicPr/>
                        </pic:nvPicPr>
                        <pic:blipFill>
                          <a:blip r:embed="rId6"/>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79D3FA0" w14:textId="77777777" w:rsidR="00327BED" w:rsidRDefault="00000000">
            <w:pPr>
              <w:spacing w:after="24"/>
            </w:pPr>
            <w:r>
              <w:rPr>
                <w:b/>
                <w:color w:val="58A6FF"/>
              </w:rPr>
              <w:t>oskarino [ADHC],</w:t>
            </w:r>
            <w:r>
              <w:rPr>
                <w:color w:val="949BA4"/>
                <w:sz w:val="15"/>
              </w:rPr>
              <w:t xml:space="preserve">  10/05/2026 12:17 AM</w:t>
            </w:r>
          </w:p>
          <w:p w14:paraId="769EC054" w14:textId="77777777" w:rsidR="00327BED" w:rsidRDefault="00000000">
            <w:pPr>
              <w:spacing w:after="8" w:line="245" w:lineRule="auto"/>
            </w:pPr>
            <w:r>
              <w:t>where’s evan when you need him</w:t>
            </w:r>
          </w:p>
        </w:tc>
      </w:tr>
      <w:tr w:rsidR="00327BED" w14:paraId="2CC5B72F" w14:textId="77777777">
        <w:trPr>
          <w:cantSplit/>
          <w:jc w:val="center"/>
        </w:trPr>
        <w:tc>
          <w:tcPr>
            <w:tcW w:w="778" w:type="dxa"/>
            <w:shd w:val="clear" w:color="auto" w:fill="313338"/>
            <w:tcMar>
              <w:top w:w="55" w:type="dxa"/>
              <w:left w:w="10" w:type="dxa"/>
              <w:bottom w:w="30" w:type="dxa"/>
              <w:right w:w="25" w:type="dxa"/>
            </w:tcMar>
          </w:tcPr>
          <w:p w14:paraId="53314437" w14:textId="77777777" w:rsidR="00327BED" w:rsidRDefault="00000000">
            <w:r>
              <w:rPr>
                <w:noProof/>
              </w:rPr>
              <w:drawing>
                <wp:inline distT="0" distB="0" distL="0" distR="0" wp14:anchorId="24396C89" wp14:editId="4A057931">
                  <wp:extent cx="356616" cy="35661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2412CFA5" w14:textId="77777777" w:rsidR="00327BED" w:rsidRDefault="00000000">
            <w:pPr>
              <w:spacing w:after="24"/>
            </w:pPr>
            <w:r>
              <w:rPr>
                <w:b/>
                <w:color w:val="F0B232"/>
              </w:rPr>
              <w:t>Ev</w:t>
            </w:r>
            <w:r>
              <w:rPr>
                <w:color w:val="949BA4"/>
                <w:sz w:val="15"/>
              </w:rPr>
              <w:t xml:space="preserve">  10/05/2026 12:19 AM</w:t>
            </w:r>
          </w:p>
          <w:p w14:paraId="00B4A25F" w14:textId="77777777" w:rsidR="00327BED" w:rsidRDefault="00000000">
            <w:pPr>
              <w:spacing w:after="8" w:line="245" w:lineRule="auto"/>
            </w:pPr>
            <w:r>
              <w:t>Anya this is stressing me out can you tell me what you want to tell me</w:t>
            </w:r>
          </w:p>
        </w:tc>
      </w:tr>
      <w:tr w:rsidR="00327BED" w14:paraId="5624E639" w14:textId="77777777">
        <w:trPr>
          <w:cantSplit/>
          <w:jc w:val="center"/>
        </w:trPr>
        <w:tc>
          <w:tcPr>
            <w:tcW w:w="778" w:type="dxa"/>
            <w:shd w:val="clear" w:color="auto" w:fill="313338"/>
            <w:tcMar>
              <w:top w:w="55" w:type="dxa"/>
              <w:left w:w="10" w:type="dxa"/>
              <w:bottom w:w="30" w:type="dxa"/>
              <w:right w:w="25" w:type="dxa"/>
            </w:tcMar>
          </w:tcPr>
          <w:p w14:paraId="3811410B" w14:textId="77777777" w:rsidR="00327BED" w:rsidRDefault="00000000">
            <w:r>
              <w:rPr>
                <w:noProof/>
              </w:rPr>
              <w:drawing>
                <wp:inline distT="0" distB="0" distL="0" distR="0" wp14:anchorId="4F073A32" wp14:editId="6350717E">
                  <wp:extent cx="356616" cy="356616"/>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karino.png"/>
                          <pic:cNvPicPr/>
                        </pic:nvPicPr>
                        <pic:blipFill>
                          <a:blip r:embed="rId6"/>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08F92678" w14:textId="77777777" w:rsidR="00327BED" w:rsidRDefault="00000000">
            <w:pPr>
              <w:spacing w:after="24"/>
            </w:pPr>
            <w:r>
              <w:rPr>
                <w:b/>
                <w:color w:val="58A6FF"/>
              </w:rPr>
              <w:t>oskarino [ADHC],</w:t>
            </w:r>
            <w:r>
              <w:rPr>
                <w:color w:val="949BA4"/>
                <w:sz w:val="15"/>
              </w:rPr>
              <w:t xml:space="preserve">  10/05/2026 12:19 AM</w:t>
            </w:r>
          </w:p>
          <w:p w14:paraId="59456EC2" w14:textId="77777777" w:rsidR="00327BED" w:rsidRDefault="00000000">
            <w:pPr>
              <w:spacing w:after="8" w:line="245" w:lineRule="auto"/>
            </w:pPr>
            <w:r>
              <w:t>ok she responded</w:t>
            </w:r>
          </w:p>
          <w:p w14:paraId="57B6E5E9" w14:textId="77777777" w:rsidR="00327BED" w:rsidRDefault="00327BED">
            <w:pPr>
              <w:spacing w:line="84" w:lineRule="auto"/>
            </w:pPr>
          </w:p>
          <w:p w14:paraId="1E9F08E4" w14:textId="77777777" w:rsidR="00327BED" w:rsidRDefault="00000000">
            <w:pPr>
              <w:spacing w:before="10" w:after="8" w:line="245" w:lineRule="auto"/>
            </w:pPr>
            <w:r>
              <w:t>she says okay well do you think you did anything</w:t>
            </w:r>
          </w:p>
        </w:tc>
      </w:tr>
      <w:tr w:rsidR="00327BED" w14:paraId="0889F993" w14:textId="77777777">
        <w:trPr>
          <w:cantSplit/>
          <w:jc w:val="center"/>
        </w:trPr>
        <w:tc>
          <w:tcPr>
            <w:tcW w:w="778" w:type="dxa"/>
            <w:shd w:val="clear" w:color="auto" w:fill="313338"/>
            <w:tcMar>
              <w:top w:w="55" w:type="dxa"/>
              <w:left w:w="10" w:type="dxa"/>
              <w:bottom w:w="30" w:type="dxa"/>
              <w:right w:w="25" w:type="dxa"/>
            </w:tcMar>
          </w:tcPr>
          <w:p w14:paraId="60A0F8EA" w14:textId="77777777" w:rsidR="00327BED" w:rsidRDefault="00000000">
            <w:r>
              <w:rPr>
                <w:noProof/>
              </w:rPr>
              <w:drawing>
                <wp:inline distT="0" distB="0" distL="0" distR="0" wp14:anchorId="201EED1B" wp14:editId="5D7AE1B9">
                  <wp:extent cx="356616" cy="35661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A7A0B8B" w14:textId="77777777" w:rsidR="00327BED" w:rsidRDefault="00000000">
            <w:pPr>
              <w:spacing w:after="24"/>
            </w:pPr>
            <w:r>
              <w:rPr>
                <w:b/>
                <w:color w:val="F0B232"/>
              </w:rPr>
              <w:t>Ev</w:t>
            </w:r>
            <w:r>
              <w:rPr>
                <w:color w:val="949BA4"/>
                <w:sz w:val="15"/>
              </w:rPr>
              <w:t xml:space="preserve">  10/05/2026 12:21 AM</w:t>
            </w:r>
          </w:p>
          <w:p w14:paraId="57198180" w14:textId="77777777" w:rsidR="00327BED" w:rsidRDefault="00000000">
            <w:pPr>
              <w:spacing w:after="8" w:line="245" w:lineRule="auto"/>
            </w:pPr>
            <w:r>
              <w:t>Bro why does she have to fucking quiz you</w:t>
            </w:r>
          </w:p>
        </w:tc>
      </w:tr>
      <w:tr w:rsidR="00327BED" w14:paraId="32439B3A" w14:textId="77777777">
        <w:trPr>
          <w:cantSplit/>
          <w:jc w:val="center"/>
        </w:trPr>
        <w:tc>
          <w:tcPr>
            <w:tcW w:w="778" w:type="dxa"/>
            <w:shd w:val="clear" w:color="auto" w:fill="313338"/>
            <w:tcMar>
              <w:top w:w="55" w:type="dxa"/>
              <w:left w:w="10" w:type="dxa"/>
              <w:bottom w:w="30" w:type="dxa"/>
              <w:right w:w="25" w:type="dxa"/>
            </w:tcMar>
          </w:tcPr>
          <w:p w14:paraId="3038295C" w14:textId="77777777" w:rsidR="00327BED" w:rsidRDefault="00000000">
            <w:r>
              <w:rPr>
                <w:noProof/>
              </w:rPr>
              <w:drawing>
                <wp:inline distT="0" distB="0" distL="0" distR="0" wp14:anchorId="4E3269E5" wp14:editId="7F156169">
                  <wp:extent cx="356616" cy="35661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karino.png"/>
                          <pic:cNvPicPr/>
                        </pic:nvPicPr>
                        <pic:blipFill>
                          <a:blip r:embed="rId6"/>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759787A9" w14:textId="77777777" w:rsidR="00327BED" w:rsidRDefault="00000000">
            <w:pPr>
              <w:spacing w:after="24"/>
            </w:pPr>
            <w:r>
              <w:rPr>
                <w:b/>
                <w:color w:val="58A6FF"/>
              </w:rPr>
              <w:t>oskarino [ADHC],</w:t>
            </w:r>
            <w:r>
              <w:rPr>
                <w:color w:val="949BA4"/>
                <w:sz w:val="15"/>
              </w:rPr>
              <w:t xml:space="preserve">  10/05/2026 12:21 AM</w:t>
            </w:r>
          </w:p>
          <w:p w14:paraId="513C450C" w14:textId="77777777" w:rsidR="00327BED" w:rsidRDefault="00000000">
            <w:pPr>
              <w:spacing w:after="8" w:line="245" w:lineRule="auto"/>
            </w:pPr>
            <w:r>
              <w:t>what do i say?</w:t>
            </w:r>
          </w:p>
          <w:p w14:paraId="1031B182" w14:textId="77777777" w:rsidR="00327BED" w:rsidRDefault="00327BED">
            <w:pPr>
              <w:spacing w:line="84" w:lineRule="auto"/>
            </w:pPr>
          </w:p>
          <w:p w14:paraId="5D737B07" w14:textId="77777777" w:rsidR="00327BED" w:rsidRDefault="00000000">
            <w:pPr>
              <w:spacing w:before="10" w:after="8" w:line="245" w:lineRule="auto"/>
            </w:pPr>
            <w:r>
              <w:rPr>
                <w:color w:val="00A8FC"/>
              </w:rPr>
              <w:t>@Aperation</w:t>
            </w:r>
          </w:p>
        </w:tc>
      </w:tr>
      <w:tr w:rsidR="00327BED" w14:paraId="6CDD507C" w14:textId="77777777">
        <w:trPr>
          <w:cantSplit/>
          <w:jc w:val="center"/>
        </w:trPr>
        <w:tc>
          <w:tcPr>
            <w:tcW w:w="778" w:type="dxa"/>
            <w:shd w:val="clear" w:color="auto" w:fill="313338"/>
            <w:tcMar>
              <w:top w:w="55" w:type="dxa"/>
              <w:left w:w="10" w:type="dxa"/>
              <w:bottom w:w="30" w:type="dxa"/>
              <w:right w:w="25" w:type="dxa"/>
            </w:tcMar>
          </w:tcPr>
          <w:p w14:paraId="66A6D82F" w14:textId="77777777" w:rsidR="00327BED" w:rsidRDefault="00000000">
            <w:r>
              <w:rPr>
                <w:noProof/>
              </w:rPr>
              <w:drawing>
                <wp:inline distT="0" distB="0" distL="0" distR="0" wp14:anchorId="7246F692" wp14:editId="276E41F1">
                  <wp:extent cx="356616" cy="35661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29C0744B" w14:textId="77777777" w:rsidR="00327BED" w:rsidRDefault="00000000">
            <w:pPr>
              <w:spacing w:after="24"/>
            </w:pPr>
            <w:r>
              <w:rPr>
                <w:b/>
                <w:color w:val="F0B232"/>
              </w:rPr>
              <w:t>Ev</w:t>
            </w:r>
            <w:r>
              <w:rPr>
                <w:color w:val="949BA4"/>
                <w:sz w:val="15"/>
              </w:rPr>
              <w:t xml:space="preserve">  10/05/2026 12:23 AM</w:t>
            </w:r>
          </w:p>
          <w:p w14:paraId="573A2654" w14:textId="77777777" w:rsidR="00327BED" w:rsidRDefault="00000000">
            <w:pPr>
              <w:spacing w:after="8" w:line="245" w:lineRule="auto"/>
            </w:pPr>
            <w:r>
              <w:t>Please just have an actual conversation with me tell me whats going on</w:t>
            </w:r>
          </w:p>
        </w:tc>
      </w:tr>
      <w:tr w:rsidR="00327BED" w14:paraId="49F676CA" w14:textId="77777777">
        <w:trPr>
          <w:cantSplit/>
          <w:jc w:val="center"/>
        </w:trPr>
        <w:tc>
          <w:tcPr>
            <w:tcW w:w="778" w:type="dxa"/>
            <w:shd w:val="clear" w:color="auto" w:fill="313338"/>
            <w:tcMar>
              <w:top w:w="55" w:type="dxa"/>
              <w:left w:w="10" w:type="dxa"/>
              <w:bottom w:w="30" w:type="dxa"/>
              <w:right w:w="25" w:type="dxa"/>
            </w:tcMar>
          </w:tcPr>
          <w:p w14:paraId="01659B70" w14:textId="77777777" w:rsidR="00327BED" w:rsidRDefault="00000000">
            <w:r>
              <w:rPr>
                <w:noProof/>
              </w:rPr>
              <w:drawing>
                <wp:inline distT="0" distB="0" distL="0" distR="0" wp14:anchorId="4BE47A9D" wp14:editId="1740BE7E">
                  <wp:extent cx="356616" cy="35661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karino.png"/>
                          <pic:cNvPicPr/>
                        </pic:nvPicPr>
                        <pic:blipFill>
                          <a:blip r:embed="rId6"/>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3208CADD" w14:textId="77777777" w:rsidR="00327BED" w:rsidRDefault="00000000">
            <w:pPr>
              <w:spacing w:after="24"/>
            </w:pPr>
            <w:r>
              <w:rPr>
                <w:b/>
                <w:color w:val="58A6FF"/>
              </w:rPr>
              <w:t>oskarino [ADHC],</w:t>
            </w:r>
            <w:r>
              <w:rPr>
                <w:color w:val="949BA4"/>
                <w:sz w:val="15"/>
              </w:rPr>
              <w:t xml:space="preserve">  10/05/2026 12:25 AM</w:t>
            </w:r>
          </w:p>
          <w:p w14:paraId="165B5C73" w14:textId="77777777" w:rsidR="00327BED" w:rsidRDefault="00000000">
            <w:pPr>
              <w:spacing w:after="8" w:line="245" w:lineRule="auto"/>
            </w:pPr>
            <w:r>
              <w:t>holy offense 😵</w:t>
            </w:r>
          </w:p>
        </w:tc>
      </w:tr>
      <w:tr w:rsidR="00327BED" w14:paraId="5F0E786E" w14:textId="77777777">
        <w:trPr>
          <w:cantSplit/>
          <w:jc w:val="center"/>
        </w:trPr>
        <w:tc>
          <w:tcPr>
            <w:tcW w:w="778" w:type="dxa"/>
            <w:shd w:val="clear" w:color="auto" w:fill="313338"/>
            <w:tcMar>
              <w:top w:w="55" w:type="dxa"/>
              <w:left w:w="10" w:type="dxa"/>
              <w:bottom w:w="30" w:type="dxa"/>
              <w:right w:w="25" w:type="dxa"/>
            </w:tcMar>
          </w:tcPr>
          <w:p w14:paraId="0F37FEC3" w14:textId="77777777" w:rsidR="00327BED" w:rsidRDefault="00000000">
            <w:r>
              <w:rPr>
                <w:noProof/>
              </w:rPr>
              <w:lastRenderedPageBreak/>
              <w:drawing>
                <wp:inline distT="0" distB="0" distL="0" distR="0" wp14:anchorId="29D89901" wp14:editId="75727BCC">
                  <wp:extent cx="356616" cy="356616"/>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723532B0" w14:textId="77777777" w:rsidR="00327BED" w:rsidRDefault="00000000">
            <w:pPr>
              <w:spacing w:after="24"/>
            </w:pPr>
            <w:r>
              <w:rPr>
                <w:b/>
              </w:rPr>
              <w:t>Aperation</w:t>
            </w:r>
            <w:r>
              <w:rPr>
                <w:color w:val="949BA4"/>
                <w:sz w:val="15"/>
              </w:rPr>
              <w:t xml:space="preserve">  10/05/2026 12:25 AM</w:t>
            </w:r>
          </w:p>
          <w:p w14:paraId="7DE67E73" w14:textId="77777777" w:rsidR="00327BED" w:rsidRDefault="00000000">
            <w:pPr>
              <w:spacing w:after="8" w:line="245" w:lineRule="auto"/>
            </w:pPr>
            <w:r>
              <w:t>She’s so annoying holy smokes</w:t>
            </w:r>
          </w:p>
          <w:p w14:paraId="0E8DED01" w14:textId="77777777" w:rsidR="00327BED" w:rsidRDefault="00327BED">
            <w:pPr>
              <w:spacing w:line="84" w:lineRule="auto"/>
            </w:pPr>
          </w:p>
          <w:p w14:paraId="75C9F023" w14:textId="77777777" w:rsidR="00327BED" w:rsidRDefault="00000000">
            <w:pPr>
              <w:spacing w:before="10" w:after="8" w:line="245" w:lineRule="auto"/>
            </w:pPr>
            <w:r>
              <w:t>Playing a pub quiz</w:t>
            </w:r>
          </w:p>
        </w:tc>
      </w:tr>
      <w:tr w:rsidR="00327BED" w14:paraId="3289A6A0" w14:textId="77777777">
        <w:trPr>
          <w:cantSplit/>
          <w:jc w:val="center"/>
        </w:trPr>
        <w:tc>
          <w:tcPr>
            <w:tcW w:w="778" w:type="dxa"/>
            <w:shd w:val="clear" w:color="auto" w:fill="313338"/>
            <w:tcMar>
              <w:top w:w="55" w:type="dxa"/>
              <w:left w:w="10" w:type="dxa"/>
              <w:bottom w:w="30" w:type="dxa"/>
              <w:right w:w="25" w:type="dxa"/>
            </w:tcMar>
          </w:tcPr>
          <w:p w14:paraId="492F0EC5" w14:textId="77777777" w:rsidR="00327BED" w:rsidRDefault="00000000">
            <w:r>
              <w:rPr>
                <w:noProof/>
              </w:rPr>
              <w:drawing>
                <wp:inline distT="0" distB="0" distL="0" distR="0" wp14:anchorId="44044967" wp14:editId="7380DDD7">
                  <wp:extent cx="356616" cy="35661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karino.png"/>
                          <pic:cNvPicPr/>
                        </pic:nvPicPr>
                        <pic:blipFill>
                          <a:blip r:embed="rId6"/>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2D566A3E" w14:textId="77777777" w:rsidR="00327BED" w:rsidRDefault="00000000">
            <w:pPr>
              <w:spacing w:after="24"/>
            </w:pPr>
            <w:r>
              <w:rPr>
                <w:b/>
                <w:color w:val="58A6FF"/>
              </w:rPr>
              <w:t>oskarino [ADHC],</w:t>
            </w:r>
            <w:r>
              <w:rPr>
                <w:color w:val="949BA4"/>
                <w:sz w:val="15"/>
              </w:rPr>
              <w:t xml:space="preserve">  10/05/2026 12:26 AM</w:t>
            </w:r>
          </w:p>
          <w:p w14:paraId="67369BB8" w14:textId="77777777" w:rsidR="00327BED" w:rsidRDefault="00000000">
            <w:pPr>
              <w:spacing w:after="8" w:line="245" w:lineRule="auto"/>
            </w:pPr>
            <w:r>
              <w:t xml:space="preserve">i said </w:t>
            </w:r>
          </w:p>
          <w:p w14:paraId="3500E1D2" w14:textId="77777777" w:rsidR="00327BED" w:rsidRDefault="00000000">
            <w:pPr>
              <w:spacing w:before="10" w:after="8" w:line="245" w:lineRule="auto"/>
            </w:pPr>
            <w:r>
              <w:t>not really</w:t>
            </w:r>
          </w:p>
          <w:p w14:paraId="7DE4186A" w14:textId="77777777" w:rsidR="00327BED" w:rsidRDefault="00000000">
            <w:pPr>
              <w:spacing w:before="10" w:after="8" w:line="245" w:lineRule="auto"/>
            </w:pPr>
            <w:r>
              <w:t>can you please tell me what’s going on</w:t>
            </w:r>
          </w:p>
        </w:tc>
      </w:tr>
      <w:tr w:rsidR="00327BED" w14:paraId="5434E264" w14:textId="77777777">
        <w:trPr>
          <w:cantSplit/>
          <w:jc w:val="center"/>
        </w:trPr>
        <w:tc>
          <w:tcPr>
            <w:tcW w:w="778" w:type="dxa"/>
            <w:shd w:val="clear" w:color="auto" w:fill="313338"/>
            <w:tcMar>
              <w:top w:w="55" w:type="dxa"/>
              <w:left w:w="10" w:type="dxa"/>
              <w:bottom w:w="30" w:type="dxa"/>
              <w:right w:w="25" w:type="dxa"/>
            </w:tcMar>
          </w:tcPr>
          <w:p w14:paraId="65CA1560" w14:textId="77777777" w:rsidR="00327BED" w:rsidRDefault="00000000">
            <w:r>
              <w:rPr>
                <w:noProof/>
              </w:rPr>
              <w:drawing>
                <wp:inline distT="0" distB="0" distL="0" distR="0" wp14:anchorId="31CB70C0" wp14:editId="64B1421A">
                  <wp:extent cx="356616" cy="35661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4A2E822" w14:textId="77777777" w:rsidR="00327BED" w:rsidRDefault="00000000">
            <w:pPr>
              <w:spacing w:after="24"/>
            </w:pPr>
            <w:r>
              <w:rPr>
                <w:b/>
              </w:rPr>
              <w:t>Aperation</w:t>
            </w:r>
            <w:r>
              <w:rPr>
                <w:color w:val="949BA4"/>
                <w:sz w:val="15"/>
              </w:rPr>
              <w:t xml:space="preserve">  10/05/2026 12:26 AM</w:t>
            </w:r>
          </w:p>
          <w:p w14:paraId="48B0152D" w14:textId="77777777" w:rsidR="00327BED" w:rsidRDefault="00000000">
            <w:pPr>
              <w:spacing w:after="8" w:line="245" w:lineRule="auto"/>
            </w:pPr>
            <w:r>
              <w:t>I think maybe just say Anya I don’t remember doing anything can you tell me what your on about</w:t>
            </w:r>
          </w:p>
          <w:p w14:paraId="26293B5D" w14:textId="77777777" w:rsidR="00327BED" w:rsidRDefault="00327BED">
            <w:pPr>
              <w:spacing w:line="84" w:lineRule="auto"/>
            </w:pPr>
          </w:p>
          <w:p w14:paraId="16D7145D" w14:textId="77777777" w:rsidR="00327BED" w:rsidRDefault="00000000">
            <w:pPr>
              <w:spacing w:before="10" w:after="8" w:line="245" w:lineRule="auto"/>
            </w:pPr>
            <w:r>
              <w:t>Yeah calmskis</w:t>
            </w:r>
          </w:p>
        </w:tc>
      </w:tr>
      <w:tr w:rsidR="00327BED" w14:paraId="2C6CA0CA" w14:textId="77777777">
        <w:trPr>
          <w:cantSplit/>
          <w:jc w:val="center"/>
        </w:trPr>
        <w:tc>
          <w:tcPr>
            <w:tcW w:w="778" w:type="dxa"/>
            <w:shd w:val="clear" w:color="auto" w:fill="313338"/>
            <w:tcMar>
              <w:top w:w="55" w:type="dxa"/>
              <w:left w:w="10" w:type="dxa"/>
              <w:bottom w:w="30" w:type="dxa"/>
              <w:right w:w="25" w:type="dxa"/>
            </w:tcMar>
          </w:tcPr>
          <w:p w14:paraId="0BDDEF6C" w14:textId="77777777" w:rsidR="00327BED" w:rsidRDefault="00000000">
            <w:r>
              <w:rPr>
                <w:noProof/>
              </w:rPr>
              <w:drawing>
                <wp:inline distT="0" distB="0" distL="0" distR="0" wp14:anchorId="7F41BCCD" wp14:editId="17F5111E">
                  <wp:extent cx="356616" cy="35661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karino.png"/>
                          <pic:cNvPicPr/>
                        </pic:nvPicPr>
                        <pic:blipFill>
                          <a:blip r:embed="rId6"/>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C36B496" w14:textId="77777777" w:rsidR="00327BED" w:rsidRDefault="00000000">
            <w:pPr>
              <w:spacing w:after="24"/>
            </w:pPr>
            <w:r>
              <w:rPr>
                <w:b/>
                <w:color w:val="58A6FF"/>
              </w:rPr>
              <w:t>oskarino [ADHC],</w:t>
            </w:r>
            <w:r>
              <w:rPr>
                <w:color w:val="949BA4"/>
                <w:sz w:val="15"/>
              </w:rPr>
              <w:t xml:space="preserve">  10/05/2026 12:26 AM</w:t>
            </w:r>
          </w:p>
          <w:p w14:paraId="39BABABB" w14:textId="77777777" w:rsidR="00327BED" w:rsidRDefault="00000000">
            <w:pPr>
              <w:spacing w:after="8" w:line="245" w:lineRule="auto"/>
            </w:pPr>
            <w:r>
              <w:t>ugh</w:t>
            </w:r>
          </w:p>
          <w:p w14:paraId="4B9A6269" w14:textId="77777777" w:rsidR="00327BED" w:rsidRDefault="00327BED">
            <w:pPr>
              <w:spacing w:line="84" w:lineRule="auto"/>
            </w:pPr>
          </w:p>
          <w:p w14:paraId="7CBE451C" w14:textId="77777777" w:rsidR="00327BED" w:rsidRDefault="00000000">
            <w:pPr>
              <w:spacing w:before="10" w:after="8" w:line="245" w:lineRule="auto"/>
            </w:pPr>
            <w:r>
              <w:t>oh she’s fast with it</w:t>
            </w:r>
          </w:p>
          <w:p w14:paraId="2A6E43C0" w14:textId="77777777" w:rsidR="00327BED" w:rsidRDefault="00327BED">
            <w:pPr>
              <w:spacing w:line="84" w:lineRule="auto"/>
            </w:pPr>
          </w:p>
          <w:p w14:paraId="6329EAE6" w14:textId="77777777" w:rsidR="00327BED" w:rsidRDefault="00000000">
            <w:pPr>
              <w:spacing w:before="10" w:after="8" w:line="245" w:lineRule="auto"/>
            </w:pPr>
            <w:r>
              <w:t>she says i was honestly just watching you the whole night</w:t>
            </w:r>
          </w:p>
          <w:p w14:paraId="5A2564B3" w14:textId="77777777" w:rsidR="00327BED" w:rsidRDefault="00327BED">
            <w:pPr>
              <w:spacing w:line="84" w:lineRule="auto"/>
            </w:pPr>
          </w:p>
          <w:p w14:paraId="67951D7D" w14:textId="77777777" w:rsidR="00327BED" w:rsidRDefault="00000000">
            <w:pPr>
              <w:spacing w:before="10" w:after="8" w:line="245" w:lineRule="auto"/>
            </w:pPr>
            <w:r>
              <w:t>she says that i was getting too close to people</w:t>
            </w:r>
          </w:p>
          <w:p w14:paraId="5E9924EB" w14:textId="77777777" w:rsidR="00327BED" w:rsidRDefault="00327BED">
            <w:pPr>
              <w:spacing w:line="84" w:lineRule="auto"/>
            </w:pPr>
          </w:p>
          <w:p w14:paraId="342A236A" w14:textId="77777777" w:rsidR="00327BED" w:rsidRDefault="00000000">
            <w:pPr>
              <w:spacing w:before="10" w:after="8" w:line="245" w:lineRule="auto"/>
            </w:pPr>
            <w:r>
              <w:t>and i accidentally opened it while she was typing</w:t>
            </w:r>
          </w:p>
          <w:p w14:paraId="4F9D5D64" w14:textId="77777777" w:rsidR="00327BED" w:rsidRDefault="00327BED">
            <w:pPr>
              <w:spacing w:line="84" w:lineRule="auto"/>
            </w:pPr>
          </w:p>
          <w:p w14:paraId="6314B4E5" w14:textId="77777777" w:rsidR="00327BED" w:rsidRDefault="00000000">
            <w:pPr>
              <w:spacing w:before="10" w:after="8" w:line="245" w:lineRule="auto"/>
            </w:pPr>
            <w:r>
              <w:t>she says i was getting like waaaaayy too close to people</w:t>
            </w:r>
          </w:p>
        </w:tc>
      </w:tr>
      <w:tr w:rsidR="00327BED" w14:paraId="5A68AEAE" w14:textId="77777777">
        <w:trPr>
          <w:cantSplit/>
          <w:jc w:val="center"/>
        </w:trPr>
        <w:tc>
          <w:tcPr>
            <w:tcW w:w="778" w:type="dxa"/>
            <w:shd w:val="clear" w:color="auto" w:fill="313338"/>
            <w:tcMar>
              <w:top w:w="55" w:type="dxa"/>
              <w:left w:w="10" w:type="dxa"/>
              <w:bottom w:w="30" w:type="dxa"/>
              <w:right w:w="25" w:type="dxa"/>
            </w:tcMar>
          </w:tcPr>
          <w:p w14:paraId="5E6138ED" w14:textId="77777777" w:rsidR="00327BED" w:rsidRDefault="00000000">
            <w:r>
              <w:rPr>
                <w:noProof/>
              </w:rPr>
              <w:drawing>
                <wp:inline distT="0" distB="0" distL="0" distR="0" wp14:anchorId="2F9E5D21" wp14:editId="69677B6D">
                  <wp:extent cx="356616" cy="356616"/>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2D1CA3E" w14:textId="77777777" w:rsidR="00327BED" w:rsidRDefault="00000000">
            <w:pPr>
              <w:spacing w:after="24"/>
            </w:pPr>
            <w:r>
              <w:rPr>
                <w:b/>
              </w:rPr>
              <w:t>Aperation</w:t>
            </w:r>
            <w:r>
              <w:rPr>
                <w:color w:val="949BA4"/>
                <w:sz w:val="15"/>
              </w:rPr>
              <w:t xml:space="preserve">  10/05/2026 12:28 AM</w:t>
            </w:r>
          </w:p>
          <w:p w14:paraId="554886D0" w14:textId="77777777" w:rsidR="00327BED" w:rsidRDefault="00000000">
            <w:pPr>
              <w:spacing w:after="8" w:line="245" w:lineRule="auto"/>
            </w:pPr>
            <w:r>
              <w:t>Fuck offff she hasn’t even got a fucking event that made her pissed off</w:t>
            </w:r>
          </w:p>
        </w:tc>
      </w:tr>
      <w:tr w:rsidR="00327BED" w14:paraId="36CDF648" w14:textId="77777777">
        <w:trPr>
          <w:cantSplit/>
          <w:jc w:val="center"/>
        </w:trPr>
        <w:tc>
          <w:tcPr>
            <w:tcW w:w="778" w:type="dxa"/>
            <w:shd w:val="clear" w:color="auto" w:fill="313338"/>
            <w:tcMar>
              <w:top w:w="55" w:type="dxa"/>
              <w:left w:w="10" w:type="dxa"/>
              <w:bottom w:w="30" w:type="dxa"/>
              <w:right w:w="25" w:type="dxa"/>
            </w:tcMar>
          </w:tcPr>
          <w:p w14:paraId="7D02303C" w14:textId="77777777" w:rsidR="00327BED" w:rsidRDefault="00000000">
            <w:r>
              <w:rPr>
                <w:noProof/>
              </w:rPr>
              <w:drawing>
                <wp:inline distT="0" distB="0" distL="0" distR="0" wp14:anchorId="41F6E687" wp14:editId="37F6B265">
                  <wp:extent cx="356616" cy="35661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karino.png"/>
                          <pic:cNvPicPr/>
                        </pic:nvPicPr>
                        <pic:blipFill>
                          <a:blip r:embed="rId6"/>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80164A2" w14:textId="77777777" w:rsidR="00327BED" w:rsidRDefault="00000000">
            <w:pPr>
              <w:spacing w:after="24"/>
            </w:pPr>
            <w:r>
              <w:rPr>
                <w:b/>
                <w:color w:val="58A6FF"/>
              </w:rPr>
              <w:t>oskarino [ADHC],</w:t>
            </w:r>
            <w:r>
              <w:rPr>
                <w:color w:val="949BA4"/>
                <w:sz w:val="15"/>
              </w:rPr>
              <w:t xml:space="preserve">  10/05/2026 12:28 AM</w:t>
            </w:r>
          </w:p>
          <w:p w14:paraId="487E77FD" w14:textId="77777777" w:rsidR="00327BED" w:rsidRDefault="00000000">
            <w:pPr>
              <w:spacing w:after="8" w:line="245" w:lineRule="auto"/>
            </w:pPr>
            <w:r>
              <w:t>and she was literally watching me and it felt like i didn’t even care</w:t>
            </w:r>
          </w:p>
        </w:tc>
      </w:tr>
      <w:tr w:rsidR="00327BED" w14:paraId="0B0178C1" w14:textId="77777777">
        <w:trPr>
          <w:cantSplit/>
          <w:jc w:val="center"/>
        </w:trPr>
        <w:tc>
          <w:tcPr>
            <w:tcW w:w="778" w:type="dxa"/>
            <w:shd w:val="clear" w:color="auto" w:fill="313338"/>
            <w:tcMar>
              <w:top w:w="55" w:type="dxa"/>
              <w:left w:w="10" w:type="dxa"/>
              <w:bottom w:w="30" w:type="dxa"/>
              <w:right w:w="25" w:type="dxa"/>
            </w:tcMar>
          </w:tcPr>
          <w:p w14:paraId="166E0C0A" w14:textId="77777777" w:rsidR="00327BED" w:rsidRDefault="00000000">
            <w:r>
              <w:rPr>
                <w:noProof/>
              </w:rPr>
              <w:drawing>
                <wp:inline distT="0" distB="0" distL="0" distR="0" wp14:anchorId="0E268F02" wp14:editId="7848E9AF">
                  <wp:extent cx="356616" cy="35661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6D093FB" w14:textId="77777777" w:rsidR="00327BED" w:rsidRDefault="00000000">
            <w:pPr>
              <w:spacing w:after="24"/>
            </w:pPr>
            <w:r>
              <w:rPr>
                <w:b/>
                <w:color w:val="F0B232"/>
              </w:rPr>
              <w:t>Ev</w:t>
            </w:r>
            <w:r>
              <w:rPr>
                <w:color w:val="949BA4"/>
                <w:sz w:val="15"/>
              </w:rPr>
              <w:t xml:space="preserve">  10/05/2026 12:28 AM</w:t>
            </w:r>
          </w:p>
          <w:p w14:paraId="5AC9CE70" w14:textId="77777777" w:rsidR="00327BED" w:rsidRDefault="00000000">
            <w:pPr>
              <w:spacing w:after="8" w:line="245" w:lineRule="auto"/>
            </w:pPr>
            <w:r>
              <w:t>Everyone was getting close to eachother this is fucking ridiculous</w:t>
            </w:r>
          </w:p>
        </w:tc>
      </w:tr>
      <w:tr w:rsidR="00327BED" w14:paraId="44488C05" w14:textId="77777777">
        <w:trPr>
          <w:cantSplit/>
          <w:jc w:val="center"/>
        </w:trPr>
        <w:tc>
          <w:tcPr>
            <w:tcW w:w="778" w:type="dxa"/>
            <w:shd w:val="clear" w:color="auto" w:fill="313338"/>
            <w:tcMar>
              <w:top w:w="55" w:type="dxa"/>
              <w:left w:w="10" w:type="dxa"/>
              <w:bottom w:w="30" w:type="dxa"/>
              <w:right w:w="25" w:type="dxa"/>
            </w:tcMar>
          </w:tcPr>
          <w:p w14:paraId="52824453" w14:textId="77777777" w:rsidR="00327BED" w:rsidRDefault="00000000">
            <w:r>
              <w:rPr>
                <w:noProof/>
              </w:rPr>
              <w:drawing>
                <wp:inline distT="0" distB="0" distL="0" distR="0" wp14:anchorId="2039D3FD" wp14:editId="65865CA9">
                  <wp:extent cx="356616" cy="35661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6A84178A" w14:textId="77777777" w:rsidR="00327BED" w:rsidRDefault="00000000">
            <w:pPr>
              <w:spacing w:after="24"/>
            </w:pPr>
            <w:r>
              <w:rPr>
                <w:b/>
              </w:rPr>
              <w:t>Aperation</w:t>
            </w:r>
            <w:r>
              <w:rPr>
                <w:color w:val="949BA4"/>
                <w:sz w:val="15"/>
              </w:rPr>
              <w:t xml:space="preserve">  10/05/2026 12:28 AM</w:t>
            </w:r>
          </w:p>
          <w:p w14:paraId="6887FED8" w14:textId="77777777" w:rsidR="00327BED" w:rsidRDefault="00000000">
            <w:pPr>
              <w:spacing w:after="8" w:line="245" w:lineRule="auto"/>
            </w:pPr>
            <w:r>
              <w:t>Yeah maybe cuz you didn’t think it was significant</w:t>
            </w:r>
          </w:p>
        </w:tc>
      </w:tr>
      <w:tr w:rsidR="00327BED" w14:paraId="75B28141" w14:textId="77777777">
        <w:trPr>
          <w:cantSplit/>
          <w:jc w:val="center"/>
        </w:trPr>
        <w:tc>
          <w:tcPr>
            <w:tcW w:w="778" w:type="dxa"/>
            <w:shd w:val="clear" w:color="auto" w:fill="313338"/>
            <w:tcMar>
              <w:top w:w="55" w:type="dxa"/>
              <w:left w:w="10" w:type="dxa"/>
              <w:bottom w:w="30" w:type="dxa"/>
              <w:right w:w="25" w:type="dxa"/>
            </w:tcMar>
          </w:tcPr>
          <w:p w14:paraId="2E3076B5" w14:textId="77777777" w:rsidR="00327BED" w:rsidRDefault="00000000">
            <w:r>
              <w:rPr>
                <w:noProof/>
              </w:rPr>
              <w:drawing>
                <wp:inline distT="0" distB="0" distL="0" distR="0" wp14:anchorId="6E9DB1BC" wp14:editId="32B85A2E">
                  <wp:extent cx="356616" cy="356616"/>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446BDE5" w14:textId="77777777" w:rsidR="00327BED" w:rsidRDefault="00000000">
            <w:pPr>
              <w:spacing w:after="24"/>
            </w:pPr>
            <w:r>
              <w:rPr>
                <w:b/>
                <w:color w:val="F0B232"/>
              </w:rPr>
              <w:t>Ev</w:t>
            </w:r>
            <w:r>
              <w:rPr>
                <w:color w:val="949BA4"/>
                <w:sz w:val="15"/>
              </w:rPr>
              <w:t xml:space="preserve">  10/05/2026 12:28 AM</w:t>
            </w:r>
          </w:p>
          <w:p w14:paraId="78EFC03F" w14:textId="77777777" w:rsidR="00327BED" w:rsidRDefault="00000000">
            <w:pPr>
              <w:spacing w:after="8" w:line="245" w:lineRule="auto"/>
            </w:pPr>
            <w:r>
              <w:t>It's not taboo</w:t>
            </w:r>
          </w:p>
          <w:p w14:paraId="20AF2AB9" w14:textId="77777777" w:rsidR="00327BED" w:rsidRDefault="00327BED">
            <w:pPr>
              <w:spacing w:line="84" w:lineRule="auto"/>
            </w:pPr>
          </w:p>
          <w:p w14:paraId="7B06BC2B" w14:textId="77777777" w:rsidR="00327BED" w:rsidRDefault="00000000">
            <w:pPr>
              <w:spacing w:before="10" w:after="8" w:line="245" w:lineRule="auto"/>
            </w:pPr>
            <w:r>
              <w:t>We're friends</w:t>
            </w:r>
          </w:p>
          <w:p w14:paraId="4C6DA9F8" w14:textId="77777777" w:rsidR="00327BED" w:rsidRDefault="00327BED">
            <w:pPr>
              <w:spacing w:line="84" w:lineRule="auto"/>
            </w:pPr>
          </w:p>
          <w:p w14:paraId="261E5BBF" w14:textId="77777777" w:rsidR="00327BED" w:rsidRDefault="00000000">
            <w:pPr>
              <w:spacing w:before="10" w:after="8" w:line="245" w:lineRule="auto"/>
            </w:pPr>
            <w:r>
              <w:t>Not sexually frustrated lovers</w:t>
            </w:r>
          </w:p>
        </w:tc>
      </w:tr>
      <w:tr w:rsidR="00327BED" w14:paraId="25FD08A0" w14:textId="77777777">
        <w:trPr>
          <w:cantSplit/>
          <w:jc w:val="center"/>
        </w:trPr>
        <w:tc>
          <w:tcPr>
            <w:tcW w:w="778" w:type="dxa"/>
            <w:shd w:val="clear" w:color="auto" w:fill="313338"/>
            <w:tcMar>
              <w:top w:w="55" w:type="dxa"/>
              <w:left w:w="10" w:type="dxa"/>
              <w:bottom w:w="30" w:type="dxa"/>
              <w:right w:w="25" w:type="dxa"/>
            </w:tcMar>
          </w:tcPr>
          <w:p w14:paraId="5C1596C5" w14:textId="77777777" w:rsidR="00327BED" w:rsidRDefault="00000000">
            <w:r>
              <w:rPr>
                <w:noProof/>
              </w:rPr>
              <w:drawing>
                <wp:inline distT="0" distB="0" distL="0" distR="0" wp14:anchorId="65686B4E" wp14:editId="71E96BF2">
                  <wp:extent cx="356616" cy="35661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345DCA8" w14:textId="77777777" w:rsidR="00327BED" w:rsidRDefault="00000000">
            <w:pPr>
              <w:spacing w:after="24"/>
            </w:pPr>
            <w:r>
              <w:rPr>
                <w:b/>
              </w:rPr>
              <w:t>Aperation</w:t>
            </w:r>
            <w:r>
              <w:rPr>
                <w:color w:val="949BA4"/>
                <w:sz w:val="15"/>
              </w:rPr>
              <w:t xml:space="preserve">  10/05/2026 12:28 AM</w:t>
            </w:r>
          </w:p>
          <w:p w14:paraId="6A2EF1BE" w14:textId="77777777" w:rsidR="00327BED" w:rsidRDefault="00000000">
            <w:pPr>
              <w:spacing w:after="8" w:line="245" w:lineRule="auto"/>
            </w:pPr>
            <w:r>
              <w:t>Holy insecure</w:t>
            </w:r>
          </w:p>
        </w:tc>
      </w:tr>
      <w:tr w:rsidR="00327BED" w14:paraId="19C585BB" w14:textId="77777777">
        <w:trPr>
          <w:cantSplit/>
          <w:jc w:val="center"/>
        </w:trPr>
        <w:tc>
          <w:tcPr>
            <w:tcW w:w="778" w:type="dxa"/>
            <w:shd w:val="clear" w:color="auto" w:fill="313338"/>
            <w:tcMar>
              <w:top w:w="55" w:type="dxa"/>
              <w:left w:w="10" w:type="dxa"/>
              <w:bottom w:w="30" w:type="dxa"/>
              <w:right w:w="25" w:type="dxa"/>
            </w:tcMar>
          </w:tcPr>
          <w:p w14:paraId="7740AC9A" w14:textId="77777777" w:rsidR="00327BED" w:rsidRDefault="00000000">
            <w:r>
              <w:rPr>
                <w:noProof/>
              </w:rPr>
              <w:drawing>
                <wp:inline distT="0" distB="0" distL="0" distR="0" wp14:anchorId="22DF103D" wp14:editId="627EA83C">
                  <wp:extent cx="356616" cy="356616"/>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karino.png"/>
                          <pic:cNvPicPr/>
                        </pic:nvPicPr>
                        <pic:blipFill>
                          <a:blip r:embed="rId6"/>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072A7EEB" w14:textId="77777777" w:rsidR="00327BED" w:rsidRDefault="00000000">
            <w:pPr>
              <w:spacing w:after="24"/>
            </w:pPr>
            <w:r>
              <w:rPr>
                <w:b/>
                <w:color w:val="58A6FF"/>
              </w:rPr>
              <w:t>oskarino [ADHC],</w:t>
            </w:r>
            <w:r>
              <w:rPr>
                <w:color w:val="949BA4"/>
                <w:sz w:val="15"/>
              </w:rPr>
              <w:t xml:space="preserve">  10/05/2026 12:28 AM</w:t>
            </w:r>
          </w:p>
          <w:p w14:paraId="0453B14D" w14:textId="77777777" w:rsidR="00327BED" w:rsidRDefault="00000000">
            <w:pPr>
              <w:spacing w:after="8" w:line="245" w:lineRule="auto"/>
            </w:pPr>
            <w:r>
              <w:t>🫩</w:t>
            </w:r>
          </w:p>
        </w:tc>
      </w:tr>
      <w:tr w:rsidR="00327BED" w14:paraId="53999B56" w14:textId="77777777">
        <w:trPr>
          <w:cantSplit/>
          <w:jc w:val="center"/>
        </w:trPr>
        <w:tc>
          <w:tcPr>
            <w:tcW w:w="778" w:type="dxa"/>
            <w:shd w:val="clear" w:color="auto" w:fill="313338"/>
            <w:tcMar>
              <w:top w:w="55" w:type="dxa"/>
              <w:left w:w="10" w:type="dxa"/>
              <w:bottom w:w="30" w:type="dxa"/>
              <w:right w:w="25" w:type="dxa"/>
            </w:tcMar>
          </w:tcPr>
          <w:p w14:paraId="49A81799" w14:textId="77777777" w:rsidR="00327BED" w:rsidRDefault="00000000">
            <w:r>
              <w:rPr>
                <w:noProof/>
              </w:rPr>
              <w:drawing>
                <wp:inline distT="0" distB="0" distL="0" distR="0" wp14:anchorId="3008E8DA" wp14:editId="60D9D1FA">
                  <wp:extent cx="356616" cy="356616"/>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09E190E" w14:textId="77777777" w:rsidR="00327BED" w:rsidRDefault="00000000">
            <w:pPr>
              <w:spacing w:after="24"/>
            </w:pPr>
            <w:r>
              <w:rPr>
                <w:b/>
              </w:rPr>
              <w:t>Aperation</w:t>
            </w:r>
            <w:r>
              <w:rPr>
                <w:color w:val="949BA4"/>
                <w:sz w:val="15"/>
              </w:rPr>
              <w:t xml:space="preserve">  10/05/2026 12:28 AM</w:t>
            </w:r>
          </w:p>
          <w:p w14:paraId="5C340B12" w14:textId="77777777" w:rsidR="00327BED" w:rsidRDefault="00000000">
            <w:pPr>
              <w:spacing w:after="8" w:line="245" w:lineRule="auto"/>
            </w:pPr>
            <w:r>
              <w:t>No one’s trying to steal you they are her friends</w:t>
            </w:r>
          </w:p>
        </w:tc>
      </w:tr>
      <w:tr w:rsidR="00327BED" w14:paraId="6036518F" w14:textId="77777777">
        <w:trPr>
          <w:cantSplit/>
          <w:jc w:val="center"/>
        </w:trPr>
        <w:tc>
          <w:tcPr>
            <w:tcW w:w="778" w:type="dxa"/>
            <w:shd w:val="clear" w:color="auto" w:fill="313338"/>
            <w:tcMar>
              <w:top w:w="55" w:type="dxa"/>
              <w:left w:w="10" w:type="dxa"/>
              <w:bottom w:w="30" w:type="dxa"/>
              <w:right w:w="25" w:type="dxa"/>
            </w:tcMar>
          </w:tcPr>
          <w:p w14:paraId="46E91E5D" w14:textId="77777777" w:rsidR="00327BED" w:rsidRDefault="00000000">
            <w:r>
              <w:rPr>
                <w:noProof/>
              </w:rPr>
              <w:drawing>
                <wp:inline distT="0" distB="0" distL="0" distR="0" wp14:anchorId="1F595B68" wp14:editId="42147AB9">
                  <wp:extent cx="356616" cy="356616"/>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karino.png"/>
                          <pic:cNvPicPr/>
                        </pic:nvPicPr>
                        <pic:blipFill>
                          <a:blip r:embed="rId6"/>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783EB3BE" w14:textId="77777777" w:rsidR="00327BED" w:rsidRDefault="00000000">
            <w:pPr>
              <w:spacing w:after="24"/>
            </w:pPr>
            <w:r>
              <w:rPr>
                <w:b/>
                <w:color w:val="58A6FF"/>
              </w:rPr>
              <w:t>oskarino [ADHC],</w:t>
            </w:r>
            <w:r>
              <w:rPr>
                <w:color w:val="949BA4"/>
                <w:sz w:val="15"/>
              </w:rPr>
              <w:t xml:space="preserve">  10/05/2026 12:28 AM</w:t>
            </w:r>
          </w:p>
          <w:p w14:paraId="188277B0" w14:textId="77777777" w:rsidR="00327BED" w:rsidRDefault="00000000">
            <w:pPr>
              <w:spacing w:after="8" w:line="245" w:lineRule="auto"/>
            </w:pPr>
            <w:r>
              <w:rPr>
                <w:i/>
                <w:color w:val="949BA4"/>
                <w:sz w:val="18"/>
              </w:rPr>
              <w:t>[No text captured in export]</w:t>
            </w:r>
          </w:p>
        </w:tc>
      </w:tr>
      <w:tr w:rsidR="00327BED" w14:paraId="0EDA4EBD" w14:textId="77777777">
        <w:trPr>
          <w:cantSplit/>
          <w:jc w:val="center"/>
        </w:trPr>
        <w:tc>
          <w:tcPr>
            <w:tcW w:w="778" w:type="dxa"/>
            <w:shd w:val="clear" w:color="auto" w:fill="313338"/>
            <w:tcMar>
              <w:top w:w="55" w:type="dxa"/>
              <w:left w:w="10" w:type="dxa"/>
              <w:bottom w:w="30" w:type="dxa"/>
              <w:right w:w="25" w:type="dxa"/>
            </w:tcMar>
          </w:tcPr>
          <w:p w14:paraId="1EE3C4C0" w14:textId="77777777" w:rsidR="00327BED" w:rsidRDefault="00000000">
            <w:r>
              <w:rPr>
                <w:noProof/>
              </w:rPr>
              <w:drawing>
                <wp:inline distT="0" distB="0" distL="0" distR="0" wp14:anchorId="26B4F229" wp14:editId="06BAD867">
                  <wp:extent cx="356616" cy="356616"/>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22FFBF83" w14:textId="77777777" w:rsidR="00327BED" w:rsidRDefault="00000000">
            <w:pPr>
              <w:spacing w:after="24"/>
            </w:pPr>
            <w:r>
              <w:rPr>
                <w:b/>
                <w:color w:val="F0B232"/>
              </w:rPr>
              <w:t>Ev</w:t>
            </w:r>
            <w:r>
              <w:rPr>
                <w:color w:val="949BA4"/>
                <w:sz w:val="15"/>
              </w:rPr>
              <w:t xml:space="preserve">  10/05/2026 12:29 AM</w:t>
            </w:r>
          </w:p>
          <w:p w14:paraId="4862BC30" w14:textId="77777777" w:rsidR="00327BED" w:rsidRDefault="00000000">
            <w:pPr>
              <w:spacing w:after="8" w:line="245" w:lineRule="auto"/>
            </w:pPr>
            <w:r>
              <w:t>I think you need to bring up the idea that her mentality about this stuff has to change or you talk about boundaries</w:t>
            </w:r>
          </w:p>
        </w:tc>
      </w:tr>
      <w:tr w:rsidR="00327BED" w14:paraId="22B4BAF6" w14:textId="77777777">
        <w:trPr>
          <w:cantSplit/>
          <w:jc w:val="center"/>
        </w:trPr>
        <w:tc>
          <w:tcPr>
            <w:tcW w:w="778" w:type="dxa"/>
            <w:shd w:val="clear" w:color="auto" w:fill="313338"/>
            <w:tcMar>
              <w:top w:w="55" w:type="dxa"/>
              <w:left w:w="10" w:type="dxa"/>
              <w:bottom w:w="30" w:type="dxa"/>
              <w:right w:w="25" w:type="dxa"/>
            </w:tcMar>
          </w:tcPr>
          <w:p w14:paraId="680B5F35" w14:textId="77777777" w:rsidR="00327BED" w:rsidRDefault="00000000">
            <w:r>
              <w:rPr>
                <w:noProof/>
              </w:rPr>
              <w:drawing>
                <wp:inline distT="0" distB="0" distL="0" distR="0" wp14:anchorId="490CA229" wp14:editId="04B5E853">
                  <wp:extent cx="356616" cy="356616"/>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7505716" w14:textId="77777777" w:rsidR="00327BED" w:rsidRDefault="00000000">
            <w:pPr>
              <w:spacing w:after="24"/>
            </w:pPr>
            <w:r>
              <w:rPr>
                <w:b/>
              </w:rPr>
              <w:t>Aperation</w:t>
            </w:r>
            <w:r>
              <w:rPr>
                <w:color w:val="949BA4"/>
                <w:sz w:val="15"/>
              </w:rPr>
              <w:t xml:space="preserve">  10/05/2026 12:29 AM</w:t>
            </w:r>
          </w:p>
          <w:p w14:paraId="0029B0E0" w14:textId="77777777" w:rsidR="00327BED" w:rsidRDefault="00000000">
            <w:pPr>
              <w:spacing w:after="8" w:line="245" w:lineRule="auto"/>
            </w:pPr>
            <w:r>
              <w:t>Wow I really like that one</w:t>
            </w:r>
          </w:p>
          <w:p w14:paraId="5A733899" w14:textId="77777777" w:rsidR="00327BED" w:rsidRDefault="00327BED">
            <w:pPr>
              <w:spacing w:line="84" w:lineRule="auto"/>
            </w:pPr>
          </w:p>
          <w:p w14:paraId="114F1A68" w14:textId="77777777" w:rsidR="00327BED" w:rsidRDefault="00000000">
            <w:pPr>
              <w:spacing w:before="10" w:after="8" w:line="245" w:lineRule="auto"/>
            </w:pPr>
            <w:r>
              <w:t>Best twin uzis yet</w:t>
            </w:r>
          </w:p>
        </w:tc>
      </w:tr>
      <w:tr w:rsidR="00327BED" w14:paraId="4BF5601B" w14:textId="77777777">
        <w:trPr>
          <w:cantSplit/>
          <w:jc w:val="center"/>
        </w:trPr>
        <w:tc>
          <w:tcPr>
            <w:tcW w:w="778" w:type="dxa"/>
            <w:shd w:val="clear" w:color="auto" w:fill="313338"/>
            <w:tcMar>
              <w:top w:w="55" w:type="dxa"/>
              <w:left w:w="10" w:type="dxa"/>
              <w:bottom w:w="30" w:type="dxa"/>
              <w:right w:w="25" w:type="dxa"/>
            </w:tcMar>
          </w:tcPr>
          <w:p w14:paraId="0A75252B" w14:textId="77777777" w:rsidR="00327BED" w:rsidRDefault="00000000">
            <w:r>
              <w:rPr>
                <w:noProof/>
              </w:rPr>
              <w:drawing>
                <wp:inline distT="0" distB="0" distL="0" distR="0" wp14:anchorId="519E5B11" wp14:editId="43188DBE">
                  <wp:extent cx="356616" cy="356616"/>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karino.png"/>
                          <pic:cNvPicPr/>
                        </pic:nvPicPr>
                        <pic:blipFill>
                          <a:blip r:embed="rId6"/>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B1FA622" w14:textId="77777777" w:rsidR="00327BED" w:rsidRDefault="00000000">
            <w:pPr>
              <w:spacing w:after="24"/>
            </w:pPr>
            <w:r>
              <w:rPr>
                <w:b/>
                <w:color w:val="58A6FF"/>
              </w:rPr>
              <w:t>oskarino [ADHC],</w:t>
            </w:r>
            <w:r>
              <w:rPr>
                <w:color w:val="949BA4"/>
                <w:sz w:val="15"/>
              </w:rPr>
              <w:t xml:space="preserve">  10/05/2026 12:29 AM</w:t>
            </w:r>
          </w:p>
          <w:p w14:paraId="18353315" w14:textId="77777777" w:rsidR="00327BED" w:rsidRDefault="00000000">
            <w:pPr>
              <w:spacing w:after="8" w:line="245" w:lineRule="auto"/>
            </w:pPr>
            <w:r>
              <w:t>it’s way too late game for that</w:t>
            </w:r>
          </w:p>
        </w:tc>
      </w:tr>
      <w:tr w:rsidR="00327BED" w14:paraId="7632A1BD" w14:textId="77777777">
        <w:trPr>
          <w:cantSplit/>
          <w:jc w:val="center"/>
        </w:trPr>
        <w:tc>
          <w:tcPr>
            <w:tcW w:w="778" w:type="dxa"/>
            <w:shd w:val="clear" w:color="auto" w:fill="313338"/>
            <w:tcMar>
              <w:top w:w="55" w:type="dxa"/>
              <w:left w:w="10" w:type="dxa"/>
              <w:bottom w:w="30" w:type="dxa"/>
              <w:right w:w="25" w:type="dxa"/>
            </w:tcMar>
          </w:tcPr>
          <w:p w14:paraId="1F74BD7C" w14:textId="77777777" w:rsidR="00327BED" w:rsidRDefault="00000000">
            <w:r>
              <w:rPr>
                <w:noProof/>
              </w:rPr>
              <w:lastRenderedPageBreak/>
              <w:drawing>
                <wp:inline distT="0" distB="0" distL="0" distR="0" wp14:anchorId="20028173" wp14:editId="1B2CE0F0">
                  <wp:extent cx="356616" cy="356616"/>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C95F112" w14:textId="77777777" w:rsidR="00327BED" w:rsidRDefault="00000000">
            <w:pPr>
              <w:spacing w:after="24"/>
            </w:pPr>
            <w:r>
              <w:rPr>
                <w:b/>
                <w:color w:val="F0B232"/>
              </w:rPr>
              <w:t>Ev</w:t>
            </w:r>
            <w:r>
              <w:rPr>
                <w:color w:val="949BA4"/>
                <w:sz w:val="15"/>
              </w:rPr>
              <w:t xml:space="preserve">  10/05/2026 12:29 AM</w:t>
            </w:r>
          </w:p>
          <w:p w14:paraId="7F4E3420" w14:textId="77777777" w:rsidR="00327BED" w:rsidRDefault="00000000">
            <w:pPr>
              <w:spacing w:after="8" w:line="245" w:lineRule="auto"/>
            </w:pPr>
            <w:r>
              <w:t>Ok so then this is a boundaries conversation why can't we just start it off like that</w:t>
            </w:r>
          </w:p>
        </w:tc>
      </w:tr>
      <w:tr w:rsidR="00327BED" w14:paraId="5C68B77F" w14:textId="77777777">
        <w:trPr>
          <w:cantSplit/>
          <w:jc w:val="center"/>
        </w:trPr>
        <w:tc>
          <w:tcPr>
            <w:tcW w:w="778" w:type="dxa"/>
            <w:shd w:val="clear" w:color="auto" w:fill="313338"/>
            <w:tcMar>
              <w:top w:w="55" w:type="dxa"/>
              <w:left w:w="10" w:type="dxa"/>
              <w:bottom w:w="30" w:type="dxa"/>
              <w:right w:w="25" w:type="dxa"/>
            </w:tcMar>
          </w:tcPr>
          <w:p w14:paraId="0F73C214" w14:textId="77777777" w:rsidR="00327BED" w:rsidRDefault="00000000">
            <w:r>
              <w:rPr>
                <w:noProof/>
              </w:rPr>
              <w:drawing>
                <wp:inline distT="0" distB="0" distL="0" distR="0" wp14:anchorId="23BE0798" wp14:editId="4C3612BB">
                  <wp:extent cx="356616" cy="356616"/>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66E93AD3" w14:textId="77777777" w:rsidR="00327BED" w:rsidRDefault="00000000">
            <w:pPr>
              <w:spacing w:after="24"/>
            </w:pPr>
            <w:r>
              <w:rPr>
                <w:b/>
              </w:rPr>
              <w:t>Aperation</w:t>
            </w:r>
            <w:r>
              <w:rPr>
                <w:color w:val="949BA4"/>
                <w:sz w:val="15"/>
              </w:rPr>
              <w:t xml:space="preserve">  10/05/2026 12:29 AM</w:t>
            </w:r>
          </w:p>
          <w:p w14:paraId="1C82AE62" w14:textId="77777777" w:rsidR="00327BED" w:rsidRDefault="00000000">
            <w:pPr>
              <w:spacing w:after="8" w:line="245" w:lineRule="auto"/>
            </w:pPr>
            <w:r>
              <w:t>I think getting close to someone at a club and adding their insta to buy you a drink</w:t>
            </w:r>
          </w:p>
        </w:tc>
      </w:tr>
      <w:tr w:rsidR="00327BED" w14:paraId="36E5E3D7" w14:textId="77777777">
        <w:trPr>
          <w:cantSplit/>
          <w:jc w:val="center"/>
        </w:trPr>
        <w:tc>
          <w:tcPr>
            <w:tcW w:w="778" w:type="dxa"/>
            <w:shd w:val="clear" w:color="auto" w:fill="313338"/>
            <w:tcMar>
              <w:top w:w="55" w:type="dxa"/>
              <w:left w:w="10" w:type="dxa"/>
              <w:bottom w:w="30" w:type="dxa"/>
              <w:right w:w="25" w:type="dxa"/>
            </w:tcMar>
          </w:tcPr>
          <w:p w14:paraId="3854716F" w14:textId="77777777" w:rsidR="00327BED" w:rsidRDefault="00000000">
            <w:r>
              <w:rPr>
                <w:noProof/>
              </w:rPr>
              <w:drawing>
                <wp:inline distT="0" distB="0" distL="0" distR="0" wp14:anchorId="517978D5" wp14:editId="3C1D689C">
                  <wp:extent cx="356616" cy="356616"/>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karino.png"/>
                          <pic:cNvPicPr/>
                        </pic:nvPicPr>
                        <pic:blipFill>
                          <a:blip r:embed="rId6"/>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A907130" w14:textId="77777777" w:rsidR="00327BED" w:rsidRDefault="00000000">
            <w:pPr>
              <w:spacing w:after="24"/>
            </w:pPr>
            <w:r>
              <w:rPr>
                <w:b/>
                <w:color w:val="58A6FF"/>
              </w:rPr>
              <w:t>oskarino [ADHC],</w:t>
            </w:r>
            <w:r>
              <w:rPr>
                <w:color w:val="949BA4"/>
                <w:sz w:val="15"/>
              </w:rPr>
              <w:t xml:space="preserve">  10/05/2026 12:29 AM</w:t>
            </w:r>
          </w:p>
          <w:p w14:paraId="32530B51" w14:textId="77777777" w:rsidR="00327BED" w:rsidRDefault="00000000">
            <w:pPr>
              <w:spacing w:after="8" w:line="245" w:lineRule="auto"/>
            </w:pPr>
            <w:r>
              <w:t>that’s first ring stuff</w:t>
            </w:r>
          </w:p>
        </w:tc>
      </w:tr>
      <w:tr w:rsidR="00327BED" w14:paraId="14445BED" w14:textId="77777777">
        <w:trPr>
          <w:cantSplit/>
          <w:jc w:val="center"/>
        </w:trPr>
        <w:tc>
          <w:tcPr>
            <w:tcW w:w="778" w:type="dxa"/>
            <w:shd w:val="clear" w:color="auto" w:fill="313338"/>
            <w:tcMar>
              <w:top w:w="55" w:type="dxa"/>
              <w:left w:w="10" w:type="dxa"/>
              <w:bottom w:w="30" w:type="dxa"/>
              <w:right w:w="25" w:type="dxa"/>
            </w:tcMar>
          </w:tcPr>
          <w:p w14:paraId="2C627889" w14:textId="77777777" w:rsidR="00327BED" w:rsidRDefault="00000000">
            <w:r>
              <w:rPr>
                <w:noProof/>
              </w:rPr>
              <w:drawing>
                <wp:inline distT="0" distB="0" distL="0" distR="0" wp14:anchorId="4F42EB5C" wp14:editId="554BF539">
                  <wp:extent cx="356616" cy="356616"/>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8B6F9E8" w14:textId="77777777" w:rsidR="00327BED" w:rsidRDefault="00000000">
            <w:pPr>
              <w:spacing w:after="24"/>
            </w:pPr>
            <w:r>
              <w:rPr>
                <w:b/>
              </w:rPr>
              <w:t>Aperation</w:t>
            </w:r>
            <w:r>
              <w:rPr>
                <w:color w:val="949BA4"/>
                <w:sz w:val="15"/>
              </w:rPr>
              <w:t xml:space="preserve">  10/05/2026 12:29 AM</w:t>
            </w:r>
          </w:p>
          <w:p w14:paraId="7E9E26D3" w14:textId="77777777" w:rsidR="00327BED" w:rsidRDefault="00000000">
            <w:pPr>
              <w:spacing w:after="8" w:line="245" w:lineRule="auto"/>
            </w:pPr>
            <w:r>
              <w:t>Is much further than that</w:t>
            </w:r>
          </w:p>
        </w:tc>
      </w:tr>
      <w:tr w:rsidR="00327BED" w14:paraId="7D623AA8" w14:textId="77777777">
        <w:trPr>
          <w:cantSplit/>
          <w:jc w:val="center"/>
        </w:trPr>
        <w:tc>
          <w:tcPr>
            <w:tcW w:w="778" w:type="dxa"/>
            <w:shd w:val="clear" w:color="auto" w:fill="313338"/>
            <w:tcMar>
              <w:top w:w="55" w:type="dxa"/>
              <w:left w:w="10" w:type="dxa"/>
              <w:bottom w:w="30" w:type="dxa"/>
              <w:right w:w="25" w:type="dxa"/>
            </w:tcMar>
          </w:tcPr>
          <w:p w14:paraId="1D873C89" w14:textId="77777777" w:rsidR="00327BED" w:rsidRDefault="00000000">
            <w:r>
              <w:rPr>
                <w:noProof/>
              </w:rPr>
              <w:drawing>
                <wp:inline distT="0" distB="0" distL="0" distR="0" wp14:anchorId="5E0B6C83" wp14:editId="774ED180">
                  <wp:extent cx="356616" cy="356616"/>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682A1867" w14:textId="77777777" w:rsidR="00327BED" w:rsidRDefault="00000000">
            <w:pPr>
              <w:spacing w:after="24"/>
            </w:pPr>
            <w:r>
              <w:rPr>
                <w:b/>
                <w:color w:val="F0B232"/>
              </w:rPr>
              <w:t>Ev</w:t>
            </w:r>
            <w:r>
              <w:rPr>
                <w:color w:val="949BA4"/>
                <w:sz w:val="15"/>
              </w:rPr>
              <w:t xml:space="preserve">  10/05/2026 12:30 AM</w:t>
            </w:r>
          </w:p>
          <w:p w14:paraId="31F70FF2" w14:textId="77777777" w:rsidR="00327BED" w:rsidRDefault="00000000">
            <w:pPr>
              <w:spacing w:after="8" w:line="245" w:lineRule="auto"/>
            </w:pPr>
            <w:r>
              <w:t>Boundaries conversations happen at all stages</w:t>
            </w:r>
          </w:p>
          <w:p w14:paraId="6E2B794C" w14:textId="77777777" w:rsidR="00327BED" w:rsidRDefault="00327BED">
            <w:pPr>
              <w:spacing w:line="84" w:lineRule="auto"/>
            </w:pPr>
          </w:p>
          <w:p w14:paraId="14D95644" w14:textId="77777777" w:rsidR="00327BED" w:rsidRDefault="00000000">
            <w:pPr>
              <w:spacing w:before="10" w:after="8" w:line="245" w:lineRule="auto"/>
            </w:pPr>
            <w:r>
              <w:t>Because these are new boundaries</w:t>
            </w:r>
          </w:p>
          <w:p w14:paraId="70CF39B4" w14:textId="77777777" w:rsidR="00327BED" w:rsidRDefault="00327BED">
            <w:pPr>
              <w:spacing w:line="84" w:lineRule="auto"/>
            </w:pPr>
          </w:p>
          <w:p w14:paraId="58E5A7C6" w14:textId="77777777" w:rsidR="00327BED" w:rsidRDefault="00000000">
            <w:pPr>
              <w:spacing w:before="10" w:after="8" w:line="245" w:lineRule="auto"/>
            </w:pPr>
            <w:r>
              <w:t>For new environmentz</w:t>
            </w:r>
          </w:p>
        </w:tc>
      </w:tr>
      <w:tr w:rsidR="00327BED" w14:paraId="39B94305" w14:textId="77777777">
        <w:trPr>
          <w:cantSplit/>
          <w:jc w:val="center"/>
        </w:trPr>
        <w:tc>
          <w:tcPr>
            <w:tcW w:w="778" w:type="dxa"/>
            <w:shd w:val="clear" w:color="auto" w:fill="313338"/>
            <w:tcMar>
              <w:top w:w="55" w:type="dxa"/>
              <w:left w:w="10" w:type="dxa"/>
              <w:bottom w:w="30" w:type="dxa"/>
              <w:right w:w="25" w:type="dxa"/>
            </w:tcMar>
          </w:tcPr>
          <w:p w14:paraId="3C71362B" w14:textId="77777777" w:rsidR="00327BED" w:rsidRDefault="00000000">
            <w:r>
              <w:rPr>
                <w:noProof/>
              </w:rPr>
              <w:drawing>
                <wp:inline distT="0" distB="0" distL="0" distR="0" wp14:anchorId="25C81BA1" wp14:editId="08D8BA58">
                  <wp:extent cx="356616" cy="356616"/>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karino.png"/>
                          <pic:cNvPicPr/>
                        </pic:nvPicPr>
                        <pic:blipFill>
                          <a:blip r:embed="rId6"/>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E37E244" w14:textId="77777777" w:rsidR="00327BED" w:rsidRDefault="00000000">
            <w:pPr>
              <w:spacing w:after="24"/>
            </w:pPr>
            <w:r>
              <w:rPr>
                <w:b/>
                <w:color w:val="58A6FF"/>
              </w:rPr>
              <w:t>oskarino [ADHC],</w:t>
            </w:r>
            <w:r>
              <w:rPr>
                <w:color w:val="949BA4"/>
                <w:sz w:val="15"/>
              </w:rPr>
              <w:t xml:space="preserve">  10/05/2026 12:30 AM</w:t>
            </w:r>
          </w:p>
          <w:p w14:paraId="20F031F5" w14:textId="77777777" w:rsidR="00327BED" w:rsidRDefault="00000000">
            <w:pPr>
              <w:spacing w:after="8" w:line="245" w:lineRule="auto"/>
            </w:pPr>
            <w:r>
              <w:t>so what do i say</w:t>
            </w:r>
          </w:p>
        </w:tc>
      </w:tr>
      <w:tr w:rsidR="00327BED" w14:paraId="2D5FFB0C" w14:textId="77777777">
        <w:trPr>
          <w:cantSplit/>
          <w:jc w:val="center"/>
        </w:trPr>
        <w:tc>
          <w:tcPr>
            <w:tcW w:w="778" w:type="dxa"/>
            <w:shd w:val="clear" w:color="auto" w:fill="313338"/>
            <w:tcMar>
              <w:top w:w="55" w:type="dxa"/>
              <w:left w:w="10" w:type="dxa"/>
              <w:bottom w:w="30" w:type="dxa"/>
              <w:right w:w="25" w:type="dxa"/>
            </w:tcMar>
          </w:tcPr>
          <w:p w14:paraId="134CE771" w14:textId="77777777" w:rsidR="00327BED" w:rsidRDefault="00000000">
            <w:r>
              <w:rPr>
                <w:noProof/>
              </w:rPr>
              <w:drawing>
                <wp:inline distT="0" distB="0" distL="0" distR="0" wp14:anchorId="7D71870D" wp14:editId="0756E9B3">
                  <wp:extent cx="356616" cy="356616"/>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08579E9D" w14:textId="77777777" w:rsidR="00327BED" w:rsidRDefault="00000000">
            <w:pPr>
              <w:spacing w:after="24"/>
            </w:pPr>
            <w:r>
              <w:rPr>
                <w:b/>
                <w:color w:val="F0B232"/>
              </w:rPr>
              <w:t>Ev</w:t>
            </w:r>
            <w:r>
              <w:rPr>
                <w:color w:val="949BA4"/>
                <w:sz w:val="15"/>
              </w:rPr>
              <w:t xml:space="preserve">  10/05/2026 12:30 AM</w:t>
            </w:r>
          </w:p>
          <w:p w14:paraId="246CA83B" w14:textId="77777777" w:rsidR="00327BED" w:rsidRDefault="00000000">
            <w:pPr>
              <w:spacing w:after="8" w:line="245" w:lineRule="auto"/>
            </w:pPr>
            <w:r>
              <w:t>It's a party everyones close to everyone look at the photos ffs</w:t>
            </w:r>
          </w:p>
          <w:p w14:paraId="777EA5F0" w14:textId="77777777" w:rsidR="00327BED" w:rsidRDefault="00327BED">
            <w:pPr>
              <w:spacing w:line="84" w:lineRule="auto"/>
            </w:pPr>
          </w:p>
          <w:p w14:paraId="50B0E578" w14:textId="77777777" w:rsidR="00327BED" w:rsidRDefault="00000000">
            <w:pPr>
              <w:spacing w:before="10" w:after="8" w:line="245" w:lineRule="auto"/>
            </w:pPr>
            <w:r>
              <w:t>There's no sinister motives</w:t>
            </w:r>
          </w:p>
        </w:tc>
      </w:tr>
      <w:tr w:rsidR="00327BED" w14:paraId="4C30583B" w14:textId="77777777">
        <w:trPr>
          <w:cantSplit/>
          <w:jc w:val="center"/>
        </w:trPr>
        <w:tc>
          <w:tcPr>
            <w:tcW w:w="778" w:type="dxa"/>
            <w:shd w:val="clear" w:color="auto" w:fill="313338"/>
            <w:tcMar>
              <w:top w:w="55" w:type="dxa"/>
              <w:left w:w="10" w:type="dxa"/>
              <w:bottom w:w="30" w:type="dxa"/>
              <w:right w:w="25" w:type="dxa"/>
            </w:tcMar>
          </w:tcPr>
          <w:p w14:paraId="562EB5A7" w14:textId="77777777" w:rsidR="00327BED" w:rsidRDefault="00000000">
            <w:r>
              <w:rPr>
                <w:noProof/>
              </w:rPr>
              <w:drawing>
                <wp:inline distT="0" distB="0" distL="0" distR="0" wp14:anchorId="2C5021C4" wp14:editId="192C165A">
                  <wp:extent cx="356616" cy="356616"/>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8FBADA5" w14:textId="77777777" w:rsidR="00327BED" w:rsidRDefault="00000000">
            <w:pPr>
              <w:spacing w:after="24"/>
            </w:pPr>
            <w:r>
              <w:rPr>
                <w:b/>
              </w:rPr>
              <w:t>Aperation</w:t>
            </w:r>
            <w:r>
              <w:rPr>
                <w:color w:val="949BA4"/>
                <w:sz w:val="15"/>
              </w:rPr>
              <w:t xml:space="preserve">  10/05/2026 12:30 AM</w:t>
            </w:r>
          </w:p>
          <w:p w14:paraId="4A4174F3" w14:textId="77777777" w:rsidR="00327BED" w:rsidRDefault="00000000">
            <w:pPr>
              <w:spacing w:after="8" w:line="245" w:lineRule="auto"/>
            </w:pPr>
            <w:r>
              <w:t>Nah I don’t think boundaries is smart bc she has already said hella abt him being overly social and his “behaviour” it would probably piss her off more</w:t>
            </w:r>
          </w:p>
        </w:tc>
      </w:tr>
      <w:tr w:rsidR="00327BED" w14:paraId="334DE6D6" w14:textId="77777777">
        <w:trPr>
          <w:cantSplit/>
          <w:jc w:val="center"/>
        </w:trPr>
        <w:tc>
          <w:tcPr>
            <w:tcW w:w="778" w:type="dxa"/>
            <w:shd w:val="clear" w:color="auto" w:fill="313338"/>
            <w:tcMar>
              <w:top w:w="55" w:type="dxa"/>
              <w:left w:w="10" w:type="dxa"/>
              <w:bottom w:w="30" w:type="dxa"/>
              <w:right w:w="25" w:type="dxa"/>
            </w:tcMar>
          </w:tcPr>
          <w:p w14:paraId="75B5B3FC" w14:textId="77777777" w:rsidR="00327BED" w:rsidRDefault="00000000">
            <w:r>
              <w:rPr>
                <w:noProof/>
              </w:rPr>
              <w:drawing>
                <wp:inline distT="0" distB="0" distL="0" distR="0" wp14:anchorId="4B622C5F" wp14:editId="104D22C3">
                  <wp:extent cx="356616" cy="356616"/>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6C6C19B" w14:textId="77777777" w:rsidR="00327BED" w:rsidRDefault="00000000">
            <w:pPr>
              <w:spacing w:after="24"/>
            </w:pPr>
            <w:r>
              <w:rPr>
                <w:b/>
                <w:color w:val="F0B232"/>
              </w:rPr>
              <w:t>Ev</w:t>
            </w:r>
            <w:r>
              <w:rPr>
                <w:color w:val="949BA4"/>
                <w:sz w:val="15"/>
              </w:rPr>
              <w:t xml:space="preserve">  10/05/2026 12:30 AM</w:t>
            </w:r>
          </w:p>
          <w:p w14:paraId="21FE4947" w14:textId="77777777" w:rsidR="00327BED" w:rsidRDefault="00000000">
            <w:pPr>
              <w:spacing w:after="8" w:line="245" w:lineRule="auto"/>
            </w:pPr>
            <w:r>
              <w:t>No bullshit</w:t>
            </w:r>
          </w:p>
        </w:tc>
      </w:tr>
      <w:tr w:rsidR="00327BED" w14:paraId="203B850F" w14:textId="77777777">
        <w:trPr>
          <w:cantSplit/>
          <w:jc w:val="center"/>
        </w:trPr>
        <w:tc>
          <w:tcPr>
            <w:tcW w:w="778" w:type="dxa"/>
            <w:shd w:val="clear" w:color="auto" w:fill="313338"/>
            <w:tcMar>
              <w:top w:w="55" w:type="dxa"/>
              <w:left w:w="10" w:type="dxa"/>
              <w:bottom w:w="30" w:type="dxa"/>
              <w:right w:w="25" w:type="dxa"/>
            </w:tcMar>
          </w:tcPr>
          <w:p w14:paraId="4E9D6281" w14:textId="77777777" w:rsidR="00327BED" w:rsidRDefault="00000000">
            <w:r>
              <w:rPr>
                <w:noProof/>
              </w:rPr>
              <w:drawing>
                <wp:inline distT="0" distB="0" distL="0" distR="0" wp14:anchorId="7A3B5C0B" wp14:editId="5246FD98">
                  <wp:extent cx="356616" cy="356616"/>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06D8C2A3" w14:textId="77777777" w:rsidR="00327BED" w:rsidRDefault="00000000">
            <w:pPr>
              <w:spacing w:after="24"/>
            </w:pPr>
            <w:r>
              <w:rPr>
                <w:b/>
              </w:rPr>
              <w:t>Aperation</w:t>
            </w:r>
            <w:r>
              <w:rPr>
                <w:color w:val="949BA4"/>
                <w:sz w:val="15"/>
              </w:rPr>
              <w:t xml:space="preserve">  10/05/2026 12:31 AM</w:t>
            </w:r>
          </w:p>
          <w:p w14:paraId="44AF9D8A" w14:textId="77777777" w:rsidR="00327BED" w:rsidRDefault="00000000">
            <w:pPr>
              <w:spacing w:after="8" w:line="245" w:lineRule="auto"/>
            </w:pPr>
            <w:r>
              <w:t>That’s smart tho</w:t>
            </w:r>
          </w:p>
        </w:tc>
      </w:tr>
      <w:tr w:rsidR="00327BED" w14:paraId="3E041550" w14:textId="77777777">
        <w:trPr>
          <w:cantSplit/>
          <w:jc w:val="center"/>
        </w:trPr>
        <w:tc>
          <w:tcPr>
            <w:tcW w:w="778" w:type="dxa"/>
            <w:shd w:val="clear" w:color="auto" w:fill="313338"/>
            <w:tcMar>
              <w:top w:w="55" w:type="dxa"/>
              <w:left w:w="10" w:type="dxa"/>
              <w:bottom w:w="30" w:type="dxa"/>
              <w:right w:w="25" w:type="dxa"/>
            </w:tcMar>
          </w:tcPr>
          <w:p w14:paraId="266C66B2" w14:textId="77777777" w:rsidR="00327BED" w:rsidRDefault="00000000">
            <w:r>
              <w:rPr>
                <w:noProof/>
              </w:rPr>
              <w:drawing>
                <wp:inline distT="0" distB="0" distL="0" distR="0" wp14:anchorId="087B83C4" wp14:editId="057ABDFD">
                  <wp:extent cx="356616" cy="356616"/>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27AC70C4" w14:textId="77777777" w:rsidR="00327BED" w:rsidRDefault="00000000">
            <w:pPr>
              <w:spacing w:after="24"/>
            </w:pPr>
            <w:r>
              <w:rPr>
                <w:b/>
                <w:color w:val="F0B232"/>
              </w:rPr>
              <w:t>Ev</w:t>
            </w:r>
            <w:r>
              <w:rPr>
                <w:color w:val="949BA4"/>
                <w:sz w:val="15"/>
              </w:rPr>
              <w:t xml:space="preserve">  10/05/2026 12:31 AM</w:t>
            </w:r>
          </w:p>
          <w:p w14:paraId="1D6EC83A" w14:textId="77777777" w:rsidR="00327BED" w:rsidRDefault="00000000">
            <w:pPr>
              <w:spacing w:after="8" w:line="245" w:lineRule="auto"/>
            </w:pPr>
            <w:r>
              <w:t>Look at all the photos man I can't believe I'm hearing this</w:t>
            </w:r>
          </w:p>
        </w:tc>
      </w:tr>
      <w:tr w:rsidR="00327BED" w14:paraId="61B14F2B" w14:textId="77777777">
        <w:trPr>
          <w:cantSplit/>
          <w:jc w:val="center"/>
        </w:trPr>
        <w:tc>
          <w:tcPr>
            <w:tcW w:w="778" w:type="dxa"/>
            <w:shd w:val="clear" w:color="auto" w:fill="313338"/>
            <w:tcMar>
              <w:top w:w="55" w:type="dxa"/>
              <w:left w:w="10" w:type="dxa"/>
              <w:bottom w:w="30" w:type="dxa"/>
              <w:right w:w="25" w:type="dxa"/>
            </w:tcMar>
          </w:tcPr>
          <w:p w14:paraId="3DB27967" w14:textId="77777777" w:rsidR="00327BED" w:rsidRDefault="00000000">
            <w:r>
              <w:rPr>
                <w:noProof/>
              </w:rPr>
              <w:drawing>
                <wp:inline distT="0" distB="0" distL="0" distR="0" wp14:anchorId="50D746D6" wp14:editId="6DC554DC">
                  <wp:extent cx="356616" cy="356616"/>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02E82802" w14:textId="77777777" w:rsidR="00327BED" w:rsidRDefault="00000000">
            <w:pPr>
              <w:spacing w:after="24"/>
            </w:pPr>
            <w:r>
              <w:rPr>
                <w:b/>
              </w:rPr>
              <w:t>Aperation</w:t>
            </w:r>
            <w:r>
              <w:rPr>
                <w:color w:val="949BA4"/>
                <w:sz w:val="15"/>
              </w:rPr>
              <w:t xml:space="preserve">  10/05/2026 12:31 AM</w:t>
            </w:r>
          </w:p>
          <w:p w14:paraId="1F53820F" w14:textId="77777777" w:rsidR="00327BED" w:rsidRDefault="00000000">
            <w:pPr>
              <w:spacing w:after="8" w:line="245" w:lineRule="auto"/>
            </w:pPr>
            <w:r>
              <w:t>Like your not getting jerked off your just talking to them</w:t>
            </w:r>
          </w:p>
        </w:tc>
      </w:tr>
      <w:tr w:rsidR="00327BED" w14:paraId="40D1FD11" w14:textId="77777777">
        <w:trPr>
          <w:cantSplit/>
          <w:jc w:val="center"/>
        </w:trPr>
        <w:tc>
          <w:tcPr>
            <w:tcW w:w="778" w:type="dxa"/>
            <w:shd w:val="clear" w:color="auto" w:fill="313338"/>
            <w:tcMar>
              <w:top w:w="55" w:type="dxa"/>
              <w:left w:w="10" w:type="dxa"/>
              <w:bottom w:w="30" w:type="dxa"/>
              <w:right w:w="25" w:type="dxa"/>
            </w:tcMar>
          </w:tcPr>
          <w:p w14:paraId="6A370DAB" w14:textId="77777777" w:rsidR="00327BED" w:rsidRDefault="00000000">
            <w:r>
              <w:rPr>
                <w:noProof/>
              </w:rPr>
              <w:drawing>
                <wp:inline distT="0" distB="0" distL="0" distR="0" wp14:anchorId="465562F3" wp14:editId="54C1D4D3">
                  <wp:extent cx="356616" cy="356616"/>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D144C49" w14:textId="77777777" w:rsidR="00327BED" w:rsidRDefault="00000000">
            <w:pPr>
              <w:spacing w:after="24"/>
            </w:pPr>
            <w:r>
              <w:rPr>
                <w:b/>
                <w:color w:val="F0B232"/>
              </w:rPr>
              <w:t>Ev</w:t>
            </w:r>
            <w:r>
              <w:rPr>
                <w:color w:val="949BA4"/>
                <w:sz w:val="15"/>
              </w:rPr>
              <w:t xml:space="preserve">  10/05/2026 12:31 AM</w:t>
            </w:r>
          </w:p>
          <w:p w14:paraId="6EBF6D53" w14:textId="77777777" w:rsidR="00327BED" w:rsidRDefault="00000000">
            <w:pPr>
              <w:spacing w:after="8" w:line="245" w:lineRule="auto"/>
            </w:pPr>
            <w:r>
              <w:t>Literally</w:t>
            </w:r>
          </w:p>
        </w:tc>
      </w:tr>
      <w:tr w:rsidR="00327BED" w14:paraId="32B3E6AE" w14:textId="77777777">
        <w:trPr>
          <w:cantSplit/>
          <w:jc w:val="center"/>
        </w:trPr>
        <w:tc>
          <w:tcPr>
            <w:tcW w:w="778" w:type="dxa"/>
            <w:shd w:val="clear" w:color="auto" w:fill="313338"/>
            <w:tcMar>
              <w:top w:w="55" w:type="dxa"/>
              <w:left w:w="10" w:type="dxa"/>
              <w:bottom w:w="30" w:type="dxa"/>
              <w:right w:w="25" w:type="dxa"/>
            </w:tcMar>
          </w:tcPr>
          <w:p w14:paraId="52E64F04" w14:textId="77777777" w:rsidR="00327BED" w:rsidRDefault="00000000">
            <w:r>
              <w:rPr>
                <w:noProof/>
              </w:rPr>
              <w:drawing>
                <wp:inline distT="0" distB="0" distL="0" distR="0" wp14:anchorId="2B0E869C" wp14:editId="674ECDFC">
                  <wp:extent cx="356616" cy="356616"/>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karino.png"/>
                          <pic:cNvPicPr/>
                        </pic:nvPicPr>
                        <pic:blipFill>
                          <a:blip r:embed="rId6"/>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68721E1F" w14:textId="77777777" w:rsidR="00327BED" w:rsidRDefault="00000000">
            <w:pPr>
              <w:spacing w:after="24"/>
            </w:pPr>
            <w:r>
              <w:rPr>
                <w:b/>
                <w:color w:val="58A6FF"/>
              </w:rPr>
              <w:t>oskarino [ADHC],</w:t>
            </w:r>
            <w:r>
              <w:rPr>
                <w:color w:val="949BA4"/>
                <w:sz w:val="15"/>
              </w:rPr>
              <w:t xml:space="preserve">  10/05/2026 12:31 AM</w:t>
            </w:r>
          </w:p>
          <w:p w14:paraId="7CFA8B03" w14:textId="77777777" w:rsidR="00327BED" w:rsidRDefault="00000000">
            <w:pPr>
              <w:spacing w:after="8" w:line="245" w:lineRule="auto"/>
            </w:pPr>
            <w:r>
              <w:t>it’s a hug not a handjob 😒</w:t>
            </w:r>
          </w:p>
        </w:tc>
      </w:tr>
      <w:tr w:rsidR="00327BED" w14:paraId="5F36E4CF" w14:textId="77777777">
        <w:trPr>
          <w:cantSplit/>
          <w:jc w:val="center"/>
        </w:trPr>
        <w:tc>
          <w:tcPr>
            <w:tcW w:w="778" w:type="dxa"/>
            <w:shd w:val="clear" w:color="auto" w:fill="313338"/>
            <w:tcMar>
              <w:top w:w="55" w:type="dxa"/>
              <w:left w:w="10" w:type="dxa"/>
              <w:bottom w:w="30" w:type="dxa"/>
              <w:right w:w="25" w:type="dxa"/>
            </w:tcMar>
          </w:tcPr>
          <w:p w14:paraId="3AA56CF7" w14:textId="77777777" w:rsidR="00327BED" w:rsidRDefault="00000000">
            <w:r>
              <w:rPr>
                <w:noProof/>
              </w:rPr>
              <w:drawing>
                <wp:inline distT="0" distB="0" distL="0" distR="0" wp14:anchorId="5541290B" wp14:editId="3FD0656F">
                  <wp:extent cx="356616" cy="356616"/>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77520BB4" w14:textId="77777777" w:rsidR="00327BED" w:rsidRDefault="00000000">
            <w:pPr>
              <w:spacing w:after="24"/>
            </w:pPr>
            <w:r>
              <w:rPr>
                <w:b/>
                <w:color w:val="F0B232"/>
              </w:rPr>
              <w:t>Ev</w:t>
            </w:r>
            <w:r>
              <w:rPr>
                <w:color w:val="949BA4"/>
                <w:sz w:val="15"/>
              </w:rPr>
              <w:t xml:space="preserve">  10/05/2026 12:31 AM</w:t>
            </w:r>
          </w:p>
          <w:p w14:paraId="2197FFA3" w14:textId="77777777" w:rsidR="00327BED" w:rsidRDefault="00000000">
            <w:pPr>
              <w:spacing w:after="8" w:line="245" w:lineRule="auto"/>
            </w:pPr>
            <w:r>
              <w:t>Send the photo of me and Melisa</w:t>
            </w:r>
          </w:p>
        </w:tc>
      </w:tr>
      <w:tr w:rsidR="00327BED" w14:paraId="3D1A224C" w14:textId="77777777">
        <w:trPr>
          <w:cantSplit/>
          <w:jc w:val="center"/>
        </w:trPr>
        <w:tc>
          <w:tcPr>
            <w:tcW w:w="778" w:type="dxa"/>
            <w:shd w:val="clear" w:color="auto" w:fill="313338"/>
            <w:tcMar>
              <w:top w:w="55" w:type="dxa"/>
              <w:left w:w="10" w:type="dxa"/>
              <w:bottom w:w="30" w:type="dxa"/>
              <w:right w:w="25" w:type="dxa"/>
            </w:tcMar>
          </w:tcPr>
          <w:p w14:paraId="57F4B5CF" w14:textId="77777777" w:rsidR="00327BED" w:rsidRDefault="00000000">
            <w:r>
              <w:rPr>
                <w:noProof/>
              </w:rPr>
              <w:drawing>
                <wp:inline distT="0" distB="0" distL="0" distR="0" wp14:anchorId="38D03661" wp14:editId="26C30606">
                  <wp:extent cx="356616" cy="356616"/>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karino.png"/>
                          <pic:cNvPicPr/>
                        </pic:nvPicPr>
                        <pic:blipFill>
                          <a:blip r:embed="rId6"/>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61EFB385" w14:textId="77777777" w:rsidR="00327BED" w:rsidRDefault="00000000">
            <w:pPr>
              <w:spacing w:after="24"/>
            </w:pPr>
            <w:r>
              <w:rPr>
                <w:b/>
                <w:color w:val="58A6FF"/>
              </w:rPr>
              <w:t>oskarino [ADHC],</w:t>
            </w:r>
            <w:r>
              <w:rPr>
                <w:color w:val="949BA4"/>
                <w:sz w:val="15"/>
              </w:rPr>
              <w:t xml:space="preserve">  10/05/2026 12:31 AM</w:t>
            </w:r>
          </w:p>
          <w:p w14:paraId="43C6CFAE" w14:textId="77777777" w:rsidR="00327BED" w:rsidRDefault="00000000">
            <w:pPr>
              <w:spacing w:after="8" w:line="245" w:lineRule="auto"/>
            </w:pPr>
            <w:r>
              <w:t>that’s my favourite saying</w:t>
            </w:r>
          </w:p>
        </w:tc>
      </w:tr>
      <w:tr w:rsidR="00327BED" w14:paraId="2383355B" w14:textId="77777777">
        <w:trPr>
          <w:cantSplit/>
          <w:jc w:val="center"/>
        </w:trPr>
        <w:tc>
          <w:tcPr>
            <w:tcW w:w="778" w:type="dxa"/>
            <w:shd w:val="clear" w:color="auto" w:fill="313338"/>
            <w:tcMar>
              <w:top w:w="55" w:type="dxa"/>
              <w:left w:w="10" w:type="dxa"/>
              <w:bottom w:w="30" w:type="dxa"/>
              <w:right w:w="25" w:type="dxa"/>
            </w:tcMar>
          </w:tcPr>
          <w:p w14:paraId="2EA2A084" w14:textId="77777777" w:rsidR="00327BED" w:rsidRDefault="00000000">
            <w:r>
              <w:rPr>
                <w:noProof/>
              </w:rPr>
              <w:drawing>
                <wp:inline distT="0" distB="0" distL="0" distR="0" wp14:anchorId="22CAE567" wp14:editId="5CCF765C">
                  <wp:extent cx="356616" cy="356616"/>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2FF4B8CD" w14:textId="77777777" w:rsidR="00327BED" w:rsidRDefault="00000000">
            <w:pPr>
              <w:spacing w:after="24"/>
            </w:pPr>
            <w:r>
              <w:rPr>
                <w:b/>
                <w:color w:val="F0B232"/>
              </w:rPr>
              <w:t>Ev</w:t>
            </w:r>
            <w:r>
              <w:rPr>
                <w:color w:val="949BA4"/>
                <w:sz w:val="15"/>
              </w:rPr>
              <w:t xml:space="preserve">  10/05/2026 12:31 AM</w:t>
            </w:r>
          </w:p>
          <w:p w14:paraId="5A6269F0" w14:textId="77777777" w:rsidR="00327BED" w:rsidRDefault="00000000">
            <w:pPr>
              <w:spacing w:after="8" w:line="245" w:lineRule="auto"/>
            </w:pPr>
            <w:r>
              <w:t>Like it's such a good example</w:t>
            </w:r>
          </w:p>
          <w:p w14:paraId="0C86F162" w14:textId="77777777" w:rsidR="00327BED" w:rsidRDefault="00327BED">
            <w:pPr>
              <w:spacing w:line="84" w:lineRule="auto"/>
            </w:pPr>
          </w:p>
          <w:p w14:paraId="2FE7043C" w14:textId="77777777" w:rsidR="00327BED" w:rsidRDefault="00000000">
            <w:pPr>
              <w:spacing w:before="10" w:after="8" w:line="245" w:lineRule="auto"/>
            </w:pPr>
            <w:r>
              <w:t>It's nothing weird just because we're touching</w:t>
            </w:r>
          </w:p>
          <w:p w14:paraId="4C9A3E26" w14:textId="77777777" w:rsidR="00327BED" w:rsidRDefault="00327BED">
            <w:pPr>
              <w:spacing w:line="84" w:lineRule="auto"/>
            </w:pPr>
          </w:p>
          <w:p w14:paraId="544F152A" w14:textId="77777777" w:rsidR="00327BED" w:rsidRDefault="00000000">
            <w:pPr>
              <w:spacing w:before="10" w:after="8" w:line="245" w:lineRule="auto"/>
            </w:pPr>
            <w:r>
              <w:t>Or taking a photo</w:t>
            </w:r>
          </w:p>
          <w:p w14:paraId="78EBD288" w14:textId="77777777" w:rsidR="00327BED" w:rsidRDefault="00327BED">
            <w:pPr>
              <w:spacing w:line="84" w:lineRule="auto"/>
            </w:pPr>
          </w:p>
          <w:p w14:paraId="09F8A94A" w14:textId="77777777" w:rsidR="00327BED" w:rsidRDefault="00000000">
            <w:pPr>
              <w:spacing w:before="10" w:after="8" w:line="245" w:lineRule="auto"/>
            </w:pPr>
            <w:r>
              <w:t>Purity culture is KILLING these people</w:t>
            </w:r>
          </w:p>
        </w:tc>
      </w:tr>
      <w:tr w:rsidR="00327BED" w14:paraId="1EB1C4CB" w14:textId="77777777">
        <w:trPr>
          <w:cantSplit/>
          <w:jc w:val="center"/>
        </w:trPr>
        <w:tc>
          <w:tcPr>
            <w:tcW w:w="778" w:type="dxa"/>
            <w:shd w:val="clear" w:color="auto" w:fill="313338"/>
            <w:tcMar>
              <w:top w:w="55" w:type="dxa"/>
              <w:left w:w="10" w:type="dxa"/>
              <w:bottom w:w="30" w:type="dxa"/>
              <w:right w:w="25" w:type="dxa"/>
            </w:tcMar>
          </w:tcPr>
          <w:p w14:paraId="7BA2A3BF" w14:textId="77777777" w:rsidR="00327BED" w:rsidRDefault="00000000">
            <w:r>
              <w:rPr>
                <w:noProof/>
              </w:rPr>
              <w:drawing>
                <wp:inline distT="0" distB="0" distL="0" distR="0" wp14:anchorId="1DFC8E60" wp14:editId="7CEEC260">
                  <wp:extent cx="356616" cy="356616"/>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karino.png"/>
                          <pic:cNvPicPr/>
                        </pic:nvPicPr>
                        <pic:blipFill>
                          <a:blip r:embed="rId6"/>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2970BF5D" w14:textId="77777777" w:rsidR="00327BED" w:rsidRDefault="00000000">
            <w:pPr>
              <w:spacing w:after="24"/>
            </w:pPr>
            <w:r>
              <w:rPr>
                <w:b/>
                <w:color w:val="58A6FF"/>
              </w:rPr>
              <w:t>oskarino [ADHC],</w:t>
            </w:r>
            <w:r>
              <w:rPr>
                <w:color w:val="949BA4"/>
                <w:sz w:val="15"/>
              </w:rPr>
              <w:t xml:space="preserve">  10/05/2026 12:32 AM</w:t>
            </w:r>
          </w:p>
          <w:p w14:paraId="656A18B1" w14:textId="77777777" w:rsidR="00327BED" w:rsidRDefault="00000000">
            <w:pPr>
              <w:spacing w:after="8" w:line="245" w:lineRule="auto"/>
            </w:pPr>
            <w:r>
              <w:t>i don’t really know what to say boys</w:t>
            </w:r>
          </w:p>
          <w:p w14:paraId="32422A33" w14:textId="77777777" w:rsidR="00327BED" w:rsidRDefault="00327BED">
            <w:pPr>
              <w:spacing w:line="84" w:lineRule="auto"/>
            </w:pPr>
          </w:p>
          <w:p w14:paraId="2F59AF95" w14:textId="77777777" w:rsidR="00327BED" w:rsidRDefault="00000000">
            <w:pPr>
              <w:spacing w:before="10" w:after="8" w:line="245" w:lineRule="auto"/>
            </w:pPr>
            <w:r>
              <w:t>i don’t really like this angle</w:t>
            </w:r>
          </w:p>
        </w:tc>
      </w:tr>
      <w:tr w:rsidR="00327BED" w14:paraId="6C39123B" w14:textId="77777777">
        <w:trPr>
          <w:cantSplit/>
          <w:jc w:val="center"/>
        </w:trPr>
        <w:tc>
          <w:tcPr>
            <w:tcW w:w="778" w:type="dxa"/>
            <w:shd w:val="clear" w:color="auto" w:fill="313338"/>
            <w:tcMar>
              <w:top w:w="55" w:type="dxa"/>
              <w:left w:w="10" w:type="dxa"/>
              <w:bottom w:w="30" w:type="dxa"/>
              <w:right w:w="25" w:type="dxa"/>
            </w:tcMar>
          </w:tcPr>
          <w:p w14:paraId="24D7552C" w14:textId="77777777" w:rsidR="00327BED" w:rsidRDefault="00000000">
            <w:r>
              <w:rPr>
                <w:noProof/>
              </w:rPr>
              <w:lastRenderedPageBreak/>
              <w:drawing>
                <wp:inline distT="0" distB="0" distL="0" distR="0" wp14:anchorId="6EA3E458" wp14:editId="207BED65">
                  <wp:extent cx="356616" cy="356616"/>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73EB4003" w14:textId="77777777" w:rsidR="00327BED" w:rsidRDefault="00000000">
            <w:pPr>
              <w:spacing w:after="24"/>
            </w:pPr>
            <w:r>
              <w:rPr>
                <w:b/>
              </w:rPr>
              <w:t>Aperation</w:t>
            </w:r>
            <w:r>
              <w:rPr>
                <w:color w:val="949BA4"/>
                <w:sz w:val="15"/>
              </w:rPr>
              <w:t xml:space="preserve">  10/05/2026 12:32 AM</w:t>
            </w:r>
          </w:p>
          <w:p w14:paraId="2303BAC9" w14:textId="77777777" w:rsidR="00327BED" w:rsidRDefault="00000000">
            <w:pPr>
              <w:spacing w:after="8" w:line="245" w:lineRule="auto"/>
            </w:pPr>
            <w:r>
              <w:t>I was abt to say that e1 I was looking for an example</w:t>
            </w:r>
          </w:p>
          <w:p w14:paraId="6121890F" w14:textId="77777777" w:rsidR="00327BED" w:rsidRDefault="00327BED">
            <w:pPr>
              <w:spacing w:line="84" w:lineRule="auto"/>
            </w:pPr>
          </w:p>
          <w:p w14:paraId="5E93EEB2" w14:textId="77777777" w:rsidR="00327BED" w:rsidRDefault="00000000">
            <w:pPr>
              <w:spacing w:before="10" w:after="8" w:line="245" w:lineRule="auto"/>
            </w:pPr>
            <w:r>
              <w:t>And that’s a very good one</w:t>
            </w:r>
          </w:p>
        </w:tc>
      </w:tr>
      <w:tr w:rsidR="00327BED" w14:paraId="1403BB14" w14:textId="77777777">
        <w:trPr>
          <w:cantSplit/>
          <w:jc w:val="center"/>
        </w:trPr>
        <w:tc>
          <w:tcPr>
            <w:tcW w:w="778" w:type="dxa"/>
            <w:shd w:val="clear" w:color="auto" w:fill="313338"/>
            <w:tcMar>
              <w:top w:w="55" w:type="dxa"/>
              <w:left w:w="10" w:type="dxa"/>
              <w:bottom w:w="30" w:type="dxa"/>
              <w:right w:w="25" w:type="dxa"/>
            </w:tcMar>
          </w:tcPr>
          <w:p w14:paraId="647D4D07" w14:textId="77777777" w:rsidR="00327BED" w:rsidRDefault="00000000">
            <w:r>
              <w:rPr>
                <w:noProof/>
              </w:rPr>
              <w:drawing>
                <wp:inline distT="0" distB="0" distL="0" distR="0" wp14:anchorId="4D4F050C" wp14:editId="6B817087">
                  <wp:extent cx="356616" cy="356616"/>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3600FF74" w14:textId="77777777" w:rsidR="00327BED" w:rsidRDefault="00000000">
            <w:pPr>
              <w:spacing w:after="24"/>
            </w:pPr>
            <w:r>
              <w:rPr>
                <w:b/>
                <w:color w:val="F0B232"/>
              </w:rPr>
              <w:t>Ev</w:t>
            </w:r>
            <w:r>
              <w:rPr>
                <w:color w:val="949BA4"/>
                <w:sz w:val="15"/>
              </w:rPr>
              <w:t xml:space="preserve">  10/05/2026 12:33 AM</w:t>
            </w:r>
          </w:p>
          <w:p w14:paraId="5F54CCEC" w14:textId="77777777" w:rsidR="00327BED" w:rsidRDefault="00000000">
            <w:pPr>
              <w:spacing w:after="8" w:line="245" w:lineRule="auto"/>
            </w:pPr>
            <w:r>
              <w:t>"care about what?? How have I disrespected you or crossed any lines? Look at all the photos everyone's close and friendly because it's simple a party</w:t>
            </w:r>
          </w:p>
          <w:p w14:paraId="53465406" w14:textId="77777777" w:rsidR="00327BED" w:rsidRDefault="00327BED">
            <w:pPr>
              <w:spacing w:line="84" w:lineRule="auto"/>
            </w:pPr>
          </w:p>
          <w:p w14:paraId="4C123F4C" w14:textId="77777777" w:rsidR="00327BED" w:rsidRDefault="00000000">
            <w:pPr>
              <w:spacing w:before="10" w:after="8" w:line="245" w:lineRule="auto"/>
            </w:pPr>
            <w:r>
              <w:t>Look at Evan for example</w:t>
            </w:r>
          </w:p>
          <w:p w14:paraId="73132DA2" w14:textId="77777777" w:rsidR="00327BED" w:rsidRDefault="00327BED">
            <w:pPr>
              <w:spacing w:line="84" w:lineRule="auto"/>
            </w:pPr>
          </w:p>
          <w:p w14:paraId="41CA96B0" w14:textId="77777777" w:rsidR="00327BED" w:rsidRDefault="00000000">
            <w:pPr>
              <w:spacing w:before="10" w:after="8" w:line="245" w:lineRule="auto"/>
            </w:pPr>
            <w:r>
              <w:t>Do you think Luca messaged him about this?</w:t>
            </w:r>
          </w:p>
        </w:tc>
      </w:tr>
      <w:tr w:rsidR="00327BED" w14:paraId="1E564D46" w14:textId="77777777">
        <w:trPr>
          <w:cantSplit/>
          <w:jc w:val="center"/>
        </w:trPr>
        <w:tc>
          <w:tcPr>
            <w:tcW w:w="778" w:type="dxa"/>
            <w:shd w:val="clear" w:color="auto" w:fill="313338"/>
            <w:tcMar>
              <w:top w:w="55" w:type="dxa"/>
              <w:left w:w="10" w:type="dxa"/>
              <w:bottom w:w="30" w:type="dxa"/>
              <w:right w:w="25" w:type="dxa"/>
            </w:tcMar>
          </w:tcPr>
          <w:p w14:paraId="6E2C9946" w14:textId="77777777" w:rsidR="00327BED" w:rsidRDefault="00000000">
            <w:r>
              <w:rPr>
                <w:noProof/>
              </w:rPr>
              <w:drawing>
                <wp:inline distT="0" distB="0" distL="0" distR="0" wp14:anchorId="5FC6DCB5" wp14:editId="6B0DFAB8">
                  <wp:extent cx="356616" cy="356616"/>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karino.png"/>
                          <pic:cNvPicPr/>
                        </pic:nvPicPr>
                        <pic:blipFill>
                          <a:blip r:embed="rId6"/>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000F64F" w14:textId="77777777" w:rsidR="00327BED" w:rsidRDefault="00000000">
            <w:pPr>
              <w:spacing w:after="24"/>
            </w:pPr>
            <w:r>
              <w:rPr>
                <w:b/>
                <w:color w:val="58A6FF"/>
              </w:rPr>
              <w:t>oskarino [ADHC],</w:t>
            </w:r>
            <w:r>
              <w:rPr>
                <w:color w:val="949BA4"/>
                <w:sz w:val="15"/>
              </w:rPr>
              <w:t xml:space="preserve">  10/05/2026 12:34 AM</w:t>
            </w:r>
          </w:p>
          <w:p w14:paraId="7FF6137B" w14:textId="77777777" w:rsidR="00327BED" w:rsidRDefault="00000000">
            <w:pPr>
              <w:spacing w:after="8" w:line="245" w:lineRule="auto"/>
            </w:pPr>
            <w:r>
              <w:t>offensive coordinator for a reason but can we cool it a smidge</w:t>
            </w:r>
          </w:p>
        </w:tc>
      </w:tr>
      <w:tr w:rsidR="00327BED" w14:paraId="1D03C255" w14:textId="77777777">
        <w:trPr>
          <w:cantSplit/>
          <w:jc w:val="center"/>
        </w:trPr>
        <w:tc>
          <w:tcPr>
            <w:tcW w:w="778" w:type="dxa"/>
            <w:shd w:val="clear" w:color="auto" w:fill="313338"/>
            <w:tcMar>
              <w:top w:w="55" w:type="dxa"/>
              <w:left w:w="10" w:type="dxa"/>
              <w:bottom w:w="30" w:type="dxa"/>
              <w:right w:w="25" w:type="dxa"/>
            </w:tcMar>
          </w:tcPr>
          <w:p w14:paraId="6FDF2602" w14:textId="77777777" w:rsidR="00327BED" w:rsidRDefault="00000000">
            <w:r>
              <w:rPr>
                <w:noProof/>
              </w:rPr>
              <w:drawing>
                <wp:inline distT="0" distB="0" distL="0" distR="0" wp14:anchorId="1258656C" wp14:editId="6437AE62">
                  <wp:extent cx="356616" cy="356616"/>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EC201AD" w14:textId="77777777" w:rsidR="00327BED" w:rsidRDefault="00000000">
            <w:pPr>
              <w:spacing w:after="24"/>
            </w:pPr>
            <w:r>
              <w:rPr>
                <w:b/>
                <w:color w:val="F0B232"/>
              </w:rPr>
              <w:t>Ev</w:t>
            </w:r>
            <w:r>
              <w:rPr>
                <w:color w:val="949BA4"/>
                <w:sz w:val="15"/>
              </w:rPr>
              <w:t xml:space="preserve">  10/05/2026 12:34 AM</w:t>
            </w:r>
          </w:p>
          <w:p w14:paraId="53C739DD" w14:textId="77777777" w:rsidR="00327BED" w:rsidRDefault="00000000">
            <w:pPr>
              <w:spacing w:after="8" w:line="245" w:lineRule="auto"/>
            </w:pPr>
            <w:r>
              <w:t>Sorry</w:t>
            </w:r>
          </w:p>
        </w:tc>
      </w:tr>
      <w:tr w:rsidR="00327BED" w14:paraId="52CA9B3F" w14:textId="77777777">
        <w:trPr>
          <w:cantSplit/>
          <w:jc w:val="center"/>
        </w:trPr>
        <w:tc>
          <w:tcPr>
            <w:tcW w:w="778" w:type="dxa"/>
            <w:shd w:val="clear" w:color="auto" w:fill="313338"/>
            <w:tcMar>
              <w:top w:w="55" w:type="dxa"/>
              <w:left w:w="10" w:type="dxa"/>
              <w:bottom w:w="30" w:type="dxa"/>
              <w:right w:w="25" w:type="dxa"/>
            </w:tcMar>
          </w:tcPr>
          <w:p w14:paraId="3442F1B3" w14:textId="77777777" w:rsidR="00327BED" w:rsidRDefault="00000000">
            <w:r>
              <w:rPr>
                <w:noProof/>
              </w:rPr>
              <w:drawing>
                <wp:inline distT="0" distB="0" distL="0" distR="0" wp14:anchorId="4729D0C0" wp14:editId="2A3A25DA">
                  <wp:extent cx="356616" cy="356616"/>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073F2A0F" w14:textId="77777777" w:rsidR="00327BED" w:rsidRDefault="00000000">
            <w:pPr>
              <w:spacing w:after="24"/>
            </w:pPr>
            <w:r>
              <w:rPr>
                <w:b/>
              </w:rPr>
              <w:t>Aperation</w:t>
            </w:r>
            <w:r>
              <w:rPr>
                <w:color w:val="949BA4"/>
                <w:sz w:val="15"/>
              </w:rPr>
              <w:t xml:space="preserve">  10/05/2026 12:34 AM</w:t>
            </w:r>
          </w:p>
          <w:p w14:paraId="1D3D469C" w14:textId="77777777" w:rsidR="00327BED" w:rsidRDefault="00000000">
            <w:pPr>
              <w:spacing w:after="8" w:line="245" w:lineRule="auto"/>
            </w:pPr>
            <w:r>
              <w:t>And also if it was with everyone what’s she saying are you trying to fuck them all or what</w:t>
            </w:r>
          </w:p>
        </w:tc>
      </w:tr>
      <w:tr w:rsidR="00327BED" w14:paraId="463FAE69" w14:textId="77777777">
        <w:trPr>
          <w:cantSplit/>
          <w:jc w:val="center"/>
        </w:trPr>
        <w:tc>
          <w:tcPr>
            <w:tcW w:w="778" w:type="dxa"/>
            <w:shd w:val="clear" w:color="auto" w:fill="313338"/>
            <w:tcMar>
              <w:top w:w="55" w:type="dxa"/>
              <w:left w:w="10" w:type="dxa"/>
              <w:bottom w:w="30" w:type="dxa"/>
              <w:right w:w="25" w:type="dxa"/>
            </w:tcMar>
          </w:tcPr>
          <w:p w14:paraId="41B2B227" w14:textId="77777777" w:rsidR="00327BED" w:rsidRDefault="00000000">
            <w:r>
              <w:rPr>
                <w:noProof/>
              </w:rPr>
              <w:drawing>
                <wp:inline distT="0" distB="0" distL="0" distR="0" wp14:anchorId="13CAD658" wp14:editId="678D9FA5">
                  <wp:extent cx="356616" cy="356616"/>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karino.png"/>
                          <pic:cNvPicPr/>
                        </pic:nvPicPr>
                        <pic:blipFill>
                          <a:blip r:embed="rId6"/>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7F695C14" w14:textId="77777777" w:rsidR="00327BED" w:rsidRDefault="00000000">
            <w:pPr>
              <w:spacing w:after="24"/>
            </w:pPr>
            <w:r>
              <w:rPr>
                <w:b/>
                <w:color w:val="58A6FF"/>
              </w:rPr>
              <w:t>oskarino [ADHC],</w:t>
            </w:r>
            <w:r>
              <w:rPr>
                <w:color w:val="949BA4"/>
                <w:sz w:val="15"/>
              </w:rPr>
              <w:t xml:space="preserve">  10/05/2026 12:34 AM</w:t>
            </w:r>
          </w:p>
          <w:p w14:paraId="07FE6A46" w14:textId="77777777" w:rsidR="00327BED" w:rsidRDefault="00000000">
            <w:pPr>
              <w:spacing w:after="8" w:line="245" w:lineRule="auto"/>
            </w:pPr>
            <w:r>
              <w:t>boys clocks ticking we need a response</w:t>
            </w:r>
          </w:p>
        </w:tc>
      </w:tr>
      <w:tr w:rsidR="00327BED" w14:paraId="1E9E3BF7" w14:textId="77777777">
        <w:trPr>
          <w:cantSplit/>
          <w:jc w:val="center"/>
        </w:trPr>
        <w:tc>
          <w:tcPr>
            <w:tcW w:w="778" w:type="dxa"/>
            <w:shd w:val="clear" w:color="auto" w:fill="313338"/>
            <w:tcMar>
              <w:top w:w="55" w:type="dxa"/>
              <w:left w:w="10" w:type="dxa"/>
              <w:bottom w:w="30" w:type="dxa"/>
              <w:right w:w="25" w:type="dxa"/>
            </w:tcMar>
          </w:tcPr>
          <w:p w14:paraId="1412C7B7" w14:textId="77777777" w:rsidR="00327BED" w:rsidRDefault="00000000">
            <w:r>
              <w:rPr>
                <w:noProof/>
              </w:rPr>
              <w:drawing>
                <wp:inline distT="0" distB="0" distL="0" distR="0" wp14:anchorId="3F326731" wp14:editId="0BAD8C02">
                  <wp:extent cx="356616" cy="356616"/>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2F847B97" w14:textId="77777777" w:rsidR="00327BED" w:rsidRDefault="00000000">
            <w:pPr>
              <w:spacing w:after="24"/>
            </w:pPr>
            <w:r>
              <w:rPr>
                <w:b/>
              </w:rPr>
              <w:t>Aperation</w:t>
            </w:r>
            <w:r>
              <w:rPr>
                <w:color w:val="949BA4"/>
                <w:sz w:val="15"/>
              </w:rPr>
              <w:t xml:space="preserve">  10/05/2026 12:34 AM</w:t>
            </w:r>
          </w:p>
          <w:p w14:paraId="08862DF8" w14:textId="77777777" w:rsidR="00327BED" w:rsidRDefault="00000000">
            <w:pPr>
              <w:spacing w:after="8" w:line="245" w:lineRule="auto"/>
            </w:pPr>
            <w:r>
              <w:t>Bc clearly it’s not like your crossing a line and flirting with one specifically</w:t>
            </w:r>
          </w:p>
        </w:tc>
      </w:tr>
      <w:tr w:rsidR="00327BED" w14:paraId="054D07C7" w14:textId="77777777">
        <w:trPr>
          <w:cantSplit/>
          <w:jc w:val="center"/>
        </w:trPr>
        <w:tc>
          <w:tcPr>
            <w:tcW w:w="778" w:type="dxa"/>
            <w:shd w:val="clear" w:color="auto" w:fill="313338"/>
            <w:tcMar>
              <w:top w:w="55" w:type="dxa"/>
              <w:left w:w="10" w:type="dxa"/>
              <w:bottom w:w="30" w:type="dxa"/>
              <w:right w:w="25" w:type="dxa"/>
            </w:tcMar>
          </w:tcPr>
          <w:p w14:paraId="376F4766" w14:textId="77777777" w:rsidR="00327BED" w:rsidRDefault="00000000">
            <w:r>
              <w:rPr>
                <w:noProof/>
              </w:rPr>
              <w:drawing>
                <wp:inline distT="0" distB="0" distL="0" distR="0" wp14:anchorId="1BE0EDF6" wp14:editId="1F15C9EA">
                  <wp:extent cx="356616" cy="356616"/>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312F7A2" w14:textId="77777777" w:rsidR="00327BED" w:rsidRDefault="00000000">
            <w:pPr>
              <w:spacing w:after="24"/>
            </w:pPr>
            <w:r>
              <w:rPr>
                <w:b/>
                <w:color w:val="F0B232"/>
              </w:rPr>
              <w:t>Ev</w:t>
            </w:r>
            <w:r>
              <w:rPr>
                <w:color w:val="949BA4"/>
                <w:sz w:val="15"/>
              </w:rPr>
              <w:t xml:space="preserve">  10/05/2026 12:34 AM</w:t>
            </w:r>
          </w:p>
          <w:p w14:paraId="49B2EB0D" w14:textId="77777777" w:rsidR="00327BED" w:rsidRDefault="00000000">
            <w:pPr>
              <w:spacing w:after="8" w:line="245" w:lineRule="auto"/>
            </w:pPr>
            <w:r>
              <w:t>How does she not grasp the environment of a party at all</w:t>
            </w:r>
          </w:p>
          <w:p w14:paraId="6FF02C75" w14:textId="77777777" w:rsidR="00327BED" w:rsidRDefault="00327BED">
            <w:pPr>
              <w:spacing w:line="84" w:lineRule="auto"/>
            </w:pPr>
          </w:p>
          <w:p w14:paraId="6BE6836E" w14:textId="77777777" w:rsidR="00327BED" w:rsidRDefault="00000000">
            <w:pPr>
              <w:spacing w:before="10" w:after="8" w:line="245" w:lineRule="auto"/>
            </w:pPr>
            <w:r>
              <w:t>"care about what? What have I done that's careless?</w:t>
            </w:r>
          </w:p>
        </w:tc>
      </w:tr>
      <w:tr w:rsidR="00327BED" w14:paraId="750909D7" w14:textId="77777777">
        <w:trPr>
          <w:cantSplit/>
          <w:jc w:val="center"/>
        </w:trPr>
        <w:tc>
          <w:tcPr>
            <w:tcW w:w="778" w:type="dxa"/>
            <w:shd w:val="clear" w:color="auto" w:fill="313338"/>
            <w:tcMar>
              <w:top w:w="55" w:type="dxa"/>
              <w:left w:w="10" w:type="dxa"/>
              <w:bottom w:w="30" w:type="dxa"/>
              <w:right w:w="25" w:type="dxa"/>
            </w:tcMar>
          </w:tcPr>
          <w:p w14:paraId="773017A9" w14:textId="77777777" w:rsidR="00327BED" w:rsidRDefault="00000000">
            <w:r>
              <w:rPr>
                <w:noProof/>
              </w:rPr>
              <w:drawing>
                <wp:inline distT="0" distB="0" distL="0" distR="0" wp14:anchorId="21EFDDCB" wp14:editId="0A1C68AD">
                  <wp:extent cx="356616" cy="356616"/>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karino.png"/>
                          <pic:cNvPicPr/>
                        </pic:nvPicPr>
                        <pic:blipFill>
                          <a:blip r:embed="rId6"/>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0B089B58" w14:textId="77777777" w:rsidR="00327BED" w:rsidRDefault="00000000">
            <w:pPr>
              <w:spacing w:after="24"/>
            </w:pPr>
            <w:r>
              <w:rPr>
                <w:b/>
                <w:color w:val="58A6FF"/>
              </w:rPr>
              <w:t>oskarino [ADHC],</w:t>
            </w:r>
            <w:r>
              <w:rPr>
                <w:color w:val="949BA4"/>
                <w:sz w:val="15"/>
              </w:rPr>
              <w:t xml:space="preserve">  10/05/2026 12:35 AM</w:t>
            </w:r>
          </w:p>
          <w:p w14:paraId="643C36A3" w14:textId="77777777" w:rsidR="00327BED" w:rsidRDefault="00000000">
            <w:pPr>
              <w:spacing w:after="8" w:line="245" w:lineRule="auto"/>
            </w:pPr>
            <w:r>
              <w:t>she might have an ace up her sleeve</w:t>
            </w:r>
          </w:p>
        </w:tc>
      </w:tr>
      <w:tr w:rsidR="00327BED" w14:paraId="5E464D24" w14:textId="77777777">
        <w:trPr>
          <w:cantSplit/>
          <w:jc w:val="center"/>
        </w:trPr>
        <w:tc>
          <w:tcPr>
            <w:tcW w:w="778" w:type="dxa"/>
            <w:shd w:val="clear" w:color="auto" w:fill="313338"/>
            <w:tcMar>
              <w:top w:w="55" w:type="dxa"/>
              <w:left w:w="10" w:type="dxa"/>
              <w:bottom w:w="30" w:type="dxa"/>
              <w:right w:w="25" w:type="dxa"/>
            </w:tcMar>
          </w:tcPr>
          <w:p w14:paraId="76CB7C41" w14:textId="77777777" w:rsidR="00327BED" w:rsidRDefault="00000000">
            <w:r>
              <w:rPr>
                <w:noProof/>
              </w:rPr>
              <w:drawing>
                <wp:inline distT="0" distB="0" distL="0" distR="0" wp14:anchorId="7EE86399" wp14:editId="3441F1F9">
                  <wp:extent cx="356616" cy="356616"/>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776AD341" w14:textId="77777777" w:rsidR="00327BED" w:rsidRDefault="00000000">
            <w:pPr>
              <w:spacing w:after="24"/>
            </w:pPr>
            <w:r>
              <w:rPr>
                <w:b/>
              </w:rPr>
              <w:t>Aperation</w:t>
            </w:r>
            <w:r>
              <w:rPr>
                <w:color w:val="949BA4"/>
                <w:sz w:val="15"/>
              </w:rPr>
              <w:t xml:space="preserve">  10/05/2026 12:35 AM</w:t>
            </w:r>
          </w:p>
          <w:p w14:paraId="58375860" w14:textId="77777777" w:rsidR="00327BED" w:rsidRDefault="00000000">
            <w:pPr>
              <w:spacing w:after="8" w:line="245" w:lineRule="auto"/>
            </w:pPr>
            <w:r>
              <w:t>Take the rhetorical question out of this jawn</w:t>
            </w:r>
          </w:p>
        </w:tc>
      </w:tr>
      <w:tr w:rsidR="00327BED" w14:paraId="620D3B64" w14:textId="77777777">
        <w:trPr>
          <w:cantSplit/>
          <w:jc w:val="center"/>
        </w:trPr>
        <w:tc>
          <w:tcPr>
            <w:tcW w:w="778" w:type="dxa"/>
            <w:shd w:val="clear" w:color="auto" w:fill="313338"/>
            <w:tcMar>
              <w:top w:w="55" w:type="dxa"/>
              <w:left w:w="10" w:type="dxa"/>
              <w:bottom w:w="30" w:type="dxa"/>
              <w:right w:w="25" w:type="dxa"/>
            </w:tcMar>
          </w:tcPr>
          <w:p w14:paraId="4A0A37FE" w14:textId="77777777" w:rsidR="00327BED" w:rsidRDefault="00000000">
            <w:r>
              <w:rPr>
                <w:noProof/>
              </w:rPr>
              <w:drawing>
                <wp:inline distT="0" distB="0" distL="0" distR="0" wp14:anchorId="60ECAE01" wp14:editId="72DC4051">
                  <wp:extent cx="356616" cy="356616"/>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0512E3EB" w14:textId="77777777" w:rsidR="00327BED" w:rsidRDefault="00000000">
            <w:pPr>
              <w:spacing w:after="24"/>
            </w:pPr>
            <w:r>
              <w:rPr>
                <w:b/>
                <w:color w:val="F0B232"/>
              </w:rPr>
              <w:t>Ev</w:t>
            </w:r>
            <w:r>
              <w:rPr>
                <w:color w:val="949BA4"/>
                <w:sz w:val="15"/>
              </w:rPr>
              <w:t xml:space="preserve">  10/05/2026 12:35 AM</w:t>
            </w:r>
          </w:p>
          <w:p w14:paraId="40BE5D47" w14:textId="77777777" w:rsidR="00327BED" w:rsidRDefault="00000000">
            <w:pPr>
              <w:spacing w:after="8" w:line="245" w:lineRule="auto"/>
            </w:pPr>
            <w:r>
              <w:t>Yeah</w:t>
            </w:r>
          </w:p>
        </w:tc>
      </w:tr>
      <w:tr w:rsidR="00327BED" w14:paraId="34840270" w14:textId="77777777">
        <w:trPr>
          <w:cantSplit/>
          <w:jc w:val="center"/>
        </w:trPr>
        <w:tc>
          <w:tcPr>
            <w:tcW w:w="778" w:type="dxa"/>
            <w:shd w:val="clear" w:color="auto" w:fill="313338"/>
            <w:tcMar>
              <w:top w:w="55" w:type="dxa"/>
              <w:left w:w="10" w:type="dxa"/>
              <w:bottom w:w="30" w:type="dxa"/>
              <w:right w:w="25" w:type="dxa"/>
            </w:tcMar>
          </w:tcPr>
          <w:p w14:paraId="30AC59EC" w14:textId="77777777" w:rsidR="00327BED" w:rsidRDefault="00000000">
            <w:r>
              <w:rPr>
                <w:noProof/>
              </w:rPr>
              <w:drawing>
                <wp:inline distT="0" distB="0" distL="0" distR="0" wp14:anchorId="069C491B" wp14:editId="34AD5704">
                  <wp:extent cx="356616" cy="356616"/>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karino.png"/>
                          <pic:cNvPicPr/>
                        </pic:nvPicPr>
                        <pic:blipFill>
                          <a:blip r:embed="rId6"/>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F029078" w14:textId="77777777" w:rsidR="00327BED" w:rsidRDefault="00000000">
            <w:pPr>
              <w:spacing w:after="24"/>
            </w:pPr>
            <w:r>
              <w:rPr>
                <w:b/>
                <w:color w:val="58A6FF"/>
              </w:rPr>
              <w:t>oskarino [ADHC],</w:t>
            </w:r>
            <w:r>
              <w:rPr>
                <w:color w:val="949BA4"/>
                <w:sz w:val="15"/>
              </w:rPr>
              <w:t xml:space="preserve">  10/05/2026 12:35 AM</w:t>
            </w:r>
          </w:p>
          <w:p w14:paraId="006D2E5A" w14:textId="77777777" w:rsidR="00327BED" w:rsidRDefault="00000000">
            <w:pPr>
              <w:spacing w:after="8" w:line="245" w:lineRule="auto"/>
            </w:pPr>
            <w:r>
              <w:t>really ?</w:t>
            </w:r>
          </w:p>
          <w:p w14:paraId="7797F59A" w14:textId="77777777" w:rsidR="00327BED" w:rsidRDefault="00327BED">
            <w:pPr>
              <w:spacing w:line="84" w:lineRule="auto"/>
            </w:pPr>
          </w:p>
          <w:p w14:paraId="1BB61D05" w14:textId="77777777" w:rsidR="00327BED" w:rsidRDefault="00000000">
            <w:pPr>
              <w:spacing w:before="10" w:after="8" w:line="245" w:lineRule="auto"/>
            </w:pPr>
            <w:r>
              <w:rPr>
                <w:i/>
                <w:color w:val="949BA4"/>
                <w:sz w:val="18"/>
              </w:rPr>
              <w:t>[No text captured in export]</w:t>
            </w:r>
          </w:p>
        </w:tc>
      </w:tr>
      <w:tr w:rsidR="00327BED" w14:paraId="70FC712F" w14:textId="77777777">
        <w:trPr>
          <w:cantSplit/>
          <w:jc w:val="center"/>
        </w:trPr>
        <w:tc>
          <w:tcPr>
            <w:tcW w:w="778" w:type="dxa"/>
            <w:shd w:val="clear" w:color="auto" w:fill="313338"/>
            <w:tcMar>
              <w:top w:w="55" w:type="dxa"/>
              <w:left w:w="10" w:type="dxa"/>
              <w:bottom w:w="30" w:type="dxa"/>
              <w:right w:w="25" w:type="dxa"/>
            </w:tcMar>
          </w:tcPr>
          <w:p w14:paraId="475E5050" w14:textId="77777777" w:rsidR="00327BED" w:rsidRDefault="00000000">
            <w:r>
              <w:rPr>
                <w:noProof/>
              </w:rPr>
              <w:drawing>
                <wp:inline distT="0" distB="0" distL="0" distR="0" wp14:anchorId="78F015DB" wp14:editId="2D8377DC">
                  <wp:extent cx="356616" cy="356616"/>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083BEDCC" w14:textId="77777777" w:rsidR="00327BED" w:rsidRDefault="00000000">
            <w:pPr>
              <w:spacing w:after="24"/>
            </w:pPr>
            <w:r>
              <w:rPr>
                <w:b/>
                <w:color w:val="F0B232"/>
              </w:rPr>
              <w:t>Ev</w:t>
            </w:r>
            <w:r>
              <w:rPr>
                <w:color w:val="949BA4"/>
                <w:sz w:val="15"/>
              </w:rPr>
              <w:t xml:space="preserve">  10/05/2026 12:36 AM</w:t>
            </w:r>
          </w:p>
          <w:p w14:paraId="7E1E71B0" w14:textId="77777777" w:rsidR="00327BED" w:rsidRDefault="00000000">
            <w:pPr>
              <w:spacing w:after="8" w:line="245" w:lineRule="auto"/>
            </w:pPr>
            <w:r>
              <w:t>Ok save it then</w:t>
            </w:r>
          </w:p>
        </w:tc>
      </w:tr>
      <w:tr w:rsidR="00327BED" w14:paraId="5C530D1B" w14:textId="77777777">
        <w:trPr>
          <w:cantSplit/>
          <w:jc w:val="center"/>
        </w:trPr>
        <w:tc>
          <w:tcPr>
            <w:tcW w:w="778" w:type="dxa"/>
            <w:shd w:val="clear" w:color="auto" w:fill="313338"/>
            <w:tcMar>
              <w:top w:w="55" w:type="dxa"/>
              <w:left w:w="10" w:type="dxa"/>
              <w:bottom w:w="30" w:type="dxa"/>
              <w:right w:w="25" w:type="dxa"/>
            </w:tcMar>
          </w:tcPr>
          <w:p w14:paraId="1F8F08D8" w14:textId="77777777" w:rsidR="00327BED" w:rsidRDefault="00000000">
            <w:r>
              <w:rPr>
                <w:noProof/>
              </w:rPr>
              <w:drawing>
                <wp:inline distT="0" distB="0" distL="0" distR="0" wp14:anchorId="2799EBCB" wp14:editId="56F79F6A">
                  <wp:extent cx="356616" cy="356616"/>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D53082E" w14:textId="77777777" w:rsidR="00327BED" w:rsidRDefault="00000000">
            <w:pPr>
              <w:spacing w:after="24"/>
            </w:pPr>
            <w:r>
              <w:rPr>
                <w:b/>
              </w:rPr>
              <w:t>Aperation</w:t>
            </w:r>
            <w:r>
              <w:rPr>
                <w:color w:val="949BA4"/>
                <w:sz w:val="15"/>
              </w:rPr>
              <w:t xml:space="preserve">  10/05/2026 12:36 AM</w:t>
            </w:r>
          </w:p>
          <w:p w14:paraId="056DB205" w14:textId="77777777" w:rsidR="00327BED" w:rsidRDefault="00000000">
            <w:pPr>
              <w:spacing w:after="8" w:line="245" w:lineRule="auto"/>
            </w:pPr>
            <w:r>
              <w:t>Yeah say something like Anya look at the photos everyone’s in close proximity, I’m not trying to disrespect you or something</w:t>
            </w:r>
          </w:p>
        </w:tc>
      </w:tr>
      <w:tr w:rsidR="00327BED" w14:paraId="30258E2C" w14:textId="77777777">
        <w:trPr>
          <w:cantSplit/>
          <w:jc w:val="center"/>
        </w:trPr>
        <w:tc>
          <w:tcPr>
            <w:tcW w:w="778" w:type="dxa"/>
            <w:shd w:val="clear" w:color="auto" w:fill="313338"/>
            <w:tcMar>
              <w:top w:w="55" w:type="dxa"/>
              <w:left w:w="10" w:type="dxa"/>
              <w:bottom w:w="30" w:type="dxa"/>
              <w:right w:w="25" w:type="dxa"/>
            </w:tcMar>
          </w:tcPr>
          <w:p w14:paraId="792AB3D9" w14:textId="77777777" w:rsidR="00327BED" w:rsidRDefault="00000000">
            <w:r>
              <w:rPr>
                <w:noProof/>
              </w:rPr>
              <w:drawing>
                <wp:inline distT="0" distB="0" distL="0" distR="0" wp14:anchorId="74AB8916" wp14:editId="73B6FA30">
                  <wp:extent cx="356616" cy="356616"/>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karino.png"/>
                          <pic:cNvPicPr/>
                        </pic:nvPicPr>
                        <pic:blipFill>
                          <a:blip r:embed="rId6"/>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76429360" w14:textId="77777777" w:rsidR="00327BED" w:rsidRDefault="00000000">
            <w:pPr>
              <w:spacing w:after="24"/>
            </w:pPr>
            <w:r>
              <w:rPr>
                <w:b/>
                <w:color w:val="58A6FF"/>
              </w:rPr>
              <w:t>oskarino [ADHC],</w:t>
            </w:r>
            <w:r>
              <w:rPr>
                <w:color w:val="949BA4"/>
                <w:sz w:val="15"/>
              </w:rPr>
              <w:t xml:space="preserve">  10/05/2026 12:36 AM</w:t>
            </w:r>
          </w:p>
          <w:p w14:paraId="731CBA57" w14:textId="77777777" w:rsidR="00327BED" w:rsidRDefault="00000000">
            <w:pPr>
              <w:spacing w:after="8" w:line="245" w:lineRule="auto"/>
            </w:pPr>
            <w:r>
              <w:t>taking longer to respond is making me seem more guilty</w:t>
            </w:r>
          </w:p>
        </w:tc>
      </w:tr>
      <w:tr w:rsidR="00327BED" w14:paraId="270BFEBE" w14:textId="77777777">
        <w:trPr>
          <w:cantSplit/>
          <w:jc w:val="center"/>
        </w:trPr>
        <w:tc>
          <w:tcPr>
            <w:tcW w:w="778" w:type="dxa"/>
            <w:shd w:val="clear" w:color="auto" w:fill="313338"/>
            <w:tcMar>
              <w:top w:w="55" w:type="dxa"/>
              <w:left w:w="10" w:type="dxa"/>
              <w:bottom w:w="30" w:type="dxa"/>
              <w:right w:w="25" w:type="dxa"/>
            </w:tcMar>
          </w:tcPr>
          <w:p w14:paraId="2BCBFD7C" w14:textId="77777777" w:rsidR="00327BED" w:rsidRDefault="00000000">
            <w:r>
              <w:rPr>
                <w:noProof/>
              </w:rPr>
              <w:drawing>
                <wp:inline distT="0" distB="0" distL="0" distR="0" wp14:anchorId="4DA9048A" wp14:editId="681FFAC5">
                  <wp:extent cx="356616" cy="356616"/>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BC84D2C" w14:textId="77777777" w:rsidR="00327BED" w:rsidRDefault="00000000">
            <w:pPr>
              <w:spacing w:after="24"/>
            </w:pPr>
            <w:r>
              <w:rPr>
                <w:b/>
                <w:color w:val="F0B232"/>
              </w:rPr>
              <w:t>Ev</w:t>
            </w:r>
            <w:r>
              <w:rPr>
                <w:color w:val="949BA4"/>
                <w:sz w:val="15"/>
              </w:rPr>
              <w:t xml:space="preserve">  10/05/2026 12:36 AM</w:t>
            </w:r>
          </w:p>
          <w:p w14:paraId="5E4563A1" w14:textId="77777777" w:rsidR="00327BED" w:rsidRDefault="00000000">
            <w:pPr>
              <w:spacing w:after="8" w:line="245" w:lineRule="auto"/>
            </w:pPr>
            <w:r>
              <w:t>Anya just tell me straight forward what it is I've done you have a problem with thats the only way we can get anywhere</w:t>
            </w:r>
          </w:p>
        </w:tc>
      </w:tr>
      <w:tr w:rsidR="00327BED" w14:paraId="75633E63" w14:textId="77777777">
        <w:trPr>
          <w:cantSplit/>
          <w:jc w:val="center"/>
        </w:trPr>
        <w:tc>
          <w:tcPr>
            <w:tcW w:w="778" w:type="dxa"/>
            <w:shd w:val="clear" w:color="auto" w:fill="313338"/>
            <w:tcMar>
              <w:top w:w="55" w:type="dxa"/>
              <w:left w:w="10" w:type="dxa"/>
              <w:bottom w:w="30" w:type="dxa"/>
              <w:right w:w="25" w:type="dxa"/>
            </w:tcMar>
          </w:tcPr>
          <w:p w14:paraId="12387E0B" w14:textId="77777777" w:rsidR="00327BED" w:rsidRDefault="00000000">
            <w:r>
              <w:rPr>
                <w:noProof/>
              </w:rPr>
              <w:drawing>
                <wp:inline distT="0" distB="0" distL="0" distR="0" wp14:anchorId="2DE45333" wp14:editId="2B589A21">
                  <wp:extent cx="356616" cy="356616"/>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karino.png"/>
                          <pic:cNvPicPr/>
                        </pic:nvPicPr>
                        <pic:blipFill>
                          <a:blip r:embed="rId6"/>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C481642" w14:textId="77777777" w:rsidR="00327BED" w:rsidRDefault="00000000">
            <w:pPr>
              <w:spacing w:after="24"/>
            </w:pPr>
            <w:r>
              <w:rPr>
                <w:b/>
                <w:color w:val="58A6FF"/>
              </w:rPr>
              <w:t>oskarino [ADHC],</w:t>
            </w:r>
            <w:r>
              <w:rPr>
                <w:color w:val="949BA4"/>
                <w:sz w:val="15"/>
              </w:rPr>
              <w:t xml:space="preserve">  10/05/2026 12:36 AM</w:t>
            </w:r>
          </w:p>
          <w:p w14:paraId="148AA68A" w14:textId="77777777" w:rsidR="00327BED" w:rsidRDefault="00000000">
            <w:pPr>
              <w:spacing w:after="8" w:line="245" w:lineRule="auto"/>
            </w:pPr>
            <w:r>
              <w:t>uh oh she just sent another message</w:t>
            </w:r>
          </w:p>
          <w:p w14:paraId="2623B754" w14:textId="77777777" w:rsidR="00327BED" w:rsidRDefault="00327BED">
            <w:pPr>
              <w:spacing w:line="84" w:lineRule="auto"/>
            </w:pPr>
          </w:p>
          <w:p w14:paraId="433CD806" w14:textId="77777777" w:rsidR="00327BED" w:rsidRDefault="00000000">
            <w:pPr>
              <w:spacing w:before="10" w:after="8" w:line="245" w:lineRule="auto"/>
            </w:pPr>
            <w:r>
              <w:t>oh boy here we go</w:t>
            </w:r>
          </w:p>
          <w:p w14:paraId="1038351A" w14:textId="77777777" w:rsidR="00327BED" w:rsidRDefault="00327BED">
            <w:pPr>
              <w:spacing w:line="84" w:lineRule="auto"/>
            </w:pPr>
          </w:p>
          <w:p w14:paraId="5759CE88" w14:textId="77777777" w:rsidR="00327BED" w:rsidRDefault="00000000">
            <w:pPr>
              <w:spacing w:before="10" w:after="8" w:line="245" w:lineRule="auto"/>
            </w:pPr>
            <w:r>
              <w:t>“you said you were going to listen”</w:t>
            </w:r>
          </w:p>
          <w:p w14:paraId="2B551811" w14:textId="77777777" w:rsidR="00327BED" w:rsidRDefault="00327BED">
            <w:pPr>
              <w:spacing w:line="84" w:lineRule="auto"/>
            </w:pPr>
          </w:p>
          <w:p w14:paraId="7A8903C9" w14:textId="77777777" w:rsidR="00327BED" w:rsidRDefault="00000000">
            <w:pPr>
              <w:spacing w:before="10" w:after="8" w:line="245" w:lineRule="auto"/>
            </w:pPr>
            <w:r>
              <w:t>“what was i thinking ofc you never listen to me”</w:t>
            </w:r>
          </w:p>
        </w:tc>
      </w:tr>
      <w:tr w:rsidR="00327BED" w14:paraId="47F19C38" w14:textId="77777777">
        <w:trPr>
          <w:cantSplit/>
          <w:jc w:val="center"/>
        </w:trPr>
        <w:tc>
          <w:tcPr>
            <w:tcW w:w="778" w:type="dxa"/>
            <w:shd w:val="clear" w:color="auto" w:fill="313338"/>
            <w:tcMar>
              <w:top w:w="55" w:type="dxa"/>
              <w:left w:w="10" w:type="dxa"/>
              <w:bottom w:w="30" w:type="dxa"/>
              <w:right w:w="25" w:type="dxa"/>
            </w:tcMar>
          </w:tcPr>
          <w:p w14:paraId="7B5D4C47" w14:textId="77777777" w:rsidR="00327BED" w:rsidRDefault="00000000">
            <w:r>
              <w:rPr>
                <w:noProof/>
              </w:rPr>
              <w:lastRenderedPageBreak/>
              <w:drawing>
                <wp:inline distT="0" distB="0" distL="0" distR="0" wp14:anchorId="011DAC39" wp14:editId="6A64BE14">
                  <wp:extent cx="356616" cy="356616"/>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5444AC9" w14:textId="77777777" w:rsidR="00327BED" w:rsidRDefault="00000000">
            <w:pPr>
              <w:spacing w:after="24"/>
            </w:pPr>
            <w:r>
              <w:rPr>
                <w:b/>
                <w:color w:val="F0B232"/>
              </w:rPr>
              <w:t>Ev</w:t>
            </w:r>
            <w:r>
              <w:rPr>
                <w:color w:val="949BA4"/>
                <w:sz w:val="15"/>
              </w:rPr>
              <w:t xml:space="preserve">  10/05/2026 12:37 AM</w:t>
            </w:r>
          </w:p>
          <w:p w14:paraId="67F5D8C2" w14:textId="77777777" w:rsidR="00327BED" w:rsidRDefault="00000000">
            <w:pPr>
              <w:spacing w:after="8" w:line="245" w:lineRule="auto"/>
            </w:pPr>
            <w:r>
              <w:t>Send my message that lines up pretty well no</w:t>
            </w:r>
          </w:p>
          <w:p w14:paraId="5D897F37" w14:textId="77777777" w:rsidR="00327BED" w:rsidRDefault="00327BED">
            <w:pPr>
              <w:spacing w:line="84" w:lineRule="auto"/>
            </w:pPr>
          </w:p>
          <w:p w14:paraId="7EE23AAB" w14:textId="77777777" w:rsidR="00327BED" w:rsidRDefault="00000000">
            <w:pPr>
              <w:spacing w:before="10" w:after="8" w:line="245" w:lineRule="auto"/>
            </w:pPr>
            <w:r>
              <w:t>Tell me straight forward</w:t>
            </w:r>
          </w:p>
        </w:tc>
      </w:tr>
      <w:tr w:rsidR="00327BED" w14:paraId="33EE1B9B" w14:textId="77777777">
        <w:trPr>
          <w:cantSplit/>
          <w:jc w:val="center"/>
        </w:trPr>
        <w:tc>
          <w:tcPr>
            <w:tcW w:w="778" w:type="dxa"/>
            <w:shd w:val="clear" w:color="auto" w:fill="313338"/>
            <w:tcMar>
              <w:top w:w="55" w:type="dxa"/>
              <w:left w:w="10" w:type="dxa"/>
              <w:bottom w:w="30" w:type="dxa"/>
              <w:right w:w="25" w:type="dxa"/>
            </w:tcMar>
          </w:tcPr>
          <w:p w14:paraId="1B02F1FA" w14:textId="77777777" w:rsidR="00327BED" w:rsidRDefault="00000000">
            <w:r>
              <w:rPr>
                <w:noProof/>
              </w:rPr>
              <w:drawing>
                <wp:inline distT="0" distB="0" distL="0" distR="0" wp14:anchorId="35DCE806" wp14:editId="76BDFC8D">
                  <wp:extent cx="356616" cy="356616"/>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B09D14B" w14:textId="77777777" w:rsidR="00327BED" w:rsidRDefault="00000000">
            <w:pPr>
              <w:spacing w:after="24"/>
            </w:pPr>
            <w:r>
              <w:rPr>
                <w:b/>
              </w:rPr>
              <w:t>Aperation</w:t>
            </w:r>
            <w:r>
              <w:rPr>
                <w:color w:val="949BA4"/>
                <w:sz w:val="15"/>
              </w:rPr>
              <w:t xml:space="preserve">  10/05/2026 12:37 AM</w:t>
            </w:r>
          </w:p>
          <w:p w14:paraId="22AF2368" w14:textId="77777777" w:rsidR="00327BED" w:rsidRDefault="00000000">
            <w:pPr>
              <w:spacing w:after="8" w:line="245" w:lineRule="auto"/>
            </w:pPr>
            <w:r>
              <w:t>Holy fucking twin uzis she’s being a prick time for offense</w:t>
            </w:r>
          </w:p>
        </w:tc>
      </w:tr>
      <w:tr w:rsidR="00327BED" w14:paraId="14502444" w14:textId="77777777">
        <w:trPr>
          <w:cantSplit/>
          <w:jc w:val="center"/>
        </w:trPr>
        <w:tc>
          <w:tcPr>
            <w:tcW w:w="778" w:type="dxa"/>
            <w:shd w:val="clear" w:color="auto" w:fill="313338"/>
            <w:tcMar>
              <w:top w:w="55" w:type="dxa"/>
              <w:left w:w="10" w:type="dxa"/>
              <w:bottom w:w="30" w:type="dxa"/>
              <w:right w:w="25" w:type="dxa"/>
            </w:tcMar>
          </w:tcPr>
          <w:p w14:paraId="50A5E672" w14:textId="77777777" w:rsidR="00327BED" w:rsidRDefault="00000000">
            <w:r>
              <w:rPr>
                <w:noProof/>
              </w:rPr>
              <w:drawing>
                <wp:inline distT="0" distB="0" distL="0" distR="0" wp14:anchorId="718EAD46" wp14:editId="099A409B">
                  <wp:extent cx="356616" cy="356616"/>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karino.png"/>
                          <pic:cNvPicPr/>
                        </pic:nvPicPr>
                        <pic:blipFill>
                          <a:blip r:embed="rId6"/>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078674CA" w14:textId="77777777" w:rsidR="00327BED" w:rsidRDefault="00000000">
            <w:pPr>
              <w:spacing w:after="24"/>
            </w:pPr>
            <w:r>
              <w:rPr>
                <w:b/>
                <w:color w:val="58A6FF"/>
              </w:rPr>
              <w:t>oskarino [ADHC],</w:t>
            </w:r>
            <w:r>
              <w:rPr>
                <w:color w:val="949BA4"/>
                <w:sz w:val="15"/>
              </w:rPr>
              <w:t xml:space="preserve">  10/05/2026 12:37 AM</w:t>
            </w:r>
          </w:p>
          <w:p w14:paraId="4C3B26E6" w14:textId="77777777" w:rsidR="00327BED" w:rsidRDefault="00000000">
            <w:pPr>
              <w:spacing w:after="8" w:line="245" w:lineRule="auto"/>
            </w:pPr>
            <w:r>
              <w:t>and she’s still going</w:t>
            </w:r>
          </w:p>
        </w:tc>
      </w:tr>
      <w:tr w:rsidR="00327BED" w14:paraId="38564224" w14:textId="77777777">
        <w:trPr>
          <w:cantSplit/>
          <w:jc w:val="center"/>
        </w:trPr>
        <w:tc>
          <w:tcPr>
            <w:tcW w:w="778" w:type="dxa"/>
            <w:shd w:val="clear" w:color="auto" w:fill="313338"/>
            <w:tcMar>
              <w:top w:w="55" w:type="dxa"/>
              <w:left w:w="10" w:type="dxa"/>
              <w:bottom w:w="30" w:type="dxa"/>
              <w:right w:w="25" w:type="dxa"/>
            </w:tcMar>
          </w:tcPr>
          <w:p w14:paraId="618C0EF5" w14:textId="77777777" w:rsidR="00327BED" w:rsidRDefault="00000000">
            <w:r>
              <w:rPr>
                <w:noProof/>
              </w:rPr>
              <w:drawing>
                <wp:inline distT="0" distB="0" distL="0" distR="0" wp14:anchorId="7DAD3C9E" wp14:editId="79FB7015">
                  <wp:extent cx="356616" cy="356616"/>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526A711" w14:textId="77777777" w:rsidR="00327BED" w:rsidRDefault="00000000">
            <w:pPr>
              <w:spacing w:after="24"/>
            </w:pPr>
            <w:r>
              <w:rPr>
                <w:b/>
                <w:color w:val="F0B232"/>
              </w:rPr>
              <w:t>Ev</w:t>
            </w:r>
            <w:r>
              <w:rPr>
                <w:color w:val="949BA4"/>
                <w:sz w:val="15"/>
              </w:rPr>
              <w:t xml:space="preserve">  10/05/2026 12:37 AM</w:t>
            </w:r>
          </w:p>
          <w:p w14:paraId="46E41DC1" w14:textId="77777777" w:rsidR="00327BED" w:rsidRDefault="00000000">
            <w:pPr>
              <w:spacing w:after="8" w:line="245" w:lineRule="auto"/>
            </w:pPr>
            <w:r>
              <w:t>So we can progress this properly</w:t>
            </w:r>
          </w:p>
        </w:tc>
      </w:tr>
      <w:tr w:rsidR="00327BED" w14:paraId="239F13CE" w14:textId="77777777">
        <w:trPr>
          <w:cantSplit/>
          <w:jc w:val="center"/>
        </w:trPr>
        <w:tc>
          <w:tcPr>
            <w:tcW w:w="778" w:type="dxa"/>
            <w:shd w:val="clear" w:color="auto" w:fill="313338"/>
            <w:tcMar>
              <w:top w:w="55" w:type="dxa"/>
              <w:left w:w="10" w:type="dxa"/>
              <w:bottom w:w="30" w:type="dxa"/>
              <w:right w:w="25" w:type="dxa"/>
            </w:tcMar>
          </w:tcPr>
          <w:p w14:paraId="60342E6D" w14:textId="77777777" w:rsidR="00327BED" w:rsidRDefault="00000000">
            <w:r>
              <w:rPr>
                <w:noProof/>
              </w:rPr>
              <w:drawing>
                <wp:inline distT="0" distB="0" distL="0" distR="0" wp14:anchorId="3E07CB0B" wp14:editId="4C0530C0">
                  <wp:extent cx="356616" cy="356616"/>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CE5F326" w14:textId="77777777" w:rsidR="00327BED" w:rsidRDefault="00000000">
            <w:pPr>
              <w:spacing w:after="24"/>
            </w:pPr>
            <w:r>
              <w:rPr>
                <w:b/>
              </w:rPr>
              <w:t>Aperation</w:t>
            </w:r>
            <w:r>
              <w:rPr>
                <w:color w:val="949BA4"/>
                <w:sz w:val="15"/>
              </w:rPr>
              <w:t xml:space="preserve">  10/05/2026 12:37 AM</w:t>
            </w:r>
          </w:p>
          <w:p w14:paraId="2CADD3B2" w14:textId="77777777" w:rsidR="00327BED" w:rsidRDefault="00000000">
            <w:pPr>
              <w:spacing w:after="8" w:line="245" w:lineRule="auto"/>
            </w:pPr>
            <w:r>
              <w:t>In total agreement with Evan even as defensive coordinator</w:t>
            </w:r>
          </w:p>
        </w:tc>
      </w:tr>
      <w:tr w:rsidR="00327BED" w14:paraId="67B6CC72" w14:textId="77777777">
        <w:trPr>
          <w:cantSplit/>
          <w:jc w:val="center"/>
        </w:trPr>
        <w:tc>
          <w:tcPr>
            <w:tcW w:w="778" w:type="dxa"/>
            <w:shd w:val="clear" w:color="auto" w:fill="313338"/>
            <w:tcMar>
              <w:top w:w="55" w:type="dxa"/>
              <w:left w:w="10" w:type="dxa"/>
              <w:bottom w:w="30" w:type="dxa"/>
              <w:right w:w="25" w:type="dxa"/>
            </w:tcMar>
          </w:tcPr>
          <w:p w14:paraId="28C78BE5" w14:textId="77777777" w:rsidR="00327BED" w:rsidRDefault="00000000">
            <w:r>
              <w:rPr>
                <w:noProof/>
              </w:rPr>
              <w:drawing>
                <wp:inline distT="0" distB="0" distL="0" distR="0" wp14:anchorId="7E2C01B9" wp14:editId="794B1D73">
                  <wp:extent cx="356616" cy="356616"/>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karino.png"/>
                          <pic:cNvPicPr/>
                        </pic:nvPicPr>
                        <pic:blipFill>
                          <a:blip r:embed="rId6"/>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0A4EA3AA" w14:textId="77777777" w:rsidR="00327BED" w:rsidRDefault="00000000">
            <w:pPr>
              <w:spacing w:after="24"/>
            </w:pPr>
            <w:r>
              <w:rPr>
                <w:b/>
                <w:color w:val="58A6FF"/>
              </w:rPr>
              <w:t>oskarino [ADHC],</w:t>
            </w:r>
            <w:r>
              <w:rPr>
                <w:color w:val="949BA4"/>
                <w:sz w:val="15"/>
              </w:rPr>
              <w:t xml:space="preserve">  10/05/2026 12:37 AM</w:t>
            </w:r>
          </w:p>
          <w:p w14:paraId="05E97193" w14:textId="77777777" w:rsidR="00327BED" w:rsidRDefault="00000000">
            <w:pPr>
              <w:spacing w:after="8" w:line="245" w:lineRule="auto"/>
            </w:pPr>
            <w:r>
              <w:t>this one?</w:t>
            </w:r>
          </w:p>
        </w:tc>
      </w:tr>
      <w:tr w:rsidR="00327BED" w14:paraId="6FF215A4" w14:textId="77777777">
        <w:trPr>
          <w:cantSplit/>
          <w:jc w:val="center"/>
        </w:trPr>
        <w:tc>
          <w:tcPr>
            <w:tcW w:w="778" w:type="dxa"/>
            <w:shd w:val="clear" w:color="auto" w:fill="313338"/>
            <w:tcMar>
              <w:top w:w="55" w:type="dxa"/>
              <w:left w:w="10" w:type="dxa"/>
              <w:bottom w:w="30" w:type="dxa"/>
              <w:right w:w="25" w:type="dxa"/>
            </w:tcMar>
          </w:tcPr>
          <w:p w14:paraId="6ACE2C85" w14:textId="77777777" w:rsidR="00327BED" w:rsidRDefault="00000000">
            <w:r>
              <w:rPr>
                <w:noProof/>
              </w:rPr>
              <w:drawing>
                <wp:inline distT="0" distB="0" distL="0" distR="0" wp14:anchorId="51B5BFBC" wp14:editId="44896BFC">
                  <wp:extent cx="356616" cy="356616"/>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028ED4DE" w14:textId="77777777" w:rsidR="00327BED" w:rsidRDefault="00000000">
            <w:pPr>
              <w:spacing w:after="24"/>
            </w:pPr>
            <w:r>
              <w:rPr>
                <w:b/>
                <w:color w:val="F0B232"/>
              </w:rPr>
              <w:t>Ev</w:t>
            </w:r>
            <w:r>
              <w:rPr>
                <w:color w:val="949BA4"/>
                <w:sz w:val="15"/>
              </w:rPr>
              <w:t xml:space="preserve">  10/05/2026 12:38 AM</w:t>
            </w:r>
          </w:p>
          <w:p w14:paraId="3C890784" w14:textId="77777777" w:rsidR="00327BED" w:rsidRDefault="00000000">
            <w:pPr>
              <w:spacing w:after="8" w:line="245" w:lineRule="auto"/>
            </w:pPr>
            <w:r>
              <w:t>Yeah</w:t>
            </w:r>
          </w:p>
        </w:tc>
      </w:tr>
      <w:tr w:rsidR="00327BED" w14:paraId="7050C6A8" w14:textId="77777777">
        <w:trPr>
          <w:cantSplit/>
          <w:jc w:val="center"/>
        </w:trPr>
        <w:tc>
          <w:tcPr>
            <w:tcW w:w="778" w:type="dxa"/>
            <w:shd w:val="clear" w:color="auto" w:fill="313338"/>
            <w:tcMar>
              <w:top w:w="55" w:type="dxa"/>
              <w:left w:w="10" w:type="dxa"/>
              <w:bottom w:w="30" w:type="dxa"/>
              <w:right w:w="25" w:type="dxa"/>
            </w:tcMar>
          </w:tcPr>
          <w:p w14:paraId="35351862" w14:textId="77777777" w:rsidR="00327BED" w:rsidRDefault="00000000">
            <w:r>
              <w:rPr>
                <w:noProof/>
              </w:rPr>
              <w:drawing>
                <wp:inline distT="0" distB="0" distL="0" distR="0" wp14:anchorId="67007078" wp14:editId="16E7A834">
                  <wp:extent cx="356616" cy="356616"/>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0F53F58" w14:textId="77777777" w:rsidR="00327BED" w:rsidRDefault="00000000">
            <w:pPr>
              <w:spacing w:after="24"/>
            </w:pPr>
            <w:r>
              <w:rPr>
                <w:b/>
              </w:rPr>
              <w:t>Aperation</w:t>
            </w:r>
            <w:r>
              <w:rPr>
                <w:color w:val="949BA4"/>
                <w:sz w:val="15"/>
              </w:rPr>
              <w:t xml:space="preserve">  10/05/2026 12:38 AM</w:t>
            </w:r>
          </w:p>
          <w:p w14:paraId="6B8BE157" w14:textId="77777777" w:rsidR="00327BED" w:rsidRDefault="00000000">
            <w:pPr>
              <w:spacing w:after="8" w:line="245" w:lineRule="auto"/>
            </w:pPr>
            <w:r>
              <w:t>Yes but add more</w:t>
            </w:r>
          </w:p>
        </w:tc>
      </w:tr>
      <w:tr w:rsidR="00327BED" w14:paraId="5BA73C6D" w14:textId="77777777">
        <w:trPr>
          <w:cantSplit/>
          <w:jc w:val="center"/>
        </w:trPr>
        <w:tc>
          <w:tcPr>
            <w:tcW w:w="778" w:type="dxa"/>
            <w:shd w:val="clear" w:color="auto" w:fill="313338"/>
            <w:tcMar>
              <w:top w:w="55" w:type="dxa"/>
              <w:left w:w="10" w:type="dxa"/>
              <w:bottom w:w="30" w:type="dxa"/>
              <w:right w:w="25" w:type="dxa"/>
            </w:tcMar>
          </w:tcPr>
          <w:p w14:paraId="65E20534" w14:textId="77777777" w:rsidR="00327BED" w:rsidRDefault="00000000">
            <w:r>
              <w:rPr>
                <w:noProof/>
              </w:rPr>
              <w:drawing>
                <wp:inline distT="0" distB="0" distL="0" distR="0" wp14:anchorId="502C88FD" wp14:editId="5790314B">
                  <wp:extent cx="356616" cy="356616"/>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2AEE8491" w14:textId="77777777" w:rsidR="00327BED" w:rsidRDefault="00000000">
            <w:pPr>
              <w:spacing w:after="24"/>
            </w:pPr>
            <w:r>
              <w:rPr>
                <w:b/>
                <w:color w:val="F0B232"/>
              </w:rPr>
              <w:t>Ev</w:t>
            </w:r>
            <w:r>
              <w:rPr>
                <w:color w:val="949BA4"/>
                <w:sz w:val="15"/>
              </w:rPr>
              <w:t xml:space="preserve">  10/05/2026 12:38 AM</w:t>
            </w:r>
          </w:p>
          <w:p w14:paraId="1B607F00" w14:textId="77777777" w:rsidR="00327BED" w:rsidRDefault="00000000">
            <w:pPr>
              <w:spacing w:after="8" w:line="245" w:lineRule="auto"/>
            </w:pPr>
            <w:r>
              <w:t>Ob</w:t>
            </w:r>
          </w:p>
          <w:p w14:paraId="5FF4F20C" w14:textId="77777777" w:rsidR="00327BED" w:rsidRDefault="00327BED">
            <w:pPr>
              <w:spacing w:line="84" w:lineRule="auto"/>
            </w:pPr>
          </w:p>
          <w:p w14:paraId="52F6A866" w14:textId="77777777" w:rsidR="00327BED" w:rsidRDefault="00000000">
            <w:pPr>
              <w:spacing w:before="10" w:after="8" w:line="245" w:lineRule="auto"/>
            </w:pPr>
            <w:r>
              <w:t>Oh*</w:t>
            </w:r>
          </w:p>
        </w:tc>
      </w:tr>
      <w:tr w:rsidR="00327BED" w14:paraId="0C355327" w14:textId="77777777">
        <w:trPr>
          <w:cantSplit/>
          <w:jc w:val="center"/>
        </w:trPr>
        <w:tc>
          <w:tcPr>
            <w:tcW w:w="778" w:type="dxa"/>
            <w:shd w:val="clear" w:color="auto" w:fill="313338"/>
            <w:tcMar>
              <w:top w:w="55" w:type="dxa"/>
              <w:left w:w="10" w:type="dxa"/>
              <w:bottom w:w="30" w:type="dxa"/>
              <w:right w:w="25" w:type="dxa"/>
            </w:tcMar>
          </w:tcPr>
          <w:p w14:paraId="39C6069A" w14:textId="77777777" w:rsidR="00327BED" w:rsidRDefault="00000000">
            <w:r>
              <w:rPr>
                <w:noProof/>
              </w:rPr>
              <w:drawing>
                <wp:inline distT="0" distB="0" distL="0" distR="0" wp14:anchorId="51BFECDA" wp14:editId="4AEE4288">
                  <wp:extent cx="356616" cy="356616"/>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karino.png"/>
                          <pic:cNvPicPr/>
                        </pic:nvPicPr>
                        <pic:blipFill>
                          <a:blip r:embed="rId6"/>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7CF81616" w14:textId="77777777" w:rsidR="00327BED" w:rsidRDefault="00000000">
            <w:pPr>
              <w:spacing w:after="24"/>
            </w:pPr>
            <w:r>
              <w:rPr>
                <w:b/>
                <w:color w:val="58A6FF"/>
              </w:rPr>
              <w:t>oskarino [ADHC],</w:t>
            </w:r>
            <w:r>
              <w:rPr>
                <w:color w:val="949BA4"/>
                <w:sz w:val="15"/>
              </w:rPr>
              <w:t xml:space="preserve">  10/05/2026 12:38 AM</w:t>
            </w:r>
          </w:p>
          <w:p w14:paraId="54744985" w14:textId="77777777" w:rsidR="00327BED" w:rsidRDefault="00000000">
            <w:pPr>
              <w:spacing w:after="8" w:line="245" w:lineRule="auto"/>
            </w:pPr>
            <w:r>
              <w:t>she wrote a lot lemme digest this</w:t>
            </w:r>
          </w:p>
        </w:tc>
      </w:tr>
      <w:tr w:rsidR="00327BED" w14:paraId="2505DD0E" w14:textId="77777777">
        <w:trPr>
          <w:cantSplit/>
          <w:jc w:val="center"/>
        </w:trPr>
        <w:tc>
          <w:tcPr>
            <w:tcW w:w="778" w:type="dxa"/>
            <w:shd w:val="clear" w:color="auto" w:fill="313338"/>
            <w:tcMar>
              <w:top w:w="55" w:type="dxa"/>
              <w:left w:w="10" w:type="dxa"/>
              <w:bottom w:w="30" w:type="dxa"/>
              <w:right w:w="25" w:type="dxa"/>
            </w:tcMar>
          </w:tcPr>
          <w:p w14:paraId="74C3BEDB" w14:textId="77777777" w:rsidR="00327BED" w:rsidRDefault="00000000">
            <w:r>
              <w:rPr>
                <w:noProof/>
              </w:rPr>
              <w:drawing>
                <wp:inline distT="0" distB="0" distL="0" distR="0" wp14:anchorId="317B455B" wp14:editId="612087C0">
                  <wp:extent cx="356616" cy="356616"/>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47DC089" w14:textId="77777777" w:rsidR="00327BED" w:rsidRDefault="00000000">
            <w:pPr>
              <w:spacing w:after="24"/>
            </w:pPr>
            <w:r>
              <w:rPr>
                <w:b/>
              </w:rPr>
              <w:t>Aperation</w:t>
            </w:r>
            <w:r>
              <w:rPr>
                <w:color w:val="949BA4"/>
                <w:sz w:val="15"/>
              </w:rPr>
              <w:t xml:space="preserve">  10/05/2026 12:38 AM</w:t>
            </w:r>
          </w:p>
          <w:p w14:paraId="37500DAE" w14:textId="77777777" w:rsidR="00327BED" w:rsidRDefault="00000000">
            <w:pPr>
              <w:spacing w:after="8" w:line="245" w:lineRule="auto"/>
            </w:pPr>
            <w:r>
              <w:t>Something like Anya you tell me to listen and won’t even tell me what I’ve done it’s not exactly fair</w:t>
            </w:r>
          </w:p>
          <w:p w14:paraId="152991BF" w14:textId="77777777" w:rsidR="00327BED" w:rsidRDefault="00327BED">
            <w:pPr>
              <w:spacing w:line="84" w:lineRule="auto"/>
            </w:pPr>
          </w:p>
          <w:p w14:paraId="76C91570" w14:textId="77777777" w:rsidR="00327BED" w:rsidRDefault="00000000">
            <w:pPr>
              <w:spacing w:before="10" w:after="8" w:line="245" w:lineRule="auto"/>
            </w:pPr>
            <w:r>
              <w:t>Something like that</w:t>
            </w:r>
          </w:p>
          <w:p w14:paraId="1B486DB7" w14:textId="77777777" w:rsidR="00327BED" w:rsidRDefault="00327BED">
            <w:pPr>
              <w:spacing w:line="84" w:lineRule="auto"/>
            </w:pPr>
          </w:p>
          <w:p w14:paraId="44A5BB0E" w14:textId="77777777" w:rsidR="00327BED" w:rsidRDefault="00000000">
            <w:pPr>
              <w:spacing w:before="10" w:after="8" w:line="245" w:lineRule="auto"/>
            </w:pPr>
            <w:r>
              <w:t>Okok you update and then we will make something</w:t>
            </w:r>
          </w:p>
        </w:tc>
      </w:tr>
      <w:tr w:rsidR="00327BED" w14:paraId="75516D46" w14:textId="77777777">
        <w:trPr>
          <w:cantSplit/>
          <w:jc w:val="center"/>
        </w:trPr>
        <w:tc>
          <w:tcPr>
            <w:tcW w:w="778" w:type="dxa"/>
            <w:shd w:val="clear" w:color="auto" w:fill="313338"/>
            <w:tcMar>
              <w:top w:w="55" w:type="dxa"/>
              <w:left w:w="10" w:type="dxa"/>
              <w:bottom w:w="30" w:type="dxa"/>
              <w:right w:w="25" w:type="dxa"/>
            </w:tcMar>
          </w:tcPr>
          <w:p w14:paraId="6CFE3B2C" w14:textId="77777777" w:rsidR="00327BED" w:rsidRDefault="00000000">
            <w:r>
              <w:rPr>
                <w:noProof/>
              </w:rPr>
              <w:drawing>
                <wp:inline distT="0" distB="0" distL="0" distR="0" wp14:anchorId="3804CCD5" wp14:editId="2B32D96D">
                  <wp:extent cx="356616" cy="356616"/>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7031060F" w14:textId="77777777" w:rsidR="00327BED" w:rsidRDefault="00000000">
            <w:pPr>
              <w:spacing w:after="24"/>
            </w:pPr>
            <w:r>
              <w:rPr>
                <w:b/>
                <w:color w:val="F0B232"/>
              </w:rPr>
              <w:t>Ev</w:t>
            </w:r>
            <w:r>
              <w:rPr>
                <w:color w:val="949BA4"/>
                <w:sz w:val="15"/>
              </w:rPr>
              <w:t xml:space="preserve">  10/05/2026 12:38 AM</w:t>
            </w:r>
          </w:p>
          <w:p w14:paraId="23C2700D" w14:textId="77777777" w:rsidR="00327BED" w:rsidRDefault="00000000">
            <w:pPr>
              <w:spacing w:after="8" w:line="245" w:lineRule="auto"/>
            </w:pPr>
            <w:r>
              <w:t>Yeah</w:t>
            </w:r>
          </w:p>
        </w:tc>
      </w:tr>
      <w:tr w:rsidR="00327BED" w14:paraId="22129552" w14:textId="77777777">
        <w:trPr>
          <w:cantSplit/>
          <w:jc w:val="center"/>
        </w:trPr>
        <w:tc>
          <w:tcPr>
            <w:tcW w:w="778" w:type="dxa"/>
            <w:shd w:val="clear" w:color="auto" w:fill="313338"/>
            <w:tcMar>
              <w:top w:w="55" w:type="dxa"/>
              <w:left w:w="10" w:type="dxa"/>
              <w:bottom w:w="30" w:type="dxa"/>
              <w:right w:w="25" w:type="dxa"/>
            </w:tcMar>
          </w:tcPr>
          <w:p w14:paraId="4FDA0C5E" w14:textId="77777777" w:rsidR="00327BED" w:rsidRDefault="00000000">
            <w:r>
              <w:rPr>
                <w:noProof/>
              </w:rPr>
              <w:drawing>
                <wp:inline distT="0" distB="0" distL="0" distR="0" wp14:anchorId="58CC0077" wp14:editId="253AB537">
                  <wp:extent cx="356616" cy="356616"/>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karino.png"/>
                          <pic:cNvPicPr/>
                        </pic:nvPicPr>
                        <pic:blipFill>
                          <a:blip r:embed="rId6"/>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7B194863" w14:textId="77777777" w:rsidR="00327BED" w:rsidRDefault="00000000">
            <w:pPr>
              <w:spacing w:after="24"/>
            </w:pPr>
            <w:r>
              <w:rPr>
                <w:b/>
                <w:color w:val="58A6FF"/>
              </w:rPr>
              <w:t>oskarino [ADHC],</w:t>
            </w:r>
            <w:r>
              <w:rPr>
                <w:color w:val="949BA4"/>
                <w:sz w:val="15"/>
              </w:rPr>
              <w:t xml:space="preserve">  10/05/2026 12:39 AM</w:t>
            </w:r>
          </w:p>
          <w:p w14:paraId="13FB00CB" w14:textId="77777777" w:rsidR="00327BED" w:rsidRDefault="00000000">
            <w:pPr>
              <w:spacing w:after="8" w:line="245" w:lineRule="auto"/>
            </w:pPr>
            <w:r>
              <w:t>“i’m not trying to be the overly jealous girlfriend … im only bringing this up because i know you would if i did it … suit yourself it’s fine you never listen … everytime we do this you never listen idk why i try “</w:t>
            </w:r>
          </w:p>
          <w:p w14:paraId="1F5A24EB" w14:textId="77777777" w:rsidR="00327BED" w:rsidRDefault="00327BED">
            <w:pPr>
              <w:spacing w:line="84" w:lineRule="auto"/>
            </w:pPr>
          </w:p>
          <w:p w14:paraId="6047158C" w14:textId="77777777" w:rsidR="00327BED" w:rsidRDefault="00000000">
            <w:pPr>
              <w:spacing w:before="10" w:after="8" w:line="245" w:lineRule="auto"/>
            </w:pPr>
            <w:r>
              <w:t>that’s the main points really</w:t>
            </w:r>
          </w:p>
        </w:tc>
      </w:tr>
      <w:tr w:rsidR="00327BED" w14:paraId="51DB32D8" w14:textId="77777777">
        <w:trPr>
          <w:cantSplit/>
          <w:jc w:val="center"/>
        </w:trPr>
        <w:tc>
          <w:tcPr>
            <w:tcW w:w="778" w:type="dxa"/>
            <w:shd w:val="clear" w:color="auto" w:fill="313338"/>
            <w:tcMar>
              <w:top w:w="55" w:type="dxa"/>
              <w:left w:w="10" w:type="dxa"/>
              <w:bottom w:w="30" w:type="dxa"/>
              <w:right w:w="25" w:type="dxa"/>
            </w:tcMar>
          </w:tcPr>
          <w:p w14:paraId="3DF72F20" w14:textId="77777777" w:rsidR="00327BED" w:rsidRDefault="00000000">
            <w:r>
              <w:rPr>
                <w:noProof/>
              </w:rPr>
              <w:drawing>
                <wp:inline distT="0" distB="0" distL="0" distR="0" wp14:anchorId="5846CC9B" wp14:editId="2F24370B">
                  <wp:extent cx="356616" cy="356616"/>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ED7AB47" w14:textId="77777777" w:rsidR="00327BED" w:rsidRDefault="00000000">
            <w:pPr>
              <w:spacing w:after="24"/>
            </w:pPr>
            <w:r>
              <w:rPr>
                <w:b/>
                <w:color w:val="F0B232"/>
              </w:rPr>
              <w:t>Ev</w:t>
            </w:r>
            <w:r>
              <w:rPr>
                <w:color w:val="949BA4"/>
                <w:sz w:val="15"/>
              </w:rPr>
              <w:t xml:space="preserve">  10/05/2026 12:40 AM</w:t>
            </w:r>
          </w:p>
          <w:p w14:paraId="42D295AA" w14:textId="77777777" w:rsidR="00327BED" w:rsidRDefault="00000000">
            <w:pPr>
              <w:spacing w:after="8" w:line="245" w:lineRule="auto"/>
            </w:pPr>
            <w:r>
              <w:t>Peter's message</w:t>
            </w:r>
          </w:p>
          <w:p w14:paraId="23C4708E" w14:textId="77777777" w:rsidR="00327BED" w:rsidRDefault="00327BED">
            <w:pPr>
              <w:spacing w:line="84" w:lineRule="auto"/>
            </w:pPr>
          </w:p>
          <w:p w14:paraId="421EAA3D" w14:textId="77777777" w:rsidR="00327BED" w:rsidRDefault="00000000">
            <w:pPr>
              <w:spacing w:before="10" w:after="8" w:line="245" w:lineRule="auto"/>
            </w:pPr>
            <w:r>
              <w:t>Send</w:t>
            </w:r>
          </w:p>
          <w:p w14:paraId="2D75B7E9" w14:textId="77777777" w:rsidR="00327BED" w:rsidRDefault="00327BED">
            <w:pPr>
              <w:spacing w:line="84" w:lineRule="auto"/>
            </w:pPr>
          </w:p>
          <w:p w14:paraId="181D1FA4" w14:textId="77777777" w:rsidR="00327BED" w:rsidRDefault="00000000">
            <w:pPr>
              <w:spacing w:before="10" w:after="8" w:line="245" w:lineRule="auto"/>
            </w:pPr>
            <w:r>
              <w:t>Fling that ho</w:t>
            </w:r>
          </w:p>
          <w:p w14:paraId="3053A0AF" w14:textId="77777777" w:rsidR="00327BED" w:rsidRDefault="00327BED">
            <w:pPr>
              <w:spacing w:line="84" w:lineRule="auto"/>
            </w:pPr>
          </w:p>
          <w:p w14:paraId="134825B4" w14:textId="77777777" w:rsidR="00327BED" w:rsidRDefault="00000000">
            <w:pPr>
              <w:spacing w:before="10" w:after="8" w:line="245" w:lineRule="auto"/>
            </w:pPr>
            <w:r>
              <w:t>How can I listen if you don't tell me exactly what's going on</w:t>
            </w:r>
          </w:p>
        </w:tc>
      </w:tr>
      <w:tr w:rsidR="00327BED" w14:paraId="3AD59E9D" w14:textId="77777777">
        <w:trPr>
          <w:cantSplit/>
          <w:jc w:val="center"/>
        </w:trPr>
        <w:tc>
          <w:tcPr>
            <w:tcW w:w="778" w:type="dxa"/>
            <w:shd w:val="clear" w:color="auto" w:fill="313338"/>
            <w:tcMar>
              <w:top w:w="55" w:type="dxa"/>
              <w:left w:w="10" w:type="dxa"/>
              <w:bottom w:w="30" w:type="dxa"/>
              <w:right w:w="25" w:type="dxa"/>
            </w:tcMar>
          </w:tcPr>
          <w:p w14:paraId="613A7B1B" w14:textId="77777777" w:rsidR="00327BED" w:rsidRDefault="00000000">
            <w:r>
              <w:rPr>
                <w:noProof/>
              </w:rPr>
              <w:drawing>
                <wp:inline distT="0" distB="0" distL="0" distR="0" wp14:anchorId="1B606795" wp14:editId="5C7276A6">
                  <wp:extent cx="356616" cy="356616"/>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B91B791" w14:textId="77777777" w:rsidR="00327BED" w:rsidRDefault="00000000">
            <w:pPr>
              <w:spacing w:after="24"/>
            </w:pPr>
            <w:r>
              <w:rPr>
                <w:b/>
              </w:rPr>
              <w:t>Aperation</w:t>
            </w:r>
            <w:r>
              <w:rPr>
                <w:color w:val="949BA4"/>
                <w:sz w:val="15"/>
              </w:rPr>
              <w:t xml:space="preserve">  10/05/2026 12:40 AM</w:t>
            </w:r>
          </w:p>
          <w:p w14:paraId="403BF9B6" w14:textId="77777777" w:rsidR="00327BED" w:rsidRDefault="00000000">
            <w:pPr>
              <w:spacing w:after="8" w:line="245" w:lineRule="auto"/>
            </w:pPr>
            <w:r>
              <w:t>Holy fucking shit</w:t>
            </w:r>
          </w:p>
          <w:p w14:paraId="57E79242" w14:textId="77777777" w:rsidR="00327BED" w:rsidRDefault="00327BED">
            <w:pPr>
              <w:spacing w:line="84" w:lineRule="auto"/>
            </w:pPr>
          </w:p>
          <w:p w14:paraId="69E2D154" w14:textId="77777777" w:rsidR="00327BED" w:rsidRDefault="00000000">
            <w:pPr>
              <w:spacing w:before="10" w:after="8" w:line="245" w:lineRule="auto"/>
            </w:pPr>
            <w:r>
              <w:t>Oskar</w:t>
            </w:r>
          </w:p>
          <w:p w14:paraId="3D857E2C" w14:textId="77777777" w:rsidR="00327BED" w:rsidRDefault="00327BED">
            <w:pPr>
              <w:spacing w:line="84" w:lineRule="auto"/>
            </w:pPr>
          </w:p>
          <w:p w14:paraId="45464516" w14:textId="77777777" w:rsidR="00327BED" w:rsidRDefault="00000000">
            <w:pPr>
              <w:spacing w:before="10" w:after="8" w:line="245" w:lineRule="auto"/>
            </w:pPr>
            <w:r>
              <w:t>Fling our ace</w:t>
            </w:r>
          </w:p>
          <w:p w14:paraId="33D5346F" w14:textId="77777777" w:rsidR="00327BED" w:rsidRDefault="00327BED">
            <w:pPr>
              <w:spacing w:line="84" w:lineRule="auto"/>
            </w:pPr>
          </w:p>
          <w:p w14:paraId="15495F31" w14:textId="77777777" w:rsidR="00327BED" w:rsidRDefault="00000000">
            <w:pPr>
              <w:spacing w:before="10" w:after="8" w:line="245" w:lineRule="auto"/>
            </w:pPr>
            <w:r>
              <w:t>How can she sit there and say she’s bringing it up because you would</w:t>
            </w:r>
          </w:p>
        </w:tc>
      </w:tr>
      <w:tr w:rsidR="00327BED" w14:paraId="4E436E1A" w14:textId="77777777">
        <w:trPr>
          <w:cantSplit/>
          <w:jc w:val="center"/>
        </w:trPr>
        <w:tc>
          <w:tcPr>
            <w:tcW w:w="778" w:type="dxa"/>
            <w:shd w:val="clear" w:color="auto" w:fill="313338"/>
            <w:tcMar>
              <w:top w:w="55" w:type="dxa"/>
              <w:left w:w="10" w:type="dxa"/>
              <w:bottom w:w="30" w:type="dxa"/>
              <w:right w:w="25" w:type="dxa"/>
            </w:tcMar>
          </w:tcPr>
          <w:p w14:paraId="3032AF46" w14:textId="77777777" w:rsidR="00327BED" w:rsidRDefault="00000000">
            <w:r>
              <w:rPr>
                <w:noProof/>
              </w:rPr>
              <w:drawing>
                <wp:inline distT="0" distB="0" distL="0" distR="0" wp14:anchorId="2E3EAF00" wp14:editId="35CC4DAB">
                  <wp:extent cx="356616" cy="356616"/>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237AD9C9" w14:textId="77777777" w:rsidR="00327BED" w:rsidRDefault="00000000">
            <w:pPr>
              <w:spacing w:after="24"/>
            </w:pPr>
            <w:r>
              <w:rPr>
                <w:b/>
                <w:color w:val="F0B232"/>
              </w:rPr>
              <w:t>Ev</w:t>
            </w:r>
            <w:r>
              <w:rPr>
                <w:color w:val="949BA4"/>
                <w:sz w:val="15"/>
              </w:rPr>
              <w:t xml:space="preserve">  10/05/2026 12:41 AM</w:t>
            </w:r>
          </w:p>
          <w:p w14:paraId="3B01C731" w14:textId="77777777" w:rsidR="00327BED" w:rsidRDefault="00000000">
            <w:pPr>
              <w:spacing w:after="8" w:line="245" w:lineRule="auto"/>
            </w:pPr>
            <w:r>
              <w:t>I'm taking forever to respond because I'm busy raking my brain to think of what I've done when you could just tell me</w:t>
            </w:r>
          </w:p>
        </w:tc>
      </w:tr>
      <w:tr w:rsidR="00327BED" w14:paraId="6D2FD700" w14:textId="77777777">
        <w:trPr>
          <w:cantSplit/>
          <w:jc w:val="center"/>
        </w:trPr>
        <w:tc>
          <w:tcPr>
            <w:tcW w:w="778" w:type="dxa"/>
            <w:shd w:val="clear" w:color="auto" w:fill="313338"/>
            <w:tcMar>
              <w:top w:w="55" w:type="dxa"/>
              <w:left w:w="10" w:type="dxa"/>
              <w:bottom w:w="30" w:type="dxa"/>
              <w:right w:w="25" w:type="dxa"/>
            </w:tcMar>
          </w:tcPr>
          <w:p w14:paraId="0BE3CA58" w14:textId="77777777" w:rsidR="00327BED" w:rsidRDefault="00000000">
            <w:r>
              <w:rPr>
                <w:noProof/>
              </w:rPr>
              <w:lastRenderedPageBreak/>
              <w:drawing>
                <wp:inline distT="0" distB="0" distL="0" distR="0" wp14:anchorId="79CC7B93" wp14:editId="34ADAA2B">
                  <wp:extent cx="356616" cy="356616"/>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3CD63EDA" w14:textId="77777777" w:rsidR="00327BED" w:rsidRDefault="00000000">
            <w:pPr>
              <w:spacing w:after="24"/>
            </w:pPr>
            <w:r>
              <w:rPr>
                <w:b/>
              </w:rPr>
              <w:t>Aperation</w:t>
            </w:r>
            <w:r>
              <w:rPr>
                <w:color w:val="949BA4"/>
                <w:sz w:val="15"/>
              </w:rPr>
              <w:t xml:space="preserve">  10/05/2026 12:41 AM</w:t>
            </w:r>
          </w:p>
          <w:p w14:paraId="02360378" w14:textId="77777777" w:rsidR="00327BED" w:rsidRDefault="00000000">
            <w:pPr>
              <w:spacing w:after="8" w:line="245" w:lineRule="auto"/>
            </w:pPr>
            <w:r>
              <w:t>When I don’t crash out when you add someone you instagram for a shot</w:t>
            </w:r>
          </w:p>
        </w:tc>
      </w:tr>
      <w:tr w:rsidR="00327BED" w14:paraId="7EFBC91B" w14:textId="77777777">
        <w:trPr>
          <w:cantSplit/>
          <w:jc w:val="center"/>
        </w:trPr>
        <w:tc>
          <w:tcPr>
            <w:tcW w:w="778" w:type="dxa"/>
            <w:shd w:val="clear" w:color="auto" w:fill="313338"/>
            <w:tcMar>
              <w:top w:w="55" w:type="dxa"/>
              <w:left w:w="10" w:type="dxa"/>
              <w:bottom w:w="30" w:type="dxa"/>
              <w:right w:w="25" w:type="dxa"/>
            </w:tcMar>
          </w:tcPr>
          <w:p w14:paraId="5F5814FC" w14:textId="77777777" w:rsidR="00327BED" w:rsidRDefault="00000000">
            <w:r>
              <w:rPr>
                <w:noProof/>
              </w:rPr>
              <w:drawing>
                <wp:inline distT="0" distB="0" distL="0" distR="0" wp14:anchorId="0565FF87" wp14:editId="35089198">
                  <wp:extent cx="356616" cy="356616"/>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129ED60" w14:textId="77777777" w:rsidR="00327BED" w:rsidRDefault="00000000">
            <w:pPr>
              <w:spacing w:after="24"/>
            </w:pPr>
            <w:r>
              <w:rPr>
                <w:b/>
                <w:color w:val="F0B232"/>
              </w:rPr>
              <w:t>Ev</w:t>
            </w:r>
            <w:r>
              <w:rPr>
                <w:color w:val="949BA4"/>
                <w:sz w:val="15"/>
              </w:rPr>
              <w:t xml:space="preserve">  10/05/2026 12:41 AM</w:t>
            </w:r>
          </w:p>
          <w:p w14:paraId="50844FF2" w14:textId="77777777" w:rsidR="00327BED" w:rsidRDefault="00000000">
            <w:pPr>
              <w:spacing w:after="8" w:line="245" w:lineRule="auto"/>
            </w:pPr>
            <w:r>
              <w:t>Ooo let's save that idk</w:t>
            </w:r>
          </w:p>
        </w:tc>
      </w:tr>
      <w:tr w:rsidR="00327BED" w14:paraId="7BA0B0D9" w14:textId="77777777">
        <w:trPr>
          <w:cantSplit/>
          <w:jc w:val="center"/>
        </w:trPr>
        <w:tc>
          <w:tcPr>
            <w:tcW w:w="778" w:type="dxa"/>
            <w:shd w:val="clear" w:color="auto" w:fill="313338"/>
            <w:tcMar>
              <w:top w:w="55" w:type="dxa"/>
              <w:left w:w="10" w:type="dxa"/>
              <w:bottom w:w="30" w:type="dxa"/>
              <w:right w:w="25" w:type="dxa"/>
            </w:tcMar>
          </w:tcPr>
          <w:p w14:paraId="1C5F1AFB" w14:textId="77777777" w:rsidR="00327BED" w:rsidRDefault="00000000">
            <w:r>
              <w:rPr>
                <w:noProof/>
              </w:rPr>
              <w:drawing>
                <wp:inline distT="0" distB="0" distL="0" distR="0" wp14:anchorId="24C64CDC" wp14:editId="667F6930">
                  <wp:extent cx="356616" cy="356616"/>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079AC091" w14:textId="77777777" w:rsidR="00327BED" w:rsidRDefault="00000000">
            <w:pPr>
              <w:spacing w:after="24"/>
            </w:pPr>
            <w:r>
              <w:rPr>
                <w:b/>
              </w:rPr>
              <w:t>Aperation</w:t>
            </w:r>
            <w:r>
              <w:rPr>
                <w:color w:val="949BA4"/>
                <w:sz w:val="15"/>
              </w:rPr>
              <w:t xml:space="preserve">  10/05/2026 12:41 AM</w:t>
            </w:r>
          </w:p>
          <w:p w14:paraId="56DA22B0" w14:textId="77777777" w:rsidR="00327BED" w:rsidRDefault="00000000">
            <w:pPr>
              <w:spacing w:after="8" w:line="245" w:lineRule="auto"/>
            </w:pPr>
            <w:r>
              <w:t>You*</w:t>
            </w:r>
          </w:p>
          <w:p w14:paraId="097193A1" w14:textId="77777777" w:rsidR="00327BED" w:rsidRDefault="00327BED">
            <w:pPr>
              <w:spacing w:line="84" w:lineRule="auto"/>
            </w:pPr>
          </w:p>
          <w:p w14:paraId="65394B39" w14:textId="77777777" w:rsidR="00327BED" w:rsidRDefault="00000000">
            <w:pPr>
              <w:spacing w:before="10" w:after="8" w:line="245" w:lineRule="auto"/>
            </w:pPr>
            <w:r>
              <w:t>This is top 5 times to bring it up</w:t>
            </w:r>
          </w:p>
          <w:p w14:paraId="6207AB56" w14:textId="77777777" w:rsidR="00327BED" w:rsidRDefault="00327BED">
            <w:pPr>
              <w:spacing w:line="84" w:lineRule="auto"/>
            </w:pPr>
          </w:p>
          <w:p w14:paraId="5B44F614" w14:textId="77777777" w:rsidR="00327BED" w:rsidRDefault="00000000">
            <w:pPr>
              <w:spacing w:before="10" w:after="8" w:line="245" w:lineRule="auto"/>
            </w:pPr>
            <w:r>
              <w:t>Oskar</w:t>
            </w:r>
          </w:p>
          <w:p w14:paraId="7FA1566C" w14:textId="77777777" w:rsidR="00327BED" w:rsidRDefault="00327BED">
            <w:pPr>
              <w:spacing w:line="84" w:lineRule="auto"/>
            </w:pPr>
          </w:p>
          <w:p w14:paraId="6B7D626B" w14:textId="77777777" w:rsidR="00327BED" w:rsidRDefault="00000000">
            <w:pPr>
              <w:spacing w:before="10" w:after="8" w:line="245" w:lineRule="auto"/>
            </w:pPr>
            <w:r>
              <w:t>Have you ever been like oh why’d you chat to him or smth like that</w:t>
            </w:r>
          </w:p>
          <w:p w14:paraId="4435A65F" w14:textId="77777777" w:rsidR="00327BED" w:rsidRDefault="00327BED">
            <w:pPr>
              <w:spacing w:line="84" w:lineRule="auto"/>
            </w:pPr>
          </w:p>
          <w:p w14:paraId="593C5BF5" w14:textId="77777777" w:rsidR="00327BED" w:rsidRDefault="00000000">
            <w:pPr>
              <w:spacing w:before="10" w:after="8" w:line="245" w:lineRule="auto"/>
            </w:pPr>
            <w:r>
              <w:t>In general?</w:t>
            </w:r>
          </w:p>
        </w:tc>
      </w:tr>
      <w:tr w:rsidR="00327BED" w14:paraId="15A15EC6" w14:textId="77777777">
        <w:trPr>
          <w:cantSplit/>
          <w:jc w:val="center"/>
        </w:trPr>
        <w:tc>
          <w:tcPr>
            <w:tcW w:w="778" w:type="dxa"/>
            <w:shd w:val="clear" w:color="auto" w:fill="313338"/>
            <w:tcMar>
              <w:top w:w="55" w:type="dxa"/>
              <w:left w:w="10" w:type="dxa"/>
              <w:bottom w:w="30" w:type="dxa"/>
              <w:right w:w="25" w:type="dxa"/>
            </w:tcMar>
          </w:tcPr>
          <w:p w14:paraId="5EAD75C8" w14:textId="77777777" w:rsidR="00327BED" w:rsidRDefault="00000000">
            <w:r>
              <w:rPr>
                <w:noProof/>
              </w:rPr>
              <w:drawing>
                <wp:inline distT="0" distB="0" distL="0" distR="0" wp14:anchorId="40F34B67" wp14:editId="50A076A6">
                  <wp:extent cx="356616" cy="356616"/>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karino.png"/>
                          <pic:cNvPicPr/>
                        </pic:nvPicPr>
                        <pic:blipFill>
                          <a:blip r:embed="rId6"/>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3F8C6AB9" w14:textId="77777777" w:rsidR="00327BED" w:rsidRDefault="00000000">
            <w:pPr>
              <w:spacing w:after="24"/>
            </w:pPr>
            <w:r>
              <w:rPr>
                <w:b/>
                <w:color w:val="58A6FF"/>
              </w:rPr>
              <w:t>oskarino [ADHC],</w:t>
            </w:r>
            <w:r>
              <w:rPr>
                <w:color w:val="949BA4"/>
                <w:sz w:val="15"/>
              </w:rPr>
              <w:t xml:space="preserve">  10/05/2026 12:42 AM</w:t>
            </w:r>
          </w:p>
          <w:p w14:paraId="08E718B9" w14:textId="77777777" w:rsidR="00327BED" w:rsidRDefault="00000000">
            <w:pPr>
              <w:spacing w:after="8" w:line="245" w:lineRule="auto"/>
            </w:pPr>
            <w:r>
              <w:t>no i never</w:t>
            </w:r>
          </w:p>
          <w:p w14:paraId="24AC18B2" w14:textId="77777777" w:rsidR="00327BED" w:rsidRDefault="00327BED">
            <w:pPr>
              <w:spacing w:line="84" w:lineRule="auto"/>
            </w:pPr>
          </w:p>
          <w:p w14:paraId="793C33EF" w14:textId="77777777" w:rsidR="00327BED" w:rsidRDefault="00000000">
            <w:pPr>
              <w:spacing w:before="10" w:after="8" w:line="245" w:lineRule="auto"/>
            </w:pPr>
            <w:r>
              <w:t>wait i sent</w:t>
            </w:r>
          </w:p>
        </w:tc>
      </w:tr>
      <w:tr w:rsidR="00327BED" w14:paraId="37B004D3" w14:textId="77777777">
        <w:trPr>
          <w:cantSplit/>
          <w:jc w:val="center"/>
        </w:trPr>
        <w:tc>
          <w:tcPr>
            <w:tcW w:w="778" w:type="dxa"/>
            <w:shd w:val="clear" w:color="auto" w:fill="313338"/>
            <w:tcMar>
              <w:top w:w="55" w:type="dxa"/>
              <w:left w:w="10" w:type="dxa"/>
              <w:bottom w:w="30" w:type="dxa"/>
              <w:right w:w="25" w:type="dxa"/>
            </w:tcMar>
          </w:tcPr>
          <w:p w14:paraId="6ABD8AA6" w14:textId="77777777" w:rsidR="00327BED" w:rsidRDefault="00000000">
            <w:r>
              <w:rPr>
                <w:noProof/>
              </w:rPr>
              <w:drawing>
                <wp:inline distT="0" distB="0" distL="0" distR="0" wp14:anchorId="36F49C0A" wp14:editId="61130E63">
                  <wp:extent cx="356616" cy="356616"/>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047CEF67" w14:textId="77777777" w:rsidR="00327BED" w:rsidRDefault="00000000">
            <w:pPr>
              <w:spacing w:after="24"/>
            </w:pPr>
            <w:r>
              <w:rPr>
                <w:b/>
                <w:color w:val="F0B232"/>
              </w:rPr>
              <w:t>Ev</w:t>
            </w:r>
            <w:r>
              <w:rPr>
                <w:color w:val="949BA4"/>
                <w:sz w:val="15"/>
              </w:rPr>
              <w:t xml:space="preserve">  10/05/2026 12:42 AM</w:t>
            </w:r>
          </w:p>
          <w:p w14:paraId="47F907E0" w14:textId="77777777" w:rsidR="00327BED" w:rsidRDefault="00000000">
            <w:pPr>
              <w:spacing w:after="8" w:line="245" w:lineRule="auto"/>
            </w:pPr>
            <w:r>
              <w:t>Where's Nick man</w:t>
            </w:r>
          </w:p>
        </w:tc>
      </w:tr>
      <w:tr w:rsidR="00327BED" w14:paraId="2FB7A5C7" w14:textId="77777777">
        <w:trPr>
          <w:cantSplit/>
          <w:jc w:val="center"/>
        </w:trPr>
        <w:tc>
          <w:tcPr>
            <w:tcW w:w="778" w:type="dxa"/>
            <w:shd w:val="clear" w:color="auto" w:fill="313338"/>
            <w:tcMar>
              <w:top w:w="55" w:type="dxa"/>
              <w:left w:w="10" w:type="dxa"/>
              <w:bottom w:w="30" w:type="dxa"/>
              <w:right w:w="25" w:type="dxa"/>
            </w:tcMar>
          </w:tcPr>
          <w:p w14:paraId="76B5F46E" w14:textId="77777777" w:rsidR="00327BED" w:rsidRDefault="00000000">
            <w:r>
              <w:rPr>
                <w:noProof/>
              </w:rPr>
              <w:drawing>
                <wp:inline distT="0" distB="0" distL="0" distR="0" wp14:anchorId="331BD53D" wp14:editId="4DD066DE">
                  <wp:extent cx="356616" cy="356616"/>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karino.png"/>
                          <pic:cNvPicPr/>
                        </pic:nvPicPr>
                        <pic:blipFill>
                          <a:blip r:embed="rId6"/>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3D6F21BD" w14:textId="77777777" w:rsidR="00327BED" w:rsidRDefault="00000000">
            <w:pPr>
              <w:spacing w:after="24"/>
            </w:pPr>
            <w:r>
              <w:rPr>
                <w:b/>
                <w:color w:val="58A6FF"/>
              </w:rPr>
              <w:t>oskarino [ADHC],</w:t>
            </w:r>
            <w:r>
              <w:rPr>
                <w:color w:val="949BA4"/>
                <w:sz w:val="15"/>
              </w:rPr>
              <w:t xml:space="preserve">  10/05/2026 12:42 AM</w:t>
            </w:r>
          </w:p>
          <w:p w14:paraId="6B6E1A36" w14:textId="77777777" w:rsidR="00327BED" w:rsidRDefault="00000000">
            <w:pPr>
              <w:spacing w:after="8" w:line="245" w:lineRule="auto"/>
            </w:pPr>
            <w:r>
              <w:t xml:space="preserve">you tell me to listen and won’t even tell me what i’ve done </w:t>
            </w:r>
          </w:p>
          <w:p w14:paraId="79F07F8D" w14:textId="77777777" w:rsidR="00327BED" w:rsidRDefault="00327BED">
            <w:pPr>
              <w:spacing w:before="10" w:after="8" w:line="245" w:lineRule="auto"/>
            </w:pPr>
          </w:p>
          <w:p w14:paraId="1A5A40D5" w14:textId="77777777" w:rsidR="00327BED" w:rsidRDefault="00000000">
            <w:pPr>
              <w:spacing w:before="10" w:after="8" w:line="245" w:lineRule="auto"/>
            </w:pPr>
            <w:r>
              <w:t>look at the photos everyone’s close with each other that’s just how these parties are</w:t>
            </w:r>
          </w:p>
          <w:p w14:paraId="1375E18E" w14:textId="77777777" w:rsidR="00327BED" w:rsidRDefault="00327BED">
            <w:pPr>
              <w:spacing w:before="10" w:after="8" w:line="245" w:lineRule="auto"/>
            </w:pPr>
          </w:p>
          <w:p w14:paraId="2C5AC494" w14:textId="77777777" w:rsidR="00327BED" w:rsidRDefault="00000000">
            <w:pPr>
              <w:spacing w:before="10" w:after="8" w:line="245" w:lineRule="auto"/>
            </w:pPr>
            <w:r>
              <w:t>there’s nothing sinister going on</w:t>
            </w:r>
          </w:p>
          <w:p w14:paraId="313419E3" w14:textId="77777777" w:rsidR="00327BED" w:rsidRDefault="00327BED">
            <w:pPr>
              <w:spacing w:before="10" w:after="8" w:line="245" w:lineRule="auto"/>
            </w:pPr>
          </w:p>
          <w:p w14:paraId="36D1F52E" w14:textId="77777777" w:rsidR="00327BED" w:rsidRDefault="00000000">
            <w:pPr>
              <w:spacing w:before="10" w:after="8" w:line="245" w:lineRule="auto"/>
            </w:pPr>
            <w:r>
              <w:t>these people are all friends that i’ve known for years</w:t>
            </w:r>
          </w:p>
        </w:tc>
      </w:tr>
      <w:tr w:rsidR="00327BED" w14:paraId="0B6804E1" w14:textId="77777777">
        <w:trPr>
          <w:cantSplit/>
          <w:jc w:val="center"/>
        </w:trPr>
        <w:tc>
          <w:tcPr>
            <w:tcW w:w="778" w:type="dxa"/>
            <w:shd w:val="clear" w:color="auto" w:fill="313338"/>
            <w:tcMar>
              <w:top w:w="55" w:type="dxa"/>
              <w:left w:w="10" w:type="dxa"/>
              <w:bottom w:w="30" w:type="dxa"/>
              <w:right w:w="25" w:type="dxa"/>
            </w:tcMar>
          </w:tcPr>
          <w:p w14:paraId="335F8262" w14:textId="77777777" w:rsidR="00327BED" w:rsidRDefault="00000000">
            <w:r>
              <w:rPr>
                <w:noProof/>
              </w:rPr>
              <w:drawing>
                <wp:inline distT="0" distB="0" distL="0" distR="0" wp14:anchorId="4F072718" wp14:editId="60739264">
                  <wp:extent cx="356616" cy="356616"/>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7219C131" w14:textId="77777777" w:rsidR="00327BED" w:rsidRDefault="00000000">
            <w:pPr>
              <w:spacing w:after="24"/>
            </w:pPr>
            <w:r>
              <w:rPr>
                <w:b/>
              </w:rPr>
              <w:t>Aperation</w:t>
            </w:r>
            <w:r>
              <w:rPr>
                <w:color w:val="949BA4"/>
                <w:sz w:val="15"/>
              </w:rPr>
              <w:t xml:space="preserve">  10/05/2026 12:42 AM</w:t>
            </w:r>
          </w:p>
          <w:p w14:paraId="61155B9A" w14:textId="77777777" w:rsidR="00327BED" w:rsidRDefault="00000000">
            <w:pPr>
              <w:spacing w:after="8" w:line="245" w:lineRule="auto"/>
            </w:pPr>
            <w:r>
              <w:t>So she’s just larping ffs you’ve never said anything jealous you don’t crash out when she adds a guy on insta but all of a sudden you would bring it up if she did it</w:t>
            </w:r>
          </w:p>
        </w:tc>
      </w:tr>
      <w:tr w:rsidR="00327BED" w14:paraId="686969A5" w14:textId="77777777">
        <w:trPr>
          <w:cantSplit/>
          <w:jc w:val="center"/>
        </w:trPr>
        <w:tc>
          <w:tcPr>
            <w:tcW w:w="778" w:type="dxa"/>
            <w:shd w:val="clear" w:color="auto" w:fill="313338"/>
            <w:tcMar>
              <w:top w:w="55" w:type="dxa"/>
              <w:left w:w="10" w:type="dxa"/>
              <w:bottom w:w="30" w:type="dxa"/>
              <w:right w:w="25" w:type="dxa"/>
            </w:tcMar>
          </w:tcPr>
          <w:p w14:paraId="308FEEBA" w14:textId="77777777" w:rsidR="00327BED" w:rsidRDefault="00000000">
            <w:r>
              <w:rPr>
                <w:noProof/>
              </w:rPr>
              <w:drawing>
                <wp:inline distT="0" distB="0" distL="0" distR="0" wp14:anchorId="4CC3FBE4" wp14:editId="15A33372">
                  <wp:extent cx="356616" cy="356616"/>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karino.png"/>
                          <pic:cNvPicPr/>
                        </pic:nvPicPr>
                        <pic:blipFill>
                          <a:blip r:embed="rId6"/>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CC617E2" w14:textId="77777777" w:rsidR="00327BED" w:rsidRDefault="00000000">
            <w:pPr>
              <w:spacing w:after="24"/>
            </w:pPr>
            <w:r>
              <w:rPr>
                <w:b/>
                <w:color w:val="58A6FF"/>
              </w:rPr>
              <w:t>oskarino [ADHC],</w:t>
            </w:r>
            <w:r>
              <w:rPr>
                <w:color w:val="949BA4"/>
                <w:sz w:val="15"/>
              </w:rPr>
              <w:t xml:space="preserve">  10/05/2026 12:43 AM</w:t>
            </w:r>
          </w:p>
          <w:p w14:paraId="768F096C" w14:textId="77777777" w:rsidR="00327BED" w:rsidRDefault="00000000">
            <w:pPr>
              <w:spacing w:after="8" w:line="245" w:lineRule="auto"/>
            </w:pPr>
            <w:r>
              <w:t>thoughts</w:t>
            </w:r>
          </w:p>
        </w:tc>
      </w:tr>
      <w:tr w:rsidR="00327BED" w14:paraId="5B189934" w14:textId="77777777">
        <w:trPr>
          <w:cantSplit/>
          <w:jc w:val="center"/>
        </w:trPr>
        <w:tc>
          <w:tcPr>
            <w:tcW w:w="778" w:type="dxa"/>
            <w:shd w:val="clear" w:color="auto" w:fill="313338"/>
            <w:tcMar>
              <w:top w:w="55" w:type="dxa"/>
              <w:left w:w="10" w:type="dxa"/>
              <w:bottom w:w="30" w:type="dxa"/>
              <w:right w:w="25" w:type="dxa"/>
            </w:tcMar>
          </w:tcPr>
          <w:p w14:paraId="2F06D10F" w14:textId="77777777" w:rsidR="00327BED" w:rsidRDefault="00000000">
            <w:r>
              <w:rPr>
                <w:noProof/>
              </w:rPr>
              <w:drawing>
                <wp:inline distT="0" distB="0" distL="0" distR="0" wp14:anchorId="30F9592F" wp14:editId="68DF1F76">
                  <wp:extent cx="356616" cy="356616"/>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338EF86D" w14:textId="77777777" w:rsidR="00327BED" w:rsidRDefault="00000000">
            <w:pPr>
              <w:spacing w:after="24"/>
            </w:pPr>
            <w:r>
              <w:rPr>
                <w:b/>
              </w:rPr>
              <w:t>Aperation</w:t>
            </w:r>
            <w:r>
              <w:rPr>
                <w:color w:val="949BA4"/>
                <w:sz w:val="15"/>
              </w:rPr>
              <w:t xml:space="preserve">  10/05/2026 12:43 AM</w:t>
            </w:r>
          </w:p>
          <w:p w14:paraId="0EDD4E7C" w14:textId="77777777" w:rsidR="00327BED" w:rsidRDefault="00000000">
            <w:pPr>
              <w:spacing w:after="8" w:line="245" w:lineRule="auto"/>
            </w:pPr>
            <w:r>
              <w:t>Yep I like it</w:t>
            </w:r>
          </w:p>
        </w:tc>
      </w:tr>
      <w:tr w:rsidR="00327BED" w14:paraId="3459E8E6" w14:textId="77777777">
        <w:trPr>
          <w:cantSplit/>
          <w:jc w:val="center"/>
        </w:trPr>
        <w:tc>
          <w:tcPr>
            <w:tcW w:w="778" w:type="dxa"/>
            <w:shd w:val="clear" w:color="auto" w:fill="313338"/>
            <w:tcMar>
              <w:top w:w="55" w:type="dxa"/>
              <w:left w:w="10" w:type="dxa"/>
              <w:bottom w:w="30" w:type="dxa"/>
              <w:right w:w="25" w:type="dxa"/>
            </w:tcMar>
          </w:tcPr>
          <w:p w14:paraId="59BA3588" w14:textId="77777777" w:rsidR="00327BED" w:rsidRDefault="00000000">
            <w:r>
              <w:rPr>
                <w:noProof/>
              </w:rPr>
              <w:drawing>
                <wp:inline distT="0" distB="0" distL="0" distR="0" wp14:anchorId="52C6E555" wp14:editId="3358C433">
                  <wp:extent cx="356616" cy="356616"/>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karino.png"/>
                          <pic:cNvPicPr/>
                        </pic:nvPicPr>
                        <pic:blipFill>
                          <a:blip r:embed="rId6"/>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7A493D9" w14:textId="77777777" w:rsidR="00327BED" w:rsidRDefault="00000000">
            <w:pPr>
              <w:spacing w:after="24"/>
            </w:pPr>
            <w:r>
              <w:rPr>
                <w:b/>
                <w:color w:val="58A6FF"/>
              </w:rPr>
              <w:t>oskarino [ADHC],</w:t>
            </w:r>
            <w:r>
              <w:rPr>
                <w:color w:val="949BA4"/>
                <w:sz w:val="15"/>
              </w:rPr>
              <w:t xml:space="preserve">  10/05/2026 12:43 AM</w:t>
            </w:r>
          </w:p>
          <w:p w14:paraId="5FC8C5D2" w14:textId="77777777" w:rsidR="00327BED" w:rsidRDefault="00000000">
            <w:pPr>
              <w:spacing w:after="8" w:line="245" w:lineRule="auto"/>
            </w:pPr>
            <w:r>
              <w:t>goodness gracious me</w:t>
            </w:r>
          </w:p>
        </w:tc>
      </w:tr>
      <w:tr w:rsidR="00327BED" w14:paraId="131F8ACC" w14:textId="77777777">
        <w:trPr>
          <w:cantSplit/>
          <w:jc w:val="center"/>
        </w:trPr>
        <w:tc>
          <w:tcPr>
            <w:tcW w:w="778" w:type="dxa"/>
            <w:shd w:val="clear" w:color="auto" w:fill="313338"/>
            <w:tcMar>
              <w:top w:w="55" w:type="dxa"/>
              <w:left w:w="10" w:type="dxa"/>
              <w:bottom w:w="30" w:type="dxa"/>
              <w:right w:w="25" w:type="dxa"/>
            </w:tcMar>
          </w:tcPr>
          <w:p w14:paraId="784890B3" w14:textId="77777777" w:rsidR="00327BED" w:rsidRDefault="00000000">
            <w:r>
              <w:rPr>
                <w:noProof/>
              </w:rPr>
              <w:drawing>
                <wp:inline distT="0" distB="0" distL="0" distR="0" wp14:anchorId="6F6B9597" wp14:editId="0D56C37C">
                  <wp:extent cx="356616" cy="356616"/>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2E4185E" w14:textId="77777777" w:rsidR="00327BED" w:rsidRDefault="00000000">
            <w:pPr>
              <w:spacing w:after="24"/>
            </w:pPr>
            <w:r>
              <w:rPr>
                <w:b/>
                <w:color w:val="F0B232"/>
              </w:rPr>
              <w:t>Ev</w:t>
            </w:r>
            <w:r>
              <w:rPr>
                <w:color w:val="949BA4"/>
                <w:sz w:val="15"/>
              </w:rPr>
              <w:t xml:space="preserve">  10/05/2026 12:43 AM</w:t>
            </w:r>
          </w:p>
          <w:p w14:paraId="53879302" w14:textId="77777777" w:rsidR="00327BED" w:rsidRDefault="00000000">
            <w:pPr>
              <w:spacing w:after="8" w:line="245" w:lineRule="auto"/>
            </w:pPr>
            <w:r>
              <w:t>More?</w:t>
            </w:r>
          </w:p>
        </w:tc>
      </w:tr>
      <w:tr w:rsidR="00327BED" w14:paraId="0C6D186D" w14:textId="77777777">
        <w:trPr>
          <w:cantSplit/>
          <w:jc w:val="center"/>
        </w:trPr>
        <w:tc>
          <w:tcPr>
            <w:tcW w:w="778" w:type="dxa"/>
            <w:shd w:val="clear" w:color="auto" w:fill="313338"/>
            <w:tcMar>
              <w:top w:w="55" w:type="dxa"/>
              <w:left w:w="10" w:type="dxa"/>
              <w:bottom w:w="30" w:type="dxa"/>
              <w:right w:w="25" w:type="dxa"/>
            </w:tcMar>
          </w:tcPr>
          <w:p w14:paraId="3C1C6A22" w14:textId="77777777" w:rsidR="00327BED" w:rsidRDefault="00000000">
            <w:r>
              <w:rPr>
                <w:noProof/>
              </w:rPr>
              <w:drawing>
                <wp:inline distT="0" distB="0" distL="0" distR="0" wp14:anchorId="549628D0" wp14:editId="1FA89951">
                  <wp:extent cx="356616" cy="356616"/>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karino.png"/>
                          <pic:cNvPicPr/>
                        </pic:nvPicPr>
                        <pic:blipFill>
                          <a:blip r:embed="rId6"/>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292072C5" w14:textId="77777777" w:rsidR="00327BED" w:rsidRDefault="00000000">
            <w:pPr>
              <w:spacing w:after="24"/>
            </w:pPr>
            <w:r>
              <w:rPr>
                <w:b/>
                <w:color w:val="58A6FF"/>
              </w:rPr>
              <w:t>oskarino [ADHC],</w:t>
            </w:r>
            <w:r>
              <w:rPr>
                <w:color w:val="949BA4"/>
                <w:sz w:val="15"/>
              </w:rPr>
              <w:t xml:space="preserve">  10/05/2026 12:43 AM</w:t>
            </w:r>
          </w:p>
          <w:p w14:paraId="5CDFAFEE" w14:textId="77777777" w:rsidR="00327BED" w:rsidRDefault="00000000">
            <w:pPr>
              <w:spacing w:after="8" w:line="245" w:lineRule="auto"/>
            </w:pPr>
            <w:r>
              <w:t>i’ll save the guy on insta if she keeps dragging it</w:t>
            </w:r>
          </w:p>
        </w:tc>
      </w:tr>
      <w:tr w:rsidR="00327BED" w14:paraId="5550EE2C" w14:textId="77777777">
        <w:trPr>
          <w:cantSplit/>
          <w:jc w:val="center"/>
        </w:trPr>
        <w:tc>
          <w:tcPr>
            <w:tcW w:w="778" w:type="dxa"/>
            <w:shd w:val="clear" w:color="auto" w:fill="313338"/>
            <w:tcMar>
              <w:top w:w="55" w:type="dxa"/>
              <w:left w:w="10" w:type="dxa"/>
              <w:bottom w:w="30" w:type="dxa"/>
              <w:right w:w="25" w:type="dxa"/>
            </w:tcMar>
          </w:tcPr>
          <w:p w14:paraId="504ED4B4" w14:textId="77777777" w:rsidR="00327BED" w:rsidRDefault="00000000">
            <w:r>
              <w:rPr>
                <w:noProof/>
              </w:rPr>
              <w:drawing>
                <wp:inline distT="0" distB="0" distL="0" distR="0" wp14:anchorId="220E8587" wp14:editId="2225625D">
                  <wp:extent cx="356616" cy="356616"/>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7B42E5B0" w14:textId="77777777" w:rsidR="00327BED" w:rsidRDefault="00000000">
            <w:pPr>
              <w:spacing w:after="24"/>
            </w:pPr>
            <w:r>
              <w:rPr>
                <w:b/>
                <w:color w:val="F0B232"/>
              </w:rPr>
              <w:t>Ev</w:t>
            </w:r>
            <w:r>
              <w:rPr>
                <w:color w:val="949BA4"/>
                <w:sz w:val="15"/>
              </w:rPr>
              <w:t xml:space="preserve">  10/05/2026 12:43 AM</w:t>
            </w:r>
          </w:p>
          <w:p w14:paraId="50728B25" w14:textId="77777777" w:rsidR="00327BED" w:rsidRDefault="00000000">
            <w:pPr>
              <w:spacing w:after="8" w:line="245" w:lineRule="auto"/>
            </w:pPr>
            <w:r>
              <w:t>Yeah</w:t>
            </w:r>
          </w:p>
        </w:tc>
      </w:tr>
      <w:tr w:rsidR="00327BED" w14:paraId="7EC1E338" w14:textId="77777777">
        <w:trPr>
          <w:cantSplit/>
          <w:jc w:val="center"/>
        </w:trPr>
        <w:tc>
          <w:tcPr>
            <w:tcW w:w="778" w:type="dxa"/>
            <w:shd w:val="clear" w:color="auto" w:fill="313338"/>
            <w:tcMar>
              <w:top w:w="55" w:type="dxa"/>
              <w:left w:w="10" w:type="dxa"/>
              <w:bottom w:w="30" w:type="dxa"/>
              <w:right w:w="25" w:type="dxa"/>
            </w:tcMar>
          </w:tcPr>
          <w:p w14:paraId="1CCDDEC2" w14:textId="77777777" w:rsidR="00327BED" w:rsidRDefault="00000000">
            <w:r>
              <w:rPr>
                <w:noProof/>
              </w:rPr>
              <w:drawing>
                <wp:inline distT="0" distB="0" distL="0" distR="0" wp14:anchorId="0F3B46DB" wp14:editId="7019F475">
                  <wp:extent cx="356616" cy="356616"/>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karino.png"/>
                          <pic:cNvPicPr/>
                        </pic:nvPicPr>
                        <pic:blipFill>
                          <a:blip r:embed="rId6"/>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20E78AFA" w14:textId="77777777" w:rsidR="00327BED" w:rsidRDefault="00000000">
            <w:pPr>
              <w:spacing w:after="24"/>
            </w:pPr>
            <w:r>
              <w:rPr>
                <w:b/>
                <w:color w:val="58A6FF"/>
              </w:rPr>
              <w:t>oskarino [ADHC],</w:t>
            </w:r>
            <w:r>
              <w:rPr>
                <w:color w:val="949BA4"/>
                <w:sz w:val="15"/>
              </w:rPr>
              <w:t xml:space="preserve">  10/05/2026 12:44 AM</w:t>
            </w:r>
          </w:p>
          <w:p w14:paraId="6DCB4BC5" w14:textId="77777777" w:rsidR="00327BED" w:rsidRDefault="00000000">
            <w:pPr>
              <w:spacing w:after="8" w:line="245" w:lineRule="auto"/>
            </w:pPr>
            <w:r>
              <w:t>i think she’s the one that sent the photo of you and melisa evan i don’t get it</w:t>
            </w:r>
          </w:p>
          <w:p w14:paraId="2B26B230" w14:textId="77777777" w:rsidR="00327BED" w:rsidRDefault="00327BED">
            <w:pPr>
              <w:spacing w:line="84" w:lineRule="auto"/>
            </w:pPr>
          </w:p>
          <w:p w14:paraId="068EAB64" w14:textId="77777777" w:rsidR="00327BED" w:rsidRDefault="00000000">
            <w:pPr>
              <w:spacing w:before="10" w:after="8" w:line="245" w:lineRule="auto"/>
            </w:pPr>
            <w:r>
              <w:t>none of the photos incriminate me either</w:t>
            </w:r>
          </w:p>
          <w:p w14:paraId="2A51C78A" w14:textId="77777777" w:rsidR="00327BED" w:rsidRDefault="00327BED">
            <w:pPr>
              <w:spacing w:line="84" w:lineRule="auto"/>
            </w:pPr>
          </w:p>
          <w:p w14:paraId="1E60B30E" w14:textId="77777777" w:rsidR="00327BED" w:rsidRDefault="00000000">
            <w:pPr>
              <w:spacing w:before="10" w:after="8" w:line="245" w:lineRule="auto"/>
            </w:pPr>
            <w:r>
              <w:rPr>
                <w:i/>
                <w:color w:val="949BA4"/>
                <w:sz w:val="18"/>
              </w:rPr>
              <w:t>[No text captured in export]</w:t>
            </w:r>
          </w:p>
        </w:tc>
      </w:tr>
      <w:tr w:rsidR="00327BED" w14:paraId="2A4A1525" w14:textId="77777777">
        <w:trPr>
          <w:cantSplit/>
          <w:jc w:val="center"/>
        </w:trPr>
        <w:tc>
          <w:tcPr>
            <w:tcW w:w="778" w:type="dxa"/>
            <w:shd w:val="clear" w:color="auto" w:fill="313338"/>
            <w:tcMar>
              <w:top w:w="55" w:type="dxa"/>
              <w:left w:w="10" w:type="dxa"/>
              <w:bottom w:w="30" w:type="dxa"/>
              <w:right w:w="25" w:type="dxa"/>
            </w:tcMar>
          </w:tcPr>
          <w:p w14:paraId="6F36D1F4" w14:textId="77777777" w:rsidR="00327BED" w:rsidRDefault="00000000">
            <w:r>
              <w:rPr>
                <w:noProof/>
              </w:rPr>
              <w:drawing>
                <wp:inline distT="0" distB="0" distL="0" distR="0" wp14:anchorId="2EC40F7C" wp14:editId="3292DFF0">
                  <wp:extent cx="356616" cy="356616"/>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25216C29" w14:textId="77777777" w:rsidR="00327BED" w:rsidRDefault="00000000">
            <w:pPr>
              <w:spacing w:after="24"/>
            </w:pPr>
            <w:r>
              <w:rPr>
                <w:b/>
              </w:rPr>
              <w:t>Aperation</w:t>
            </w:r>
            <w:r>
              <w:rPr>
                <w:color w:val="949BA4"/>
                <w:sz w:val="15"/>
              </w:rPr>
              <w:t xml:space="preserve">  10/05/2026 12:44 AM</w:t>
            </w:r>
          </w:p>
          <w:p w14:paraId="0E3F37BD" w14:textId="77777777" w:rsidR="00327BED" w:rsidRDefault="00000000">
            <w:pPr>
              <w:spacing w:after="8" w:line="245" w:lineRule="auto"/>
            </w:pPr>
            <w:r>
              <w:t>She’s projecting her jealousy and saying you’d do it to make her feel better</w:t>
            </w:r>
          </w:p>
        </w:tc>
      </w:tr>
      <w:tr w:rsidR="00327BED" w14:paraId="54D4F0CB" w14:textId="77777777">
        <w:trPr>
          <w:cantSplit/>
          <w:jc w:val="center"/>
        </w:trPr>
        <w:tc>
          <w:tcPr>
            <w:tcW w:w="778" w:type="dxa"/>
            <w:shd w:val="clear" w:color="auto" w:fill="313338"/>
            <w:tcMar>
              <w:top w:w="55" w:type="dxa"/>
              <w:left w:w="10" w:type="dxa"/>
              <w:bottom w:w="30" w:type="dxa"/>
              <w:right w:w="25" w:type="dxa"/>
            </w:tcMar>
          </w:tcPr>
          <w:p w14:paraId="7719EADB" w14:textId="77777777" w:rsidR="00327BED" w:rsidRDefault="00000000">
            <w:r>
              <w:rPr>
                <w:noProof/>
              </w:rPr>
              <w:drawing>
                <wp:inline distT="0" distB="0" distL="0" distR="0" wp14:anchorId="47A5D680" wp14:editId="4022BDF3">
                  <wp:extent cx="356616" cy="356616"/>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3853B92A" w14:textId="77777777" w:rsidR="00327BED" w:rsidRDefault="00000000">
            <w:pPr>
              <w:spacing w:after="24"/>
            </w:pPr>
            <w:r>
              <w:rPr>
                <w:b/>
                <w:color w:val="F0B232"/>
              </w:rPr>
              <w:t>Ev</w:t>
            </w:r>
            <w:r>
              <w:rPr>
                <w:color w:val="949BA4"/>
                <w:sz w:val="15"/>
              </w:rPr>
              <w:t xml:space="preserve">  10/05/2026 12:45 AM</w:t>
            </w:r>
          </w:p>
          <w:p w14:paraId="7EF33F6B" w14:textId="77777777" w:rsidR="00327BED" w:rsidRDefault="00000000">
            <w:pPr>
              <w:spacing w:after="8" w:line="245" w:lineRule="auto"/>
            </w:pPr>
            <w:r>
              <w:t>Ennit</w:t>
            </w:r>
          </w:p>
        </w:tc>
      </w:tr>
      <w:tr w:rsidR="00327BED" w14:paraId="09324FDE" w14:textId="77777777">
        <w:trPr>
          <w:cantSplit/>
          <w:jc w:val="center"/>
        </w:trPr>
        <w:tc>
          <w:tcPr>
            <w:tcW w:w="778" w:type="dxa"/>
            <w:shd w:val="clear" w:color="auto" w:fill="313338"/>
            <w:tcMar>
              <w:top w:w="55" w:type="dxa"/>
              <w:left w:w="10" w:type="dxa"/>
              <w:bottom w:w="30" w:type="dxa"/>
              <w:right w:w="25" w:type="dxa"/>
            </w:tcMar>
          </w:tcPr>
          <w:p w14:paraId="08267E95" w14:textId="77777777" w:rsidR="00327BED" w:rsidRDefault="00000000">
            <w:r>
              <w:rPr>
                <w:noProof/>
              </w:rPr>
              <w:lastRenderedPageBreak/>
              <w:drawing>
                <wp:inline distT="0" distB="0" distL="0" distR="0" wp14:anchorId="0FDDD7C4" wp14:editId="4CAB2E6D">
                  <wp:extent cx="356616" cy="356616"/>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7D2BDA5" w14:textId="77777777" w:rsidR="00327BED" w:rsidRDefault="00000000">
            <w:pPr>
              <w:spacing w:after="24"/>
            </w:pPr>
            <w:r>
              <w:rPr>
                <w:b/>
              </w:rPr>
              <w:t>Aperation</w:t>
            </w:r>
            <w:r>
              <w:rPr>
                <w:color w:val="949BA4"/>
                <w:sz w:val="15"/>
              </w:rPr>
              <w:t xml:space="preserve">  10/05/2026 12:45 AM</w:t>
            </w:r>
          </w:p>
          <w:p w14:paraId="7AC24086" w14:textId="77777777" w:rsidR="00327BED" w:rsidRDefault="00000000">
            <w:pPr>
              <w:spacing w:after="8" w:line="245" w:lineRule="auto"/>
            </w:pPr>
            <w:r>
              <w:t>Just cuz your a handsome chap gosh</w:t>
            </w:r>
          </w:p>
        </w:tc>
      </w:tr>
      <w:tr w:rsidR="00327BED" w14:paraId="71B0A7F7" w14:textId="77777777">
        <w:trPr>
          <w:cantSplit/>
          <w:jc w:val="center"/>
        </w:trPr>
        <w:tc>
          <w:tcPr>
            <w:tcW w:w="778" w:type="dxa"/>
            <w:shd w:val="clear" w:color="auto" w:fill="313338"/>
            <w:tcMar>
              <w:top w:w="55" w:type="dxa"/>
              <w:left w:w="10" w:type="dxa"/>
              <w:bottom w:w="30" w:type="dxa"/>
              <w:right w:w="25" w:type="dxa"/>
            </w:tcMar>
          </w:tcPr>
          <w:p w14:paraId="6A2E9C70" w14:textId="77777777" w:rsidR="00327BED" w:rsidRDefault="00000000">
            <w:r>
              <w:rPr>
                <w:noProof/>
              </w:rPr>
              <w:drawing>
                <wp:inline distT="0" distB="0" distL="0" distR="0" wp14:anchorId="5E20FC97" wp14:editId="32870366">
                  <wp:extent cx="356616" cy="356616"/>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karino.png"/>
                          <pic:cNvPicPr/>
                        </pic:nvPicPr>
                        <pic:blipFill>
                          <a:blip r:embed="rId6"/>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93455A6" w14:textId="77777777" w:rsidR="00327BED" w:rsidRDefault="00000000">
            <w:pPr>
              <w:spacing w:after="24"/>
            </w:pPr>
            <w:r>
              <w:rPr>
                <w:b/>
                <w:color w:val="58A6FF"/>
              </w:rPr>
              <w:t>oskarino [ADHC],</w:t>
            </w:r>
            <w:r>
              <w:rPr>
                <w:color w:val="949BA4"/>
                <w:sz w:val="15"/>
              </w:rPr>
              <w:t xml:space="preserve">  10/05/2026 12:45 AM</w:t>
            </w:r>
          </w:p>
          <w:p w14:paraId="07C6766F" w14:textId="77777777" w:rsidR="00327BED" w:rsidRDefault="00000000">
            <w:pPr>
              <w:shd w:val="clear" w:color="auto" w:fill="2B2D31"/>
              <w:spacing w:after="8" w:line="245" w:lineRule="auto"/>
            </w:pPr>
            <w:r>
              <w:rPr>
                <w:color w:val="949BA4"/>
                <w:sz w:val="19"/>
              </w:rPr>
              <w:t>▧  Image</w:t>
            </w:r>
          </w:p>
          <w:p w14:paraId="63BA2B7B" w14:textId="77777777" w:rsidR="00327BED" w:rsidRDefault="00327BED">
            <w:pPr>
              <w:spacing w:line="84" w:lineRule="auto"/>
            </w:pPr>
          </w:p>
          <w:p w14:paraId="7822FF7F" w14:textId="77777777" w:rsidR="00327BED" w:rsidRDefault="00000000">
            <w:pPr>
              <w:spacing w:before="10" w:after="8" w:line="245" w:lineRule="auto"/>
            </w:pPr>
            <w:r>
              <w:rPr>
                <w:i/>
                <w:color w:val="949BA4"/>
                <w:sz w:val="18"/>
              </w:rPr>
              <w:t>[No text captured in export]</w:t>
            </w:r>
          </w:p>
        </w:tc>
      </w:tr>
      <w:tr w:rsidR="00327BED" w14:paraId="0F79606B" w14:textId="77777777">
        <w:trPr>
          <w:cantSplit/>
          <w:jc w:val="center"/>
        </w:trPr>
        <w:tc>
          <w:tcPr>
            <w:tcW w:w="778" w:type="dxa"/>
            <w:shd w:val="clear" w:color="auto" w:fill="313338"/>
            <w:tcMar>
              <w:top w:w="55" w:type="dxa"/>
              <w:left w:w="10" w:type="dxa"/>
              <w:bottom w:w="30" w:type="dxa"/>
              <w:right w:w="25" w:type="dxa"/>
            </w:tcMar>
          </w:tcPr>
          <w:p w14:paraId="2128A040" w14:textId="77777777" w:rsidR="00327BED" w:rsidRDefault="00000000">
            <w:r>
              <w:rPr>
                <w:noProof/>
              </w:rPr>
              <w:drawing>
                <wp:inline distT="0" distB="0" distL="0" distR="0" wp14:anchorId="009A3208" wp14:editId="367E0572">
                  <wp:extent cx="356616" cy="356616"/>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2E9871EC" w14:textId="77777777" w:rsidR="00327BED" w:rsidRDefault="00000000">
            <w:pPr>
              <w:spacing w:after="24"/>
            </w:pPr>
            <w:r>
              <w:rPr>
                <w:b/>
                <w:color w:val="F0B232"/>
              </w:rPr>
              <w:t>Ev</w:t>
            </w:r>
            <w:r>
              <w:rPr>
                <w:color w:val="949BA4"/>
                <w:sz w:val="15"/>
              </w:rPr>
              <w:t xml:space="preserve">  10/05/2026 12:45 AM</w:t>
            </w:r>
          </w:p>
          <w:p w14:paraId="295726D4" w14:textId="77777777" w:rsidR="00327BED" w:rsidRDefault="00000000">
            <w:pPr>
              <w:spacing w:after="8" w:line="245" w:lineRule="auto"/>
            </w:pPr>
            <w:r>
              <w:t>Hahhaha</w:t>
            </w:r>
          </w:p>
        </w:tc>
      </w:tr>
      <w:tr w:rsidR="00327BED" w14:paraId="61D6A33C" w14:textId="77777777">
        <w:trPr>
          <w:cantSplit/>
          <w:jc w:val="center"/>
        </w:trPr>
        <w:tc>
          <w:tcPr>
            <w:tcW w:w="778" w:type="dxa"/>
            <w:shd w:val="clear" w:color="auto" w:fill="313338"/>
            <w:tcMar>
              <w:top w:w="55" w:type="dxa"/>
              <w:left w:w="10" w:type="dxa"/>
              <w:bottom w:w="30" w:type="dxa"/>
              <w:right w:w="25" w:type="dxa"/>
            </w:tcMar>
          </w:tcPr>
          <w:p w14:paraId="3E74B4B3" w14:textId="77777777" w:rsidR="00327BED" w:rsidRDefault="00000000">
            <w:r>
              <w:rPr>
                <w:noProof/>
              </w:rPr>
              <w:drawing>
                <wp:inline distT="0" distB="0" distL="0" distR="0" wp14:anchorId="1BA3A429" wp14:editId="6FDD6B3E">
                  <wp:extent cx="356616" cy="356616"/>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karino.png"/>
                          <pic:cNvPicPr/>
                        </pic:nvPicPr>
                        <pic:blipFill>
                          <a:blip r:embed="rId6"/>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E4509FA" w14:textId="77777777" w:rsidR="00327BED" w:rsidRDefault="00000000">
            <w:pPr>
              <w:spacing w:after="24"/>
            </w:pPr>
            <w:r>
              <w:rPr>
                <w:b/>
                <w:color w:val="58A6FF"/>
              </w:rPr>
              <w:t>oskarino [ADHC],</w:t>
            </w:r>
            <w:r>
              <w:rPr>
                <w:color w:val="949BA4"/>
                <w:sz w:val="15"/>
              </w:rPr>
              <w:t xml:space="preserve">  10/05/2026 12:46 AM</w:t>
            </w:r>
          </w:p>
          <w:p w14:paraId="599C7238" w14:textId="77777777" w:rsidR="00327BED" w:rsidRDefault="00000000">
            <w:pPr>
              <w:spacing w:after="8" w:line="245" w:lineRule="auto"/>
            </w:pPr>
            <w:r>
              <w:rPr>
                <w:i/>
                <w:color w:val="949BA4"/>
                <w:sz w:val="18"/>
              </w:rPr>
              <w:t>[No text captured in export]</w:t>
            </w:r>
          </w:p>
        </w:tc>
      </w:tr>
      <w:tr w:rsidR="00327BED" w14:paraId="2E2716B8" w14:textId="77777777">
        <w:trPr>
          <w:cantSplit/>
          <w:jc w:val="center"/>
        </w:trPr>
        <w:tc>
          <w:tcPr>
            <w:tcW w:w="778" w:type="dxa"/>
            <w:shd w:val="clear" w:color="auto" w:fill="313338"/>
            <w:tcMar>
              <w:top w:w="55" w:type="dxa"/>
              <w:left w:w="10" w:type="dxa"/>
              <w:bottom w:w="30" w:type="dxa"/>
              <w:right w:w="25" w:type="dxa"/>
            </w:tcMar>
          </w:tcPr>
          <w:p w14:paraId="02412D49" w14:textId="77777777" w:rsidR="00327BED" w:rsidRDefault="00000000">
            <w:r>
              <w:rPr>
                <w:noProof/>
              </w:rPr>
              <w:drawing>
                <wp:inline distT="0" distB="0" distL="0" distR="0" wp14:anchorId="1C682C20" wp14:editId="6371922D">
                  <wp:extent cx="356616" cy="356616"/>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972FFFF" w14:textId="77777777" w:rsidR="00327BED" w:rsidRDefault="00000000">
            <w:pPr>
              <w:spacing w:after="24"/>
            </w:pPr>
            <w:r>
              <w:rPr>
                <w:b/>
              </w:rPr>
              <w:t>Aperation</w:t>
            </w:r>
            <w:r>
              <w:rPr>
                <w:color w:val="949BA4"/>
                <w:sz w:val="15"/>
              </w:rPr>
              <w:t xml:space="preserve">  10/05/2026 12:48 AM</w:t>
            </w:r>
          </w:p>
          <w:p w14:paraId="6BD38F23" w14:textId="77777777" w:rsidR="00327BED" w:rsidRDefault="00000000">
            <w:pPr>
              <w:spacing w:after="8" w:line="245" w:lineRule="auto"/>
            </w:pPr>
            <w:r>
              <w:t>Hahahah</w:t>
            </w:r>
          </w:p>
        </w:tc>
      </w:tr>
      <w:tr w:rsidR="00327BED" w14:paraId="2126CA05" w14:textId="77777777">
        <w:trPr>
          <w:cantSplit/>
          <w:jc w:val="center"/>
        </w:trPr>
        <w:tc>
          <w:tcPr>
            <w:tcW w:w="778" w:type="dxa"/>
            <w:shd w:val="clear" w:color="auto" w:fill="313338"/>
            <w:tcMar>
              <w:top w:w="55" w:type="dxa"/>
              <w:left w:w="10" w:type="dxa"/>
              <w:bottom w:w="30" w:type="dxa"/>
              <w:right w:w="25" w:type="dxa"/>
            </w:tcMar>
          </w:tcPr>
          <w:p w14:paraId="2C9F64FD" w14:textId="77777777" w:rsidR="00327BED" w:rsidRDefault="00000000">
            <w:r>
              <w:rPr>
                <w:noProof/>
              </w:rPr>
              <w:drawing>
                <wp:inline distT="0" distB="0" distL="0" distR="0" wp14:anchorId="1701BE4A" wp14:editId="38EDCC9D">
                  <wp:extent cx="356616" cy="356616"/>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79F21712" w14:textId="77777777" w:rsidR="00327BED" w:rsidRDefault="00000000">
            <w:pPr>
              <w:spacing w:after="24"/>
            </w:pPr>
            <w:r>
              <w:rPr>
                <w:b/>
                <w:color w:val="F0B232"/>
              </w:rPr>
              <w:t>Ev</w:t>
            </w:r>
            <w:r>
              <w:rPr>
                <w:color w:val="949BA4"/>
                <w:sz w:val="15"/>
              </w:rPr>
              <w:t xml:space="preserve">  10/05/2026 12:49 AM</w:t>
            </w:r>
          </w:p>
          <w:p w14:paraId="576C1396" w14:textId="77777777" w:rsidR="00327BED" w:rsidRDefault="00000000">
            <w:pPr>
              <w:shd w:val="clear" w:color="auto" w:fill="2B2D31"/>
              <w:spacing w:after="8" w:line="245" w:lineRule="auto"/>
            </w:pPr>
            <w:r>
              <w:rPr>
                <w:color w:val="949BA4"/>
                <w:sz w:val="19"/>
              </w:rPr>
              <w:t>▧  Image</w:t>
            </w:r>
          </w:p>
          <w:p w14:paraId="683839AE" w14:textId="77777777" w:rsidR="00327BED" w:rsidRDefault="00327BED">
            <w:pPr>
              <w:spacing w:line="84" w:lineRule="auto"/>
            </w:pPr>
          </w:p>
          <w:p w14:paraId="5009C065" w14:textId="77777777" w:rsidR="00327BED" w:rsidRDefault="00000000">
            <w:pPr>
              <w:spacing w:before="10" w:after="8" w:line="245" w:lineRule="auto"/>
            </w:pPr>
            <w:r>
              <w:t>My happy place</w:t>
            </w:r>
          </w:p>
        </w:tc>
      </w:tr>
      <w:tr w:rsidR="00327BED" w14:paraId="04E66027" w14:textId="77777777">
        <w:trPr>
          <w:cantSplit/>
          <w:jc w:val="center"/>
        </w:trPr>
        <w:tc>
          <w:tcPr>
            <w:tcW w:w="778" w:type="dxa"/>
            <w:shd w:val="clear" w:color="auto" w:fill="313338"/>
            <w:tcMar>
              <w:top w:w="55" w:type="dxa"/>
              <w:left w:w="10" w:type="dxa"/>
              <w:bottom w:w="30" w:type="dxa"/>
              <w:right w:w="25" w:type="dxa"/>
            </w:tcMar>
          </w:tcPr>
          <w:p w14:paraId="6820E7CC" w14:textId="77777777" w:rsidR="00327BED" w:rsidRDefault="00000000">
            <w:r>
              <w:rPr>
                <w:noProof/>
              </w:rPr>
              <w:drawing>
                <wp:inline distT="0" distB="0" distL="0" distR="0" wp14:anchorId="15CF7190" wp14:editId="52446293">
                  <wp:extent cx="356616" cy="356616"/>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1696FF9" w14:textId="77777777" w:rsidR="00327BED" w:rsidRDefault="00000000">
            <w:pPr>
              <w:spacing w:after="24"/>
            </w:pPr>
            <w:r>
              <w:rPr>
                <w:b/>
              </w:rPr>
              <w:t>Aperation</w:t>
            </w:r>
            <w:r>
              <w:rPr>
                <w:color w:val="949BA4"/>
                <w:sz w:val="15"/>
              </w:rPr>
              <w:t xml:space="preserve">  10/05/2026 12:56 AM</w:t>
            </w:r>
          </w:p>
          <w:p w14:paraId="54F98EC1" w14:textId="77777777" w:rsidR="00327BED" w:rsidRDefault="00000000">
            <w:pPr>
              <w:spacing w:after="8" w:line="245" w:lineRule="auto"/>
            </w:pPr>
            <w:r>
              <w:t>Any update</w:t>
            </w:r>
          </w:p>
        </w:tc>
      </w:tr>
      <w:tr w:rsidR="00327BED" w14:paraId="20831643" w14:textId="77777777">
        <w:trPr>
          <w:cantSplit/>
          <w:jc w:val="center"/>
        </w:trPr>
        <w:tc>
          <w:tcPr>
            <w:tcW w:w="778" w:type="dxa"/>
            <w:shd w:val="clear" w:color="auto" w:fill="313338"/>
            <w:tcMar>
              <w:top w:w="55" w:type="dxa"/>
              <w:left w:w="10" w:type="dxa"/>
              <w:bottom w:w="30" w:type="dxa"/>
              <w:right w:w="25" w:type="dxa"/>
            </w:tcMar>
          </w:tcPr>
          <w:p w14:paraId="15036A13" w14:textId="77777777" w:rsidR="00327BED" w:rsidRDefault="00000000">
            <w:r>
              <w:rPr>
                <w:noProof/>
              </w:rPr>
              <w:drawing>
                <wp:inline distT="0" distB="0" distL="0" distR="0" wp14:anchorId="24868343" wp14:editId="57665D5B">
                  <wp:extent cx="356616" cy="356616"/>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karino.png"/>
                          <pic:cNvPicPr/>
                        </pic:nvPicPr>
                        <pic:blipFill>
                          <a:blip r:embed="rId6"/>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3F090D54" w14:textId="77777777" w:rsidR="00327BED" w:rsidRDefault="00000000">
            <w:pPr>
              <w:spacing w:after="24"/>
            </w:pPr>
            <w:r>
              <w:rPr>
                <w:b/>
                <w:color w:val="58A6FF"/>
              </w:rPr>
              <w:t>oskarino [ADHC],</w:t>
            </w:r>
            <w:r>
              <w:rPr>
                <w:color w:val="949BA4"/>
                <w:sz w:val="15"/>
              </w:rPr>
              <w:t xml:space="preserve">  10/05/2026 12:57 AM</w:t>
            </w:r>
          </w:p>
          <w:p w14:paraId="595132B8" w14:textId="77777777" w:rsidR="00327BED" w:rsidRDefault="00000000">
            <w:pPr>
              <w:spacing w:after="8" w:line="245" w:lineRule="auto"/>
            </w:pPr>
            <w:r>
              <w:rPr>
                <w:color w:val="00A8FC"/>
              </w:rPr>
              <w:t>@Aperation</w:t>
            </w:r>
            <w:r>
              <w:t xml:space="preserve"> </w:t>
            </w:r>
            <w:r>
              <w:rPr>
                <w:color w:val="00A8FC"/>
              </w:rPr>
              <w:t>@Ev</w:t>
            </w:r>
            <w:r>
              <w:t xml:space="preserve"> she’s back</w:t>
            </w:r>
          </w:p>
          <w:p w14:paraId="1B13A991" w14:textId="77777777" w:rsidR="00327BED" w:rsidRDefault="00327BED">
            <w:pPr>
              <w:spacing w:line="84" w:lineRule="auto"/>
            </w:pPr>
          </w:p>
          <w:p w14:paraId="5C5CE8A8" w14:textId="77777777" w:rsidR="00327BED" w:rsidRDefault="00000000">
            <w:pPr>
              <w:spacing w:before="10" w:after="8" w:line="245" w:lineRule="auto"/>
            </w:pPr>
            <w:r>
              <w:t>she said</w:t>
            </w:r>
          </w:p>
          <w:p w14:paraId="73564BB8" w14:textId="77777777" w:rsidR="00327BED" w:rsidRDefault="00327BED">
            <w:pPr>
              <w:spacing w:line="84" w:lineRule="auto"/>
            </w:pPr>
          </w:p>
          <w:p w14:paraId="50A3D81D" w14:textId="77777777" w:rsidR="00327BED" w:rsidRDefault="00000000">
            <w:pPr>
              <w:spacing w:before="10" w:after="8" w:line="245" w:lineRule="auto"/>
            </w:pPr>
            <w:r>
              <w:t>“you’re actually killing me man “</w:t>
            </w:r>
          </w:p>
          <w:p w14:paraId="38A6BD8E" w14:textId="77777777" w:rsidR="00327BED" w:rsidRDefault="00327BED">
            <w:pPr>
              <w:spacing w:line="84" w:lineRule="auto"/>
            </w:pPr>
          </w:p>
          <w:p w14:paraId="6FC2D570" w14:textId="77777777" w:rsidR="00327BED" w:rsidRDefault="00000000">
            <w:pPr>
              <w:spacing w:before="10" w:after="8" w:line="245" w:lineRule="auto"/>
            </w:pPr>
            <w:r>
              <w:t>and she’s typing again</w:t>
            </w:r>
          </w:p>
        </w:tc>
      </w:tr>
      <w:tr w:rsidR="00327BED" w14:paraId="3A74235D" w14:textId="77777777">
        <w:trPr>
          <w:cantSplit/>
          <w:jc w:val="center"/>
        </w:trPr>
        <w:tc>
          <w:tcPr>
            <w:tcW w:w="778" w:type="dxa"/>
            <w:shd w:val="clear" w:color="auto" w:fill="313338"/>
            <w:tcMar>
              <w:top w:w="55" w:type="dxa"/>
              <w:left w:w="10" w:type="dxa"/>
              <w:bottom w:w="30" w:type="dxa"/>
              <w:right w:w="25" w:type="dxa"/>
            </w:tcMar>
          </w:tcPr>
          <w:p w14:paraId="5FF9C375" w14:textId="77777777" w:rsidR="00327BED" w:rsidRDefault="00000000">
            <w:r>
              <w:rPr>
                <w:noProof/>
              </w:rPr>
              <w:drawing>
                <wp:inline distT="0" distB="0" distL="0" distR="0" wp14:anchorId="0D1858DC" wp14:editId="7A159981">
                  <wp:extent cx="356616" cy="356616"/>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0BCC4569" w14:textId="77777777" w:rsidR="00327BED" w:rsidRDefault="00000000">
            <w:pPr>
              <w:spacing w:after="24"/>
            </w:pPr>
            <w:r>
              <w:rPr>
                <w:b/>
              </w:rPr>
              <w:t>Aperation</w:t>
            </w:r>
            <w:r>
              <w:rPr>
                <w:color w:val="949BA4"/>
                <w:sz w:val="15"/>
              </w:rPr>
              <w:t xml:space="preserve">  10/05/2026 12:58 AM</w:t>
            </w:r>
          </w:p>
          <w:p w14:paraId="368F81D2" w14:textId="77777777" w:rsidR="00327BED" w:rsidRDefault="00000000">
            <w:pPr>
              <w:spacing w:after="8" w:line="245" w:lineRule="auto"/>
            </w:pPr>
            <w:r>
              <w:t>Ughhhhhh</w:t>
            </w:r>
          </w:p>
        </w:tc>
      </w:tr>
      <w:tr w:rsidR="00327BED" w14:paraId="1420FAB6" w14:textId="77777777">
        <w:trPr>
          <w:cantSplit/>
          <w:jc w:val="center"/>
        </w:trPr>
        <w:tc>
          <w:tcPr>
            <w:tcW w:w="778" w:type="dxa"/>
            <w:shd w:val="clear" w:color="auto" w:fill="313338"/>
            <w:tcMar>
              <w:top w:w="55" w:type="dxa"/>
              <w:left w:w="10" w:type="dxa"/>
              <w:bottom w:w="30" w:type="dxa"/>
              <w:right w:w="25" w:type="dxa"/>
            </w:tcMar>
          </w:tcPr>
          <w:p w14:paraId="147D8AF8" w14:textId="77777777" w:rsidR="00327BED" w:rsidRDefault="00000000">
            <w:r>
              <w:rPr>
                <w:noProof/>
              </w:rPr>
              <w:drawing>
                <wp:inline distT="0" distB="0" distL="0" distR="0" wp14:anchorId="29AEE2CD" wp14:editId="353F8C8B">
                  <wp:extent cx="356616" cy="356616"/>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2F48F9F4" w14:textId="77777777" w:rsidR="00327BED" w:rsidRDefault="00000000">
            <w:pPr>
              <w:spacing w:after="24"/>
            </w:pPr>
            <w:r>
              <w:rPr>
                <w:b/>
                <w:color w:val="F0B232"/>
              </w:rPr>
              <w:t>Ev</w:t>
            </w:r>
            <w:r>
              <w:rPr>
                <w:color w:val="949BA4"/>
                <w:sz w:val="15"/>
              </w:rPr>
              <w:t xml:space="preserve">  10/05/2026 12:59 AM</w:t>
            </w:r>
          </w:p>
          <w:p w14:paraId="1DA9BF6A" w14:textId="77777777" w:rsidR="00327BED" w:rsidRDefault="00000000">
            <w:pPr>
              <w:spacing w:after="8" w:line="245" w:lineRule="auto"/>
            </w:pPr>
            <w:r>
              <w:t>She's killing uusss</w:t>
            </w:r>
          </w:p>
        </w:tc>
      </w:tr>
      <w:tr w:rsidR="00327BED" w14:paraId="27215C69" w14:textId="77777777">
        <w:trPr>
          <w:cantSplit/>
          <w:jc w:val="center"/>
        </w:trPr>
        <w:tc>
          <w:tcPr>
            <w:tcW w:w="778" w:type="dxa"/>
            <w:shd w:val="clear" w:color="auto" w:fill="313338"/>
            <w:tcMar>
              <w:top w:w="55" w:type="dxa"/>
              <w:left w:w="10" w:type="dxa"/>
              <w:bottom w:w="30" w:type="dxa"/>
              <w:right w:w="25" w:type="dxa"/>
            </w:tcMar>
          </w:tcPr>
          <w:p w14:paraId="503ECA3E" w14:textId="77777777" w:rsidR="00327BED" w:rsidRDefault="00000000">
            <w:r>
              <w:rPr>
                <w:noProof/>
              </w:rPr>
              <w:drawing>
                <wp:inline distT="0" distB="0" distL="0" distR="0" wp14:anchorId="61FF8191" wp14:editId="221A860C">
                  <wp:extent cx="356616" cy="356616"/>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karino.png"/>
                          <pic:cNvPicPr/>
                        </pic:nvPicPr>
                        <pic:blipFill>
                          <a:blip r:embed="rId6"/>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3E19A39" w14:textId="77777777" w:rsidR="00327BED" w:rsidRDefault="00000000">
            <w:pPr>
              <w:spacing w:after="24"/>
            </w:pPr>
            <w:r>
              <w:rPr>
                <w:b/>
                <w:color w:val="58A6FF"/>
              </w:rPr>
              <w:t>oskarino [ADHC],</w:t>
            </w:r>
            <w:r>
              <w:rPr>
                <w:color w:val="949BA4"/>
                <w:sz w:val="15"/>
              </w:rPr>
              <w:t xml:space="preserve">  10/05/2026 12:59 AM</w:t>
            </w:r>
          </w:p>
          <w:p w14:paraId="50E62D2F" w14:textId="77777777" w:rsidR="00327BED" w:rsidRDefault="00000000">
            <w:pPr>
              <w:spacing w:after="8" w:line="245" w:lineRule="auto"/>
            </w:pPr>
            <w:r>
              <w:t>she pulled out evidence</w:t>
            </w:r>
          </w:p>
          <w:p w14:paraId="296051EC" w14:textId="77777777" w:rsidR="00327BED" w:rsidRDefault="00327BED">
            <w:pPr>
              <w:spacing w:line="84" w:lineRule="auto"/>
            </w:pPr>
          </w:p>
          <w:p w14:paraId="6F338926" w14:textId="77777777" w:rsidR="00327BED" w:rsidRDefault="00000000">
            <w:pPr>
              <w:spacing w:before="10" w:after="8" w:line="245" w:lineRule="auto"/>
            </w:pPr>
            <w:r>
              <w:t>let me figure out a way to show you guys</w:t>
            </w:r>
          </w:p>
        </w:tc>
      </w:tr>
      <w:tr w:rsidR="00327BED" w14:paraId="69BD9D56" w14:textId="77777777">
        <w:trPr>
          <w:cantSplit/>
          <w:jc w:val="center"/>
        </w:trPr>
        <w:tc>
          <w:tcPr>
            <w:tcW w:w="778" w:type="dxa"/>
            <w:shd w:val="clear" w:color="auto" w:fill="313338"/>
            <w:tcMar>
              <w:top w:w="55" w:type="dxa"/>
              <w:left w:w="10" w:type="dxa"/>
              <w:bottom w:w="30" w:type="dxa"/>
              <w:right w:w="25" w:type="dxa"/>
            </w:tcMar>
          </w:tcPr>
          <w:p w14:paraId="45E2E74F" w14:textId="77777777" w:rsidR="00327BED" w:rsidRDefault="00000000">
            <w:r>
              <w:rPr>
                <w:noProof/>
              </w:rPr>
              <w:drawing>
                <wp:inline distT="0" distB="0" distL="0" distR="0" wp14:anchorId="6E954330" wp14:editId="6F3F778E">
                  <wp:extent cx="356616" cy="356616"/>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2CD0A043" w14:textId="77777777" w:rsidR="00327BED" w:rsidRDefault="00000000">
            <w:pPr>
              <w:spacing w:after="24"/>
            </w:pPr>
            <w:r>
              <w:rPr>
                <w:b/>
              </w:rPr>
              <w:t>Aperation</w:t>
            </w:r>
            <w:r>
              <w:rPr>
                <w:color w:val="949BA4"/>
                <w:sz w:val="15"/>
              </w:rPr>
              <w:t xml:space="preserve">  10/05/2026 1:00 AM</w:t>
            </w:r>
          </w:p>
          <w:p w14:paraId="5AA0E6A8" w14:textId="77777777" w:rsidR="00327BED" w:rsidRDefault="00000000">
            <w:pPr>
              <w:spacing w:after="8" w:line="245" w:lineRule="auto"/>
            </w:pPr>
            <w:r>
              <w:t>Okie dokie</w:t>
            </w:r>
          </w:p>
        </w:tc>
      </w:tr>
      <w:tr w:rsidR="00327BED" w14:paraId="6E0AD331" w14:textId="77777777">
        <w:trPr>
          <w:cantSplit/>
          <w:jc w:val="center"/>
        </w:trPr>
        <w:tc>
          <w:tcPr>
            <w:tcW w:w="778" w:type="dxa"/>
            <w:shd w:val="clear" w:color="auto" w:fill="313338"/>
            <w:tcMar>
              <w:top w:w="55" w:type="dxa"/>
              <w:left w:w="10" w:type="dxa"/>
              <w:bottom w:w="30" w:type="dxa"/>
              <w:right w:w="25" w:type="dxa"/>
            </w:tcMar>
          </w:tcPr>
          <w:p w14:paraId="2A49D212" w14:textId="77777777" w:rsidR="00327BED" w:rsidRDefault="00000000">
            <w:r>
              <w:rPr>
                <w:noProof/>
              </w:rPr>
              <w:drawing>
                <wp:inline distT="0" distB="0" distL="0" distR="0" wp14:anchorId="70DA6ACF" wp14:editId="06407A85">
                  <wp:extent cx="356616" cy="356616"/>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karino.png"/>
                          <pic:cNvPicPr/>
                        </pic:nvPicPr>
                        <pic:blipFill>
                          <a:blip r:embed="rId6"/>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6D0CD09B" w14:textId="77777777" w:rsidR="00327BED" w:rsidRDefault="00000000">
            <w:pPr>
              <w:spacing w:after="24"/>
            </w:pPr>
            <w:r>
              <w:rPr>
                <w:b/>
                <w:color w:val="58A6FF"/>
              </w:rPr>
              <w:t>oskarino [ADHC],</w:t>
            </w:r>
            <w:r>
              <w:rPr>
                <w:color w:val="949BA4"/>
                <w:sz w:val="15"/>
              </w:rPr>
              <w:t xml:space="preserve">  10/05/2026 1:00 AM</w:t>
            </w:r>
          </w:p>
          <w:p w14:paraId="1FABC2DF" w14:textId="77777777" w:rsidR="00327BED" w:rsidRDefault="00000000">
            <w:pPr>
              <w:spacing w:after="8" w:line="245" w:lineRule="auto"/>
            </w:pPr>
            <w:r>
              <w:t>can you boys hop in the call, you don’t have to talk</w:t>
            </w:r>
          </w:p>
          <w:p w14:paraId="1B5FA288" w14:textId="77777777" w:rsidR="00327BED" w:rsidRDefault="00327BED">
            <w:pPr>
              <w:spacing w:line="84" w:lineRule="auto"/>
            </w:pPr>
          </w:p>
          <w:p w14:paraId="3EEAF3C1" w14:textId="77777777" w:rsidR="00327BED" w:rsidRDefault="00000000">
            <w:pPr>
              <w:spacing w:before="10" w:after="8" w:line="245" w:lineRule="auto"/>
            </w:pPr>
            <w:r>
              <w:t>i’ll just join from my ipad and show you guys</w:t>
            </w:r>
          </w:p>
          <w:p w14:paraId="5695FD5E" w14:textId="77777777" w:rsidR="00327BED" w:rsidRDefault="00327BED">
            <w:pPr>
              <w:spacing w:line="84" w:lineRule="auto"/>
            </w:pPr>
          </w:p>
          <w:p w14:paraId="5325D936" w14:textId="77777777" w:rsidR="00327BED" w:rsidRDefault="00000000">
            <w:pPr>
              <w:spacing w:before="10" w:after="8" w:line="245" w:lineRule="auto"/>
            </w:pPr>
            <w:r>
              <w:rPr>
                <w:color w:val="00A8FC"/>
              </w:rPr>
              <w:t>@Aperation</w:t>
            </w:r>
            <w:r>
              <w:t xml:space="preserve"> </w:t>
            </w:r>
            <w:r>
              <w:rPr>
                <w:color w:val="00A8FC"/>
              </w:rPr>
              <w:t>@Ev</w:t>
            </w:r>
          </w:p>
        </w:tc>
      </w:tr>
      <w:tr w:rsidR="00327BED" w14:paraId="34E86BF3" w14:textId="77777777">
        <w:trPr>
          <w:cantSplit/>
          <w:jc w:val="center"/>
        </w:trPr>
        <w:tc>
          <w:tcPr>
            <w:tcW w:w="778" w:type="dxa"/>
            <w:shd w:val="clear" w:color="auto" w:fill="313338"/>
            <w:tcMar>
              <w:top w:w="55" w:type="dxa"/>
              <w:left w:w="10" w:type="dxa"/>
              <w:bottom w:w="30" w:type="dxa"/>
              <w:right w:w="25" w:type="dxa"/>
            </w:tcMar>
          </w:tcPr>
          <w:p w14:paraId="3054F231" w14:textId="77777777" w:rsidR="00327BED" w:rsidRDefault="00000000">
            <w:r>
              <w:rPr>
                <w:noProof/>
              </w:rPr>
              <w:drawing>
                <wp:inline distT="0" distB="0" distL="0" distR="0" wp14:anchorId="72A8E268" wp14:editId="5402A26C">
                  <wp:extent cx="356616" cy="356616"/>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5DC1126" w14:textId="77777777" w:rsidR="00327BED" w:rsidRDefault="00000000">
            <w:pPr>
              <w:spacing w:after="24"/>
            </w:pPr>
            <w:r>
              <w:rPr>
                <w:b/>
              </w:rPr>
              <w:t>Aperation</w:t>
            </w:r>
            <w:r>
              <w:rPr>
                <w:color w:val="949BA4"/>
                <w:sz w:val="15"/>
              </w:rPr>
              <w:t xml:space="preserve">  10/05/2026 1:02 AM</w:t>
            </w:r>
          </w:p>
          <w:p w14:paraId="268AC65C" w14:textId="77777777" w:rsidR="00327BED" w:rsidRDefault="00000000">
            <w:pPr>
              <w:spacing w:after="8" w:line="245" w:lineRule="auto"/>
            </w:pPr>
            <w:r>
              <w:t>Ok</w:t>
            </w:r>
          </w:p>
        </w:tc>
      </w:tr>
      <w:tr w:rsidR="00327BED" w14:paraId="11A1E5A4" w14:textId="77777777">
        <w:trPr>
          <w:cantSplit/>
          <w:jc w:val="center"/>
        </w:trPr>
        <w:tc>
          <w:tcPr>
            <w:tcW w:w="778" w:type="dxa"/>
            <w:shd w:val="clear" w:color="auto" w:fill="313338"/>
            <w:tcMar>
              <w:top w:w="55" w:type="dxa"/>
              <w:left w:w="10" w:type="dxa"/>
              <w:bottom w:w="30" w:type="dxa"/>
              <w:right w:w="25" w:type="dxa"/>
            </w:tcMar>
          </w:tcPr>
          <w:p w14:paraId="5382096A" w14:textId="77777777" w:rsidR="00327BED" w:rsidRDefault="00000000">
            <w:r>
              <w:rPr>
                <w:noProof/>
              </w:rPr>
              <w:drawing>
                <wp:inline distT="0" distB="0" distL="0" distR="0" wp14:anchorId="041DDFC8" wp14:editId="091EA745">
                  <wp:extent cx="356616" cy="356616"/>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karino.png"/>
                          <pic:cNvPicPr/>
                        </pic:nvPicPr>
                        <pic:blipFill>
                          <a:blip r:embed="rId6"/>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3EB013EE" w14:textId="77777777" w:rsidR="00327BED" w:rsidRDefault="00000000">
            <w:pPr>
              <w:spacing w:after="24"/>
            </w:pPr>
            <w:r>
              <w:rPr>
                <w:b/>
                <w:color w:val="58A6FF"/>
              </w:rPr>
              <w:t>oskarino [ADHC],</w:t>
            </w:r>
            <w:r>
              <w:rPr>
                <w:color w:val="949BA4"/>
                <w:sz w:val="15"/>
              </w:rPr>
              <w:t xml:space="preserve">  10/05/2026 1:02 AM</w:t>
            </w:r>
          </w:p>
          <w:p w14:paraId="03F964EF" w14:textId="77777777" w:rsidR="00327BED" w:rsidRDefault="00000000">
            <w:pPr>
              <w:spacing w:after="8" w:line="245" w:lineRule="auto"/>
            </w:pPr>
            <w:r>
              <w:t>Idk if you’ve got your headphones in so I’ll mute too</w:t>
            </w:r>
          </w:p>
        </w:tc>
      </w:tr>
      <w:tr w:rsidR="00327BED" w14:paraId="09B46CBD" w14:textId="77777777">
        <w:trPr>
          <w:cantSplit/>
          <w:jc w:val="center"/>
        </w:trPr>
        <w:tc>
          <w:tcPr>
            <w:tcW w:w="778" w:type="dxa"/>
            <w:shd w:val="clear" w:color="auto" w:fill="313338"/>
            <w:tcMar>
              <w:top w:w="55" w:type="dxa"/>
              <w:left w:w="10" w:type="dxa"/>
              <w:bottom w:w="30" w:type="dxa"/>
              <w:right w:w="25" w:type="dxa"/>
            </w:tcMar>
          </w:tcPr>
          <w:p w14:paraId="0AF37CA1" w14:textId="77777777" w:rsidR="00327BED" w:rsidRDefault="00000000">
            <w:r>
              <w:rPr>
                <w:noProof/>
              </w:rPr>
              <w:drawing>
                <wp:inline distT="0" distB="0" distL="0" distR="0" wp14:anchorId="7803AA99" wp14:editId="3FB4BA0D">
                  <wp:extent cx="356616" cy="356616"/>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3A00DADF" w14:textId="77777777" w:rsidR="00327BED" w:rsidRDefault="00000000">
            <w:pPr>
              <w:spacing w:after="24"/>
            </w:pPr>
            <w:r>
              <w:rPr>
                <w:b/>
                <w:color w:val="F0B232"/>
              </w:rPr>
              <w:t>Ev</w:t>
            </w:r>
            <w:r>
              <w:rPr>
                <w:color w:val="949BA4"/>
                <w:sz w:val="15"/>
              </w:rPr>
              <w:t xml:space="preserve">  10/05/2026 1:02 AM</w:t>
            </w:r>
          </w:p>
          <w:p w14:paraId="4DD96132" w14:textId="77777777" w:rsidR="00327BED" w:rsidRDefault="00000000">
            <w:pPr>
              <w:spacing w:after="8" w:line="245" w:lineRule="auto"/>
            </w:pPr>
            <w:r>
              <w:t>No man deserves to have a face so glum at 1:02</w:t>
            </w:r>
          </w:p>
          <w:p w14:paraId="2772A03F" w14:textId="77777777" w:rsidR="00327BED" w:rsidRDefault="00327BED">
            <w:pPr>
              <w:spacing w:line="84" w:lineRule="auto"/>
            </w:pPr>
          </w:p>
          <w:p w14:paraId="737A45A2" w14:textId="77777777" w:rsidR="00327BED" w:rsidRDefault="00000000">
            <w:pPr>
              <w:spacing w:before="10" w:after="8" w:line="245" w:lineRule="auto"/>
            </w:pPr>
            <w:r>
              <w:t>Lovely smile</w:t>
            </w:r>
          </w:p>
          <w:p w14:paraId="34CE5342" w14:textId="77777777" w:rsidR="00327BED" w:rsidRDefault="00327BED">
            <w:pPr>
              <w:spacing w:line="84" w:lineRule="auto"/>
            </w:pPr>
          </w:p>
          <w:p w14:paraId="6A5CEB1B" w14:textId="77777777" w:rsidR="00327BED" w:rsidRDefault="00000000">
            <w:pPr>
              <w:spacing w:before="10" w:after="8" w:line="245" w:lineRule="auto"/>
            </w:pPr>
            <w:r>
              <w:t>Your literally just talking</w:t>
            </w:r>
          </w:p>
        </w:tc>
      </w:tr>
      <w:tr w:rsidR="00327BED" w14:paraId="66013AB5" w14:textId="77777777">
        <w:trPr>
          <w:cantSplit/>
          <w:jc w:val="center"/>
        </w:trPr>
        <w:tc>
          <w:tcPr>
            <w:tcW w:w="778" w:type="dxa"/>
            <w:shd w:val="clear" w:color="auto" w:fill="313338"/>
            <w:tcMar>
              <w:top w:w="55" w:type="dxa"/>
              <w:left w:w="10" w:type="dxa"/>
              <w:bottom w:w="30" w:type="dxa"/>
              <w:right w:w="25" w:type="dxa"/>
            </w:tcMar>
          </w:tcPr>
          <w:p w14:paraId="69BC40C9" w14:textId="77777777" w:rsidR="00327BED" w:rsidRDefault="00000000">
            <w:r>
              <w:rPr>
                <w:noProof/>
              </w:rPr>
              <w:drawing>
                <wp:inline distT="0" distB="0" distL="0" distR="0" wp14:anchorId="135251FA" wp14:editId="581FA1B6">
                  <wp:extent cx="356616" cy="356616"/>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760E4CB6" w14:textId="77777777" w:rsidR="00327BED" w:rsidRDefault="00000000">
            <w:pPr>
              <w:spacing w:after="24"/>
            </w:pPr>
            <w:r>
              <w:rPr>
                <w:b/>
              </w:rPr>
              <w:t>Aperation</w:t>
            </w:r>
            <w:r>
              <w:rPr>
                <w:color w:val="949BA4"/>
                <w:sz w:val="15"/>
              </w:rPr>
              <w:t xml:space="preserve">  10/05/2026 1:03 AM</w:t>
            </w:r>
          </w:p>
          <w:p w14:paraId="1DA1DF53" w14:textId="77777777" w:rsidR="00327BED" w:rsidRDefault="00000000">
            <w:pPr>
              <w:spacing w:after="8" w:line="245" w:lineRule="auto"/>
            </w:pPr>
            <w:r>
              <w:t>Tell her to fuck off</w:t>
            </w:r>
          </w:p>
        </w:tc>
      </w:tr>
      <w:tr w:rsidR="00327BED" w14:paraId="0AD11609" w14:textId="77777777">
        <w:trPr>
          <w:cantSplit/>
          <w:jc w:val="center"/>
        </w:trPr>
        <w:tc>
          <w:tcPr>
            <w:tcW w:w="778" w:type="dxa"/>
            <w:shd w:val="clear" w:color="auto" w:fill="313338"/>
            <w:tcMar>
              <w:top w:w="55" w:type="dxa"/>
              <w:left w:w="10" w:type="dxa"/>
              <w:bottom w:w="30" w:type="dxa"/>
              <w:right w:w="25" w:type="dxa"/>
            </w:tcMar>
          </w:tcPr>
          <w:p w14:paraId="58361D80" w14:textId="77777777" w:rsidR="00327BED" w:rsidRDefault="00000000">
            <w:r>
              <w:rPr>
                <w:noProof/>
              </w:rPr>
              <w:lastRenderedPageBreak/>
              <w:drawing>
                <wp:inline distT="0" distB="0" distL="0" distR="0" wp14:anchorId="508B9E4E" wp14:editId="1744F25A">
                  <wp:extent cx="356616" cy="356616"/>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2F1698FC" w14:textId="77777777" w:rsidR="00327BED" w:rsidRDefault="00000000">
            <w:pPr>
              <w:spacing w:after="24"/>
            </w:pPr>
            <w:r>
              <w:rPr>
                <w:b/>
                <w:color w:val="F0B232"/>
              </w:rPr>
              <w:t>Ev</w:t>
            </w:r>
            <w:r>
              <w:rPr>
                <w:color w:val="949BA4"/>
                <w:sz w:val="15"/>
              </w:rPr>
              <w:t xml:space="preserve">  10/05/2026 1:03 AM</w:t>
            </w:r>
          </w:p>
          <w:p w14:paraId="10F7BB17" w14:textId="77777777" w:rsidR="00327BED" w:rsidRDefault="00000000">
            <w:pPr>
              <w:spacing w:after="8" w:line="245" w:lineRule="auto"/>
            </w:pPr>
            <w:r>
              <w:t>FUCK OFF</w:t>
            </w:r>
          </w:p>
        </w:tc>
      </w:tr>
      <w:tr w:rsidR="00327BED" w14:paraId="7B95797E" w14:textId="77777777">
        <w:trPr>
          <w:cantSplit/>
          <w:jc w:val="center"/>
        </w:trPr>
        <w:tc>
          <w:tcPr>
            <w:tcW w:w="778" w:type="dxa"/>
            <w:shd w:val="clear" w:color="auto" w:fill="313338"/>
            <w:tcMar>
              <w:top w:w="55" w:type="dxa"/>
              <w:left w:w="10" w:type="dxa"/>
              <w:bottom w:w="30" w:type="dxa"/>
              <w:right w:w="25" w:type="dxa"/>
            </w:tcMar>
          </w:tcPr>
          <w:p w14:paraId="1246FEFC" w14:textId="77777777" w:rsidR="00327BED" w:rsidRDefault="00000000">
            <w:r>
              <w:rPr>
                <w:noProof/>
              </w:rPr>
              <w:drawing>
                <wp:inline distT="0" distB="0" distL="0" distR="0" wp14:anchorId="4B121C45" wp14:editId="10D3580A">
                  <wp:extent cx="356616" cy="356616"/>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8B0C75D" w14:textId="77777777" w:rsidR="00327BED" w:rsidRDefault="00000000">
            <w:pPr>
              <w:spacing w:after="24"/>
            </w:pPr>
            <w:r>
              <w:rPr>
                <w:b/>
              </w:rPr>
              <w:t>Aperation</w:t>
            </w:r>
            <w:r>
              <w:rPr>
                <w:color w:val="949BA4"/>
                <w:sz w:val="15"/>
              </w:rPr>
              <w:t xml:space="preserve">  10/05/2026 1:03 AM</w:t>
            </w:r>
          </w:p>
          <w:p w14:paraId="40DD0F01" w14:textId="77777777" w:rsidR="00327BED" w:rsidRDefault="00000000">
            <w:pPr>
              <w:spacing w:after="8" w:line="245" w:lineRule="auto"/>
            </w:pPr>
            <w:r>
              <w:t>Holy fucking shit</w:t>
            </w:r>
          </w:p>
        </w:tc>
      </w:tr>
      <w:tr w:rsidR="00327BED" w14:paraId="651D23E8" w14:textId="77777777">
        <w:trPr>
          <w:cantSplit/>
          <w:jc w:val="center"/>
        </w:trPr>
        <w:tc>
          <w:tcPr>
            <w:tcW w:w="778" w:type="dxa"/>
            <w:shd w:val="clear" w:color="auto" w:fill="313338"/>
            <w:tcMar>
              <w:top w:w="55" w:type="dxa"/>
              <w:left w:w="10" w:type="dxa"/>
              <w:bottom w:w="30" w:type="dxa"/>
              <w:right w:w="25" w:type="dxa"/>
            </w:tcMar>
          </w:tcPr>
          <w:p w14:paraId="3062D8B3" w14:textId="77777777" w:rsidR="00327BED" w:rsidRDefault="00000000">
            <w:r>
              <w:rPr>
                <w:noProof/>
              </w:rPr>
              <w:drawing>
                <wp:inline distT="0" distB="0" distL="0" distR="0" wp14:anchorId="16E52A5D" wp14:editId="7096E422">
                  <wp:extent cx="356616" cy="356616"/>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B2023AB" w14:textId="77777777" w:rsidR="00327BED" w:rsidRDefault="00000000">
            <w:pPr>
              <w:spacing w:after="24"/>
            </w:pPr>
            <w:r>
              <w:rPr>
                <w:b/>
                <w:color w:val="F0B232"/>
              </w:rPr>
              <w:t>Ev</w:t>
            </w:r>
            <w:r>
              <w:rPr>
                <w:color w:val="949BA4"/>
                <w:sz w:val="15"/>
              </w:rPr>
              <w:t xml:space="preserve">  10/05/2026 1:03 AM</w:t>
            </w:r>
          </w:p>
          <w:p w14:paraId="7B052C63" w14:textId="77777777" w:rsidR="00327BED" w:rsidRDefault="00000000">
            <w:pPr>
              <w:spacing w:after="8" w:line="245" w:lineRule="auto"/>
            </w:pPr>
            <w:r>
              <w:t>Nah just give some attitude</w:t>
            </w:r>
          </w:p>
          <w:p w14:paraId="1084C6EE" w14:textId="77777777" w:rsidR="00327BED" w:rsidRDefault="00327BED">
            <w:pPr>
              <w:spacing w:line="84" w:lineRule="auto"/>
            </w:pPr>
          </w:p>
          <w:p w14:paraId="50D060C4" w14:textId="77777777" w:rsidR="00327BED" w:rsidRDefault="00000000">
            <w:pPr>
              <w:spacing w:before="10" w:after="8" w:line="245" w:lineRule="auto"/>
            </w:pPr>
            <w:r>
              <w:t>She's being fucking ridiculous</w:t>
            </w:r>
          </w:p>
        </w:tc>
      </w:tr>
      <w:tr w:rsidR="00327BED" w14:paraId="68E9F506" w14:textId="77777777">
        <w:trPr>
          <w:cantSplit/>
          <w:jc w:val="center"/>
        </w:trPr>
        <w:tc>
          <w:tcPr>
            <w:tcW w:w="778" w:type="dxa"/>
            <w:shd w:val="clear" w:color="auto" w:fill="313338"/>
            <w:tcMar>
              <w:top w:w="55" w:type="dxa"/>
              <w:left w:w="10" w:type="dxa"/>
              <w:bottom w:w="30" w:type="dxa"/>
              <w:right w:w="25" w:type="dxa"/>
            </w:tcMar>
          </w:tcPr>
          <w:p w14:paraId="29F759EB" w14:textId="77777777" w:rsidR="00327BED" w:rsidRDefault="00000000">
            <w:r>
              <w:rPr>
                <w:noProof/>
              </w:rPr>
              <w:drawing>
                <wp:inline distT="0" distB="0" distL="0" distR="0" wp14:anchorId="67BAEEF3" wp14:editId="096DD133">
                  <wp:extent cx="356616" cy="356616"/>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1414FA9" w14:textId="77777777" w:rsidR="00327BED" w:rsidRDefault="00000000">
            <w:pPr>
              <w:spacing w:after="24"/>
            </w:pPr>
            <w:r>
              <w:rPr>
                <w:b/>
              </w:rPr>
              <w:t>Aperation</w:t>
            </w:r>
            <w:r>
              <w:rPr>
                <w:color w:val="949BA4"/>
                <w:sz w:val="15"/>
              </w:rPr>
              <w:t xml:space="preserve">  10/05/2026 1:03 AM</w:t>
            </w:r>
          </w:p>
          <w:p w14:paraId="1199BE38" w14:textId="77777777" w:rsidR="00327BED" w:rsidRDefault="00000000">
            <w:pPr>
              <w:spacing w:after="8" w:line="245" w:lineRule="auto"/>
            </w:pPr>
            <w:r>
              <w:t>ASK HER IF ITS SOMETHJNG TO GIVE A RANDOM GIY HER INSTAGRAM</w:t>
            </w:r>
          </w:p>
          <w:p w14:paraId="52232A2F" w14:textId="77777777" w:rsidR="00327BED" w:rsidRDefault="00327BED">
            <w:pPr>
              <w:spacing w:line="84" w:lineRule="auto"/>
            </w:pPr>
          </w:p>
          <w:p w14:paraId="2A161DA0" w14:textId="77777777" w:rsidR="00327BED" w:rsidRDefault="00000000">
            <w:pPr>
              <w:spacing w:before="10" w:after="8" w:line="245" w:lineRule="auto"/>
            </w:pPr>
            <w:r>
              <w:t>Foid foid foid</w:t>
            </w:r>
          </w:p>
          <w:p w14:paraId="2D7B40B8" w14:textId="77777777" w:rsidR="00327BED" w:rsidRDefault="00327BED">
            <w:pPr>
              <w:spacing w:line="84" w:lineRule="auto"/>
            </w:pPr>
          </w:p>
          <w:p w14:paraId="6C6E9228" w14:textId="77777777" w:rsidR="00327BED" w:rsidRDefault="00000000">
            <w:pPr>
              <w:spacing w:before="10" w:after="8" w:line="245" w:lineRule="auto"/>
            </w:pPr>
            <w:r>
              <w:t>Listen that is literally the biggest nothing burger I’ve seen in my life</w:t>
            </w:r>
          </w:p>
        </w:tc>
      </w:tr>
      <w:tr w:rsidR="00327BED" w14:paraId="375153B8" w14:textId="77777777">
        <w:trPr>
          <w:cantSplit/>
          <w:jc w:val="center"/>
        </w:trPr>
        <w:tc>
          <w:tcPr>
            <w:tcW w:w="778" w:type="dxa"/>
            <w:shd w:val="clear" w:color="auto" w:fill="313338"/>
            <w:tcMar>
              <w:top w:w="55" w:type="dxa"/>
              <w:left w:w="10" w:type="dxa"/>
              <w:bottom w:w="30" w:type="dxa"/>
              <w:right w:w="25" w:type="dxa"/>
            </w:tcMar>
          </w:tcPr>
          <w:p w14:paraId="7269E7FB" w14:textId="77777777" w:rsidR="00327BED" w:rsidRDefault="00000000">
            <w:r>
              <w:rPr>
                <w:noProof/>
              </w:rPr>
              <w:drawing>
                <wp:inline distT="0" distB="0" distL="0" distR="0" wp14:anchorId="54FF3ABD" wp14:editId="5E7D3AC0">
                  <wp:extent cx="356616" cy="356616"/>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63F56B3D" w14:textId="77777777" w:rsidR="00327BED" w:rsidRDefault="00000000">
            <w:pPr>
              <w:spacing w:after="24"/>
            </w:pPr>
            <w:r>
              <w:rPr>
                <w:b/>
                <w:color w:val="F0B232"/>
              </w:rPr>
              <w:t>Ev</w:t>
            </w:r>
            <w:r>
              <w:rPr>
                <w:color w:val="949BA4"/>
                <w:sz w:val="15"/>
              </w:rPr>
              <w:t xml:space="preserve">  10/05/2026 1:04 AM</w:t>
            </w:r>
          </w:p>
          <w:p w14:paraId="591FE218" w14:textId="77777777" w:rsidR="00327BED" w:rsidRDefault="00000000">
            <w:pPr>
              <w:spacing w:after="8" w:line="245" w:lineRule="auto"/>
            </w:pPr>
            <w:r>
              <w:t>I'm actually relieved</w:t>
            </w:r>
          </w:p>
          <w:p w14:paraId="373191E1" w14:textId="77777777" w:rsidR="00327BED" w:rsidRDefault="00327BED">
            <w:pPr>
              <w:spacing w:line="84" w:lineRule="auto"/>
            </w:pPr>
          </w:p>
          <w:p w14:paraId="03B63271" w14:textId="77777777" w:rsidR="00327BED" w:rsidRDefault="00000000">
            <w:pPr>
              <w:spacing w:before="10" w:after="8" w:line="245" w:lineRule="auto"/>
            </w:pPr>
            <w:r>
              <w:t>Bc that's such a nothing burger</w:t>
            </w:r>
          </w:p>
          <w:p w14:paraId="7FB9DA62" w14:textId="77777777" w:rsidR="00327BED" w:rsidRDefault="00327BED">
            <w:pPr>
              <w:spacing w:line="84" w:lineRule="auto"/>
            </w:pPr>
          </w:p>
          <w:p w14:paraId="17FBF0CB" w14:textId="77777777" w:rsidR="00327BED" w:rsidRDefault="00000000">
            <w:pPr>
              <w:spacing w:before="10" w:after="8" w:line="245" w:lineRule="auto"/>
            </w:pPr>
            <w:r>
              <w:t>That's fucking crazy</w:t>
            </w:r>
          </w:p>
        </w:tc>
      </w:tr>
      <w:tr w:rsidR="00327BED" w14:paraId="69E8655F" w14:textId="77777777">
        <w:trPr>
          <w:cantSplit/>
          <w:jc w:val="center"/>
        </w:trPr>
        <w:tc>
          <w:tcPr>
            <w:tcW w:w="778" w:type="dxa"/>
            <w:shd w:val="clear" w:color="auto" w:fill="313338"/>
            <w:tcMar>
              <w:top w:w="55" w:type="dxa"/>
              <w:left w:w="10" w:type="dxa"/>
              <w:bottom w:w="30" w:type="dxa"/>
              <w:right w:w="25" w:type="dxa"/>
            </w:tcMar>
          </w:tcPr>
          <w:p w14:paraId="4605879F" w14:textId="77777777" w:rsidR="00327BED" w:rsidRDefault="00000000">
            <w:r>
              <w:rPr>
                <w:noProof/>
              </w:rPr>
              <w:drawing>
                <wp:inline distT="0" distB="0" distL="0" distR="0" wp14:anchorId="0543CCA4" wp14:editId="150E70D8">
                  <wp:extent cx="356616" cy="356616"/>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D30A711" w14:textId="77777777" w:rsidR="00327BED" w:rsidRDefault="00000000">
            <w:pPr>
              <w:spacing w:after="24"/>
            </w:pPr>
            <w:r>
              <w:rPr>
                <w:b/>
              </w:rPr>
              <w:t>Aperation</w:t>
            </w:r>
            <w:r>
              <w:rPr>
                <w:color w:val="949BA4"/>
                <w:sz w:val="15"/>
              </w:rPr>
              <w:t xml:space="preserve">  10/05/2026 1:04 AM</w:t>
            </w:r>
          </w:p>
          <w:p w14:paraId="2E861BE1" w14:textId="77777777" w:rsidR="00327BED" w:rsidRDefault="00000000">
            <w:pPr>
              <w:spacing w:after="8" w:line="245" w:lineRule="auto"/>
            </w:pPr>
            <w:r>
              <w:t>Yeah that’s fucjing perfect for fuck sake holy smoke</w:t>
            </w:r>
          </w:p>
        </w:tc>
      </w:tr>
      <w:tr w:rsidR="00327BED" w14:paraId="7A9C8B23" w14:textId="77777777">
        <w:trPr>
          <w:cantSplit/>
          <w:jc w:val="center"/>
        </w:trPr>
        <w:tc>
          <w:tcPr>
            <w:tcW w:w="778" w:type="dxa"/>
            <w:shd w:val="clear" w:color="auto" w:fill="313338"/>
            <w:tcMar>
              <w:top w:w="55" w:type="dxa"/>
              <w:left w:w="10" w:type="dxa"/>
              <w:bottom w:w="30" w:type="dxa"/>
              <w:right w:w="25" w:type="dxa"/>
            </w:tcMar>
          </w:tcPr>
          <w:p w14:paraId="1385D72A" w14:textId="77777777" w:rsidR="00327BED" w:rsidRDefault="00000000">
            <w:r>
              <w:rPr>
                <w:noProof/>
              </w:rPr>
              <w:drawing>
                <wp:inline distT="0" distB="0" distL="0" distR="0" wp14:anchorId="660BC9F6" wp14:editId="6D4FC4BF">
                  <wp:extent cx="356616" cy="356616"/>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09C1E15" w14:textId="77777777" w:rsidR="00327BED" w:rsidRDefault="00000000">
            <w:pPr>
              <w:spacing w:after="24"/>
            </w:pPr>
            <w:r>
              <w:rPr>
                <w:b/>
                <w:color w:val="F0B232"/>
              </w:rPr>
              <w:t>Ev</w:t>
            </w:r>
            <w:r>
              <w:rPr>
                <w:color w:val="949BA4"/>
                <w:sz w:val="15"/>
              </w:rPr>
              <w:t xml:space="preserve">  10/05/2026 1:04 AM</w:t>
            </w:r>
          </w:p>
          <w:p w14:paraId="503ACB78" w14:textId="77777777" w:rsidR="00327BED" w:rsidRDefault="00000000">
            <w:pPr>
              <w:spacing w:after="8" w:line="245" w:lineRule="auto"/>
            </w:pPr>
            <w:r>
              <w:t>Micro analyzing a freeze frame</w:t>
            </w:r>
          </w:p>
        </w:tc>
      </w:tr>
      <w:tr w:rsidR="00327BED" w14:paraId="1AF3F40C" w14:textId="77777777">
        <w:trPr>
          <w:cantSplit/>
          <w:jc w:val="center"/>
        </w:trPr>
        <w:tc>
          <w:tcPr>
            <w:tcW w:w="778" w:type="dxa"/>
            <w:shd w:val="clear" w:color="auto" w:fill="313338"/>
            <w:tcMar>
              <w:top w:w="55" w:type="dxa"/>
              <w:left w:w="10" w:type="dxa"/>
              <w:bottom w:w="30" w:type="dxa"/>
              <w:right w:w="25" w:type="dxa"/>
            </w:tcMar>
          </w:tcPr>
          <w:p w14:paraId="6292C808" w14:textId="77777777" w:rsidR="00327BED" w:rsidRDefault="00000000">
            <w:r>
              <w:rPr>
                <w:noProof/>
              </w:rPr>
              <w:drawing>
                <wp:inline distT="0" distB="0" distL="0" distR="0" wp14:anchorId="283BC02F" wp14:editId="17489B07">
                  <wp:extent cx="356616" cy="356616"/>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3410C0BC" w14:textId="77777777" w:rsidR="00327BED" w:rsidRDefault="00000000">
            <w:pPr>
              <w:spacing w:after="24"/>
            </w:pPr>
            <w:r>
              <w:rPr>
                <w:b/>
              </w:rPr>
              <w:t>Aperation</w:t>
            </w:r>
            <w:r>
              <w:rPr>
                <w:color w:val="949BA4"/>
                <w:sz w:val="15"/>
              </w:rPr>
              <w:t xml:space="preserve">  10/05/2026 1:04 AM</w:t>
            </w:r>
          </w:p>
          <w:p w14:paraId="01BEC05F" w14:textId="77777777" w:rsidR="00327BED" w:rsidRDefault="00000000">
            <w:pPr>
              <w:spacing w:after="8" w:line="245" w:lineRule="auto"/>
            </w:pPr>
            <w:r>
              <w:t>A brother talks to someone and now that want to crack</w:t>
            </w:r>
          </w:p>
          <w:p w14:paraId="0DE6A859" w14:textId="77777777" w:rsidR="00327BED" w:rsidRDefault="00327BED">
            <w:pPr>
              <w:spacing w:line="84" w:lineRule="auto"/>
            </w:pPr>
          </w:p>
          <w:p w14:paraId="64D51BC6" w14:textId="77777777" w:rsidR="00327BED" w:rsidRDefault="00000000">
            <w:pPr>
              <w:spacing w:before="10" w:after="8" w:line="245" w:lineRule="auto"/>
            </w:pPr>
            <w:r>
              <w:t>Yes</w:t>
            </w:r>
          </w:p>
          <w:p w14:paraId="5E9769AC" w14:textId="77777777" w:rsidR="00327BED" w:rsidRDefault="00327BED">
            <w:pPr>
              <w:spacing w:line="84" w:lineRule="auto"/>
            </w:pPr>
          </w:p>
          <w:p w14:paraId="71BDD727" w14:textId="77777777" w:rsidR="00327BED" w:rsidRDefault="00000000">
            <w:pPr>
              <w:spacing w:before="10" w:after="8" w:line="245" w:lineRule="auto"/>
            </w:pPr>
            <w:r>
              <w:t>Say something like</w:t>
            </w:r>
          </w:p>
        </w:tc>
      </w:tr>
      <w:tr w:rsidR="00327BED" w14:paraId="0770CA95" w14:textId="77777777">
        <w:trPr>
          <w:cantSplit/>
          <w:jc w:val="center"/>
        </w:trPr>
        <w:tc>
          <w:tcPr>
            <w:tcW w:w="778" w:type="dxa"/>
            <w:shd w:val="clear" w:color="auto" w:fill="313338"/>
            <w:tcMar>
              <w:top w:w="55" w:type="dxa"/>
              <w:left w:w="10" w:type="dxa"/>
              <w:bottom w:w="30" w:type="dxa"/>
              <w:right w:w="25" w:type="dxa"/>
            </w:tcMar>
          </w:tcPr>
          <w:p w14:paraId="1BE63406" w14:textId="77777777" w:rsidR="00327BED" w:rsidRDefault="00000000">
            <w:r>
              <w:rPr>
                <w:noProof/>
              </w:rPr>
              <w:drawing>
                <wp:inline distT="0" distB="0" distL="0" distR="0" wp14:anchorId="577007C0" wp14:editId="7FE63107">
                  <wp:extent cx="356616" cy="356616"/>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69667E7A" w14:textId="77777777" w:rsidR="00327BED" w:rsidRDefault="00000000">
            <w:pPr>
              <w:spacing w:after="24"/>
            </w:pPr>
            <w:r>
              <w:rPr>
                <w:b/>
                <w:color w:val="F0B232"/>
              </w:rPr>
              <w:t>Ev</w:t>
            </w:r>
            <w:r>
              <w:rPr>
                <w:color w:val="949BA4"/>
                <w:sz w:val="15"/>
              </w:rPr>
              <w:t xml:space="preserve">  10/05/2026 1:05 AM</w:t>
            </w:r>
          </w:p>
          <w:p w14:paraId="1C0F0648" w14:textId="77777777" w:rsidR="00327BED" w:rsidRDefault="00000000">
            <w:pPr>
              <w:spacing w:after="8" w:line="245" w:lineRule="auto"/>
            </w:pPr>
            <w:r>
              <w:t>Yeah</w:t>
            </w:r>
          </w:p>
        </w:tc>
      </w:tr>
      <w:tr w:rsidR="00327BED" w14:paraId="4A88F72E" w14:textId="77777777">
        <w:trPr>
          <w:cantSplit/>
          <w:jc w:val="center"/>
        </w:trPr>
        <w:tc>
          <w:tcPr>
            <w:tcW w:w="778" w:type="dxa"/>
            <w:shd w:val="clear" w:color="auto" w:fill="313338"/>
            <w:tcMar>
              <w:top w:w="55" w:type="dxa"/>
              <w:left w:w="10" w:type="dxa"/>
              <w:bottom w:w="30" w:type="dxa"/>
              <w:right w:w="25" w:type="dxa"/>
            </w:tcMar>
          </w:tcPr>
          <w:p w14:paraId="0D18621E" w14:textId="77777777" w:rsidR="00327BED" w:rsidRDefault="00000000">
            <w:r>
              <w:rPr>
                <w:noProof/>
              </w:rPr>
              <w:drawing>
                <wp:inline distT="0" distB="0" distL="0" distR="0" wp14:anchorId="3CF3E968" wp14:editId="744E0B07">
                  <wp:extent cx="356616" cy="356616"/>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7B78BDE9" w14:textId="77777777" w:rsidR="00327BED" w:rsidRDefault="00000000">
            <w:pPr>
              <w:spacing w:after="24"/>
            </w:pPr>
            <w:r>
              <w:rPr>
                <w:b/>
              </w:rPr>
              <w:t>Aperation</w:t>
            </w:r>
            <w:r>
              <w:rPr>
                <w:color w:val="949BA4"/>
                <w:sz w:val="15"/>
              </w:rPr>
              <w:t xml:space="preserve">  10/05/2026 1:05 AM</w:t>
            </w:r>
          </w:p>
          <w:p w14:paraId="621A8981" w14:textId="77777777" w:rsidR="00327BED" w:rsidRDefault="00000000">
            <w:pPr>
              <w:spacing w:after="8" w:line="245" w:lineRule="auto"/>
            </w:pPr>
            <w:r>
              <w:t>Actually that’s just perfect</w:t>
            </w:r>
          </w:p>
          <w:p w14:paraId="2F1A0F6D" w14:textId="77777777" w:rsidR="00327BED" w:rsidRDefault="00327BED">
            <w:pPr>
              <w:spacing w:line="84" w:lineRule="auto"/>
            </w:pPr>
          </w:p>
          <w:p w14:paraId="15CEA237" w14:textId="77777777" w:rsidR="00327BED" w:rsidRDefault="00000000">
            <w:pPr>
              <w:spacing w:before="10" w:after="8" w:line="245" w:lineRule="auto"/>
            </w:pPr>
            <w:r>
              <w:t>Bc holy smokes</w:t>
            </w:r>
          </w:p>
          <w:p w14:paraId="3331D4C0" w14:textId="77777777" w:rsidR="00327BED" w:rsidRDefault="00327BED">
            <w:pPr>
              <w:spacing w:line="84" w:lineRule="auto"/>
            </w:pPr>
          </w:p>
          <w:p w14:paraId="19BB8924" w14:textId="77777777" w:rsidR="00327BED" w:rsidRDefault="00000000">
            <w:pPr>
              <w:spacing w:before="10" w:after="8" w:line="245" w:lineRule="auto"/>
            </w:pPr>
            <w:r>
              <w:t>A brothers trying to catch his 5 winks of sleep and she’s sending that bullshit</w:t>
            </w:r>
          </w:p>
        </w:tc>
      </w:tr>
      <w:tr w:rsidR="00327BED" w14:paraId="57B2BFF0" w14:textId="77777777">
        <w:trPr>
          <w:cantSplit/>
          <w:jc w:val="center"/>
        </w:trPr>
        <w:tc>
          <w:tcPr>
            <w:tcW w:w="778" w:type="dxa"/>
            <w:shd w:val="clear" w:color="auto" w:fill="313338"/>
            <w:tcMar>
              <w:top w:w="55" w:type="dxa"/>
              <w:left w:w="10" w:type="dxa"/>
              <w:bottom w:w="30" w:type="dxa"/>
              <w:right w:w="25" w:type="dxa"/>
            </w:tcMar>
          </w:tcPr>
          <w:p w14:paraId="037F7608" w14:textId="77777777" w:rsidR="00327BED" w:rsidRDefault="00000000">
            <w:r>
              <w:rPr>
                <w:noProof/>
              </w:rPr>
              <w:drawing>
                <wp:inline distT="0" distB="0" distL="0" distR="0" wp14:anchorId="7109F9FC" wp14:editId="26C82EDC">
                  <wp:extent cx="356616" cy="356616"/>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BDFCDF9" w14:textId="77777777" w:rsidR="00327BED" w:rsidRDefault="00000000">
            <w:pPr>
              <w:spacing w:after="24"/>
            </w:pPr>
            <w:r>
              <w:rPr>
                <w:b/>
                <w:color w:val="F0B232"/>
              </w:rPr>
              <w:t>Ev</w:t>
            </w:r>
            <w:r>
              <w:rPr>
                <w:color w:val="949BA4"/>
                <w:sz w:val="15"/>
              </w:rPr>
              <w:t xml:space="preserve">  10/05/2026 1:05 AM</w:t>
            </w:r>
          </w:p>
          <w:p w14:paraId="63EDA4B8" w14:textId="77777777" w:rsidR="00327BED" w:rsidRDefault="00000000">
            <w:pPr>
              <w:spacing w:after="8" w:line="245" w:lineRule="auto"/>
            </w:pPr>
            <w:r>
              <w:t>You're forgiven</w:t>
            </w:r>
          </w:p>
          <w:p w14:paraId="2ED509D3" w14:textId="77777777" w:rsidR="00327BED" w:rsidRDefault="00327BED">
            <w:pPr>
              <w:spacing w:line="84" w:lineRule="auto"/>
            </w:pPr>
          </w:p>
          <w:p w14:paraId="3DE6BB78" w14:textId="77777777" w:rsidR="00327BED" w:rsidRDefault="00000000">
            <w:pPr>
              <w:spacing w:before="10" w:after="8" w:line="245" w:lineRule="auto"/>
            </w:pPr>
            <w:r>
              <w:t>I'm tryna text thingy rn</w:t>
            </w:r>
          </w:p>
        </w:tc>
      </w:tr>
      <w:tr w:rsidR="00327BED" w14:paraId="27FCAE06" w14:textId="77777777">
        <w:trPr>
          <w:cantSplit/>
          <w:jc w:val="center"/>
        </w:trPr>
        <w:tc>
          <w:tcPr>
            <w:tcW w:w="778" w:type="dxa"/>
            <w:shd w:val="clear" w:color="auto" w:fill="313338"/>
            <w:tcMar>
              <w:top w:w="55" w:type="dxa"/>
              <w:left w:w="10" w:type="dxa"/>
              <w:bottom w:w="30" w:type="dxa"/>
              <w:right w:w="25" w:type="dxa"/>
            </w:tcMar>
          </w:tcPr>
          <w:p w14:paraId="7F7A2FC1" w14:textId="77777777" w:rsidR="00327BED" w:rsidRDefault="00000000">
            <w:r>
              <w:rPr>
                <w:noProof/>
              </w:rPr>
              <w:drawing>
                <wp:inline distT="0" distB="0" distL="0" distR="0" wp14:anchorId="68BA8091" wp14:editId="55E321ED">
                  <wp:extent cx="356616" cy="356616"/>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0D86E997" w14:textId="77777777" w:rsidR="00327BED" w:rsidRDefault="00000000">
            <w:pPr>
              <w:spacing w:after="24"/>
            </w:pPr>
            <w:r>
              <w:rPr>
                <w:b/>
              </w:rPr>
              <w:t>Aperation</w:t>
            </w:r>
            <w:r>
              <w:rPr>
                <w:color w:val="949BA4"/>
                <w:sz w:val="15"/>
              </w:rPr>
              <w:t xml:space="preserve">  10/05/2026 1:06 AM</w:t>
            </w:r>
          </w:p>
          <w:p w14:paraId="0BBBFDAE" w14:textId="77777777" w:rsidR="00327BED" w:rsidRDefault="00000000">
            <w:pPr>
              <w:spacing w:after="8" w:line="245" w:lineRule="auto"/>
            </w:pPr>
            <w:r>
              <w:t>It’s ok shes bothering us all</w:t>
            </w:r>
          </w:p>
          <w:p w14:paraId="45FFBC0D" w14:textId="77777777" w:rsidR="00327BED" w:rsidRDefault="00327BED">
            <w:pPr>
              <w:spacing w:line="84" w:lineRule="auto"/>
            </w:pPr>
          </w:p>
          <w:p w14:paraId="7EDE0F44" w14:textId="77777777" w:rsidR="00327BED" w:rsidRDefault="00000000">
            <w:pPr>
              <w:spacing w:before="10" w:after="8" w:line="245" w:lineRule="auto"/>
            </w:pPr>
            <w:r>
              <w:t>Bando?</w:t>
            </w:r>
          </w:p>
        </w:tc>
      </w:tr>
      <w:tr w:rsidR="00327BED" w14:paraId="21F2AA54" w14:textId="77777777">
        <w:trPr>
          <w:cantSplit/>
          <w:jc w:val="center"/>
        </w:trPr>
        <w:tc>
          <w:tcPr>
            <w:tcW w:w="778" w:type="dxa"/>
            <w:shd w:val="clear" w:color="auto" w:fill="313338"/>
            <w:tcMar>
              <w:top w:w="55" w:type="dxa"/>
              <w:left w:w="10" w:type="dxa"/>
              <w:bottom w:w="30" w:type="dxa"/>
              <w:right w:w="25" w:type="dxa"/>
            </w:tcMar>
          </w:tcPr>
          <w:p w14:paraId="23ACDBA5" w14:textId="77777777" w:rsidR="00327BED" w:rsidRDefault="00000000">
            <w:r>
              <w:rPr>
                <w:noProof/>
              </w:rPr>
              <w:drawing>
                <wp:inline distT="0" distB="0" distL="0" distR="0" wp14:anchorId="0599667B" wp14:editId="68FD26F1">
                  <wp:extent cx="356616" cy="356616"/>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39731D03" w14:textId="77777777" w:rsidR="00327BED" w:rsidRDefault="00000000">
            <w:pPr>
              <w:spacing w:after="24"/>
            </w:pPr>
            <w:r>
              <w:rPr>
                <w:b/>
                <w:color w:val="F0B232"/>
              </w:rPr>
              <w:t>Ev</w:t>
            </w:r>
            <w:r>
              <w:rPr>
                <w:color w:val="949BA4"/>
                <w:sz w:val="15"/>
              </w:rPr>
              <w:t xml:space="preserve">  10/05/2026 1:06 AM</w:t>
            </w:r>
          </w:p>
          <w:p w14:paraId="102CCE4A" w14:textId="77777777" w:rsidR="00327BED" w:rsidRDefault="00000000">
            <w:pPr>
              <w:spacing w:after="8" w:line="245" w:lineRule="auto"/>
            </w:pPr>
            <w:r>
              <w:t>Collateral damage we are</w:t>
            </w:r>
          </w:p>
        </w:tc>
      </w:tr>
      <w:tr w:rsidR="00327BED" w14:paraId="4103E1A0" w14:textId="77777777">
        <w:trPr>
          <w:cantSplit/>
          <w:jc w:val="center"/>
        </w:trPr>
        <w:tc>
          <w:tcPr>
            <w:tcW w:w="778" w:type="dxa"/>
            <w:shd w:val="clear" w:color="auto" w:fill="313338"/>
            <w:tcMar>
              <w:top w:w="55" w:type="dxa"/>
              <w:left w:w="10" w:type="dxa"/>
              <w:bottom w:w="30" w:type="dxa"/>
              <w:right w:w="25" w:type="dxa"/>
            </w:tcMar>
          </w:tcPr>
          <w:p w14:paraId="757D09E4" w14:textId="77777777" w:rsidR="00327BED" w:rsidRDefault="00000000">
            <w:r>
              <w:rPr>
                <w:noProof/>
              </w:rPr>
              <w:drawing>
                <wp:inline distT="0" distB="0" distL="0" distR="0" wp14:anchorId="52CBD679" wp14:editId="70EFC183">
                  <wp:extent cx="356616" cy="356616"/>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8F16491" w14:textId="77777777" w:rsidR="00327BED" w:rsidRDefault="00000000">
            <w:pPr>
              <w:spacing w:after="24"/>
            </w:pPr>
            <w:r>
              <w:rPr>
                <w:b/>
              </w:rPr>
              <w:t>Aperation</w:t>
            </w:r>
            <w:r>
              <w:rPr>
                <w:color w:val="949BA4"/>
                <w:sz w:val="15"/>
              </w:rPr>
              <w:t xml:space="preserve">  10/05/2026 1:06 AM</w:t>
            </w:r>
          </w:p>
          <w:p w14:paraId="3FABE884" w14:textId="77777777" w:rsidR="00327BED" w:rsidRDefault="00000000">
            <w:pPr>
              <w:spacing w:after="8" w:line="245" w:lineRule="auto"/>
            </w:pPr>
            <w:r>
              <w:t>Ok I’m muted</w:t>
            </w:r>
          </w:p>
        </w:tc>
      </w:tr>
      <w:tr w:rsidR="00327BED" w14:paraId="1BFB2736" w14:textId="77777777">
        <w:trPr>
          <w:cantSplit/>
          <w:jc w:val="center"/>
        </w:trPr>
        <w:tc>
          <w:tcPr>
            <w:tcW w:w="778" w:type="dxa"/>
            <w:shd w:val="clear" w:color="auto" w:fill="313338"/>
            <w:tcMar>
              <w:top w:w="55" w:type="dxa"/>
              <w:left w:w="10" w:type="dxa"/>
              <w:bottom w:w="30" w:type="dxa"/>
              <w:right w:w="25" w:type="dxa"/>
            </w:tcMar>
          </w:tcPr>
          <w:p w14:paraId="4CF39084" w14:textId="77777777" w:rsidR="00327BED" w:rsidRDefault="00000000">
            <w:r>
              <w:rPr>
                <w:noProof/>
              </w:rPr>
              <w:drawing>
                <wp:inline distT="0" distB="0" distL="0" distR="0" wp14:anchorId="38DFAB76" wp14:editId="77C1A4DB">
                  <wp:extent cx="356616" cy="356616"/>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36FBE62E" w14:textId="77777777" w:rsidR="00327BED" w:rsidRDefault="00000000">
            <w:pPr>
              <w:spacing w:after="24"/>
            </w:pPr>
            <w:r>
              <w:rPr>
                <w:b/>
                <w:color w:val="F0B232"/>
              </w:rPr>
              <w:t>Ev</w:t>
            </w:r>
            <w:r>
              <w:rPr>
                <w:color w:val="949BA4"/>
                <w:sz w:val="15"/>
              </w:rPr>
              <w:t xml:space="preserve">  10/05/2026 1:06 AM</w:t>
            </w:r>
          </w:p>
          <w:p w14:paraId="78BA3E76" w14:textId="77777777" w:rsidR="00327BED" w:rsidRDefault="00000000">
            <w:pPr>
              <w:shd w:val="clear" w:color="auto" w:fill="2B2D31"/>
              <w:spacing w:after="8" w:line="245" w:lineRule="auto"/>
            </w:pPr>
            <w:r>
              <w:rPr>
                <w:color w:val="949BA4"/>
                <w:sz w:val="19"/>
              </w:rPr>
              <w:t>▧  Image</w:t>
            </w:r>
          </w:p>
        </w:tc>
      </w:tr>
      <w:tr w:rsidR="00327BED" w14:paraId="180D9DFF" w14:textId="77777777">
        <w:trPr>
          <w:cantSplit/>
          <w:jc w:val="center"/>
        </w:trPr>
        <w:tc>
          <w:tcPr>
            <w:tcW w:w="778" w:type="dxa"/>
            <w:shd w:val="clear" w:color="auto" w:fill="313338"/>
            <w:tcMar>
              <w:top w:w="55" w:type="dxa"/>
              <w:left w:w="10" w:type="dxa"/>
              <w:bottom w:w="30" w:type="dxa"/>
              <w:right w:w="25" w:type="dxa"/>
            </w:tcMar>
          </w:tcPr>
          <w:p w14:paraId="0D1BFD4A" w14:textId="77777777" w:rsidR="00327BED" w:rsidRDefault="00000000">
            <w:r>
              <w:rPr>
                <w:noProof/>
              </w:rPr>
              <w:drawing>
                <wp:inline distT="0" distB="0" distL="0" distR="0" wp14:anchorId="5ADE6157" wp14:editId="20492325">
                  <wp:extent cx="356616" cy="356616"/>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05D0BBFB" w14:textId="77777777" w:rsidR="00327BED" w:rsidRDefault="00000000">
            <w:pPr>
              <w:spacing w:after="24"/>
            </w:pPr>
            <w:r>
              <w:rPr>
                <w:b/>
              </w:rPr>
              <w:t>Aperation</w:t>
            </w:r>
            <w:r>
              <w:rPr>
                <w:color w:val="949BA4"/>
                <w:sz w:val="15"/>
              </w:rPr>
              <w:t xml:space="preserve">  10/05/2026 1:07 AM</w:t>
            </w:r>
          </w:p>
          <w:p w14:paraId="33C83339" w14:textId="77777777" w:rsidR="00327BED" w:rsidRDefault="00000000">
            <w:pPr>
              <w:spacing w:after="8" w:line="245" w:lineRule="auto"/>
            </w:pPr>
            <w:r>
              <w:t>Mate oh my golly goodness</w:t>
            </w:r>
          </w:p>
          <w:p w14:paraId="2261DD89" w14:textId="77777777" w:rsidR="00327BED" w:rsidRDefault="00327BED">
            <w:pPr>
              <w:spacing w:line="84" w:lineRule="auto"/>
            </w:pPr>
          </w:p>
          <w:p w14:paraId="1F7CA3B8" w14:textId="77777777" w:rsidR="00327BED" w:rsidRDefault="00000000">
            <w:pPr>
              <w:spacing w:before="10" w:after="8" w:line="245" w:lineRule="auto"/>
            </w:pPr>
            <w:r>
              <w:t>Yes all caps</w:t>
            </w:r>
          </w:p>
          <w:p w14:paraId="0BA1803F" w14:textId="77777777" w:rsidR="00327BED" w:rsidRDefault="00327BED">
            <w:pPr>
              <w:spacing w:line="84" w:lineRule="auto"/>
            </w:pPr>
          </w:p>
          <w:p w14:paraId="4DC19F6B" w14:textId="77777777" w:rsidR="00327BED" w:rsidRDefault="00000000">
            <w:pPr>
              <w:spacing w:before="10" w:after="8" w:line="245" w:lineRule="auto"/>
            </w:pPr>
            <w:r>
              <w:t>Send a picture of Evan and melisa and ask is there more too it than them taking the photo</w:t>
            </w:r>
          </w:p>
        </w:tc>
      </w:tr>
      <w:tr w:rsidR="00327BED" w14:paraId="3600C71C" w14:textId="77777777">
        <w:trPr>
          <w:cantSplit/>
          <w:jc w:val="center"/>
        </w:trPr>
        <w:tc>
          <w:tcPr>
            <w:tcW w:w="778" w:type="dxa"/>
            <w:shd w:val="clear" w:color="auto" w:fill="313338"/>
            <w:tcMar>
              <w:top w:w="55" w:type="dxa"/>
              <w:left w:w="10" w:type="dxa"/>
              <w:bottom w:w="30" w:type="dxa"/>
              <w:right w:w="25" w:type="dxa"/>
            </w:tcMar>
          </w:tcPr>
          <w:p w14:paraId="5D72F61C" w14:textId="77777777" w:rsidR="00327BED" w:rsidRDefault="00000000">
            <w:r>
              <w:rPr>
                <w:noProof/>
              </w:rPr>
              <w:lastRenderedPageBreak/>
              <w:drawing>
                <wp:inline distT="0" distB="0" distL="0" distR="0" wp14:anchorId="30D6026E" wp14:editId="1D281473">
                  <wp:extent cx="356616" cy="356616"/>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E586C09" w14:textId="77777777" w:rsidR="00327BED" w:rsidRDefault="00000000">
            <w:pPr>
              <w:spacing w:after="24"/>
            </w:pPr>
            <w:r>
              <w:rPr>
                <w:b/>
                <w:color w:val="F0B232"/>
              </w:rPr>
              <w:t>Ev</w:t>
            </w:r>
            <w:r>
              <w:rPr>
                <w:color w:val="949BA4"/>
                <w:sz w:val="15"/>
              </w:rPr>
              <w:t xml:space="preserve">  10/05/2026 1:07 AM</w:t>
            </w:r>
          </w:p>
          <w:p w14:paraId="41356345" w14:textId="77777777" w:rsidR="00327BED" w:rsidRDefault="00000000">
            <w:pPr>
              <w:spacing w:after="8" w:line="245" w:lineRule="auto"/>
            </w:pPr>
            <w:r>
              <w:t>She's looking at a photo of your hand up while your talking saying you're offering her your hand I'm lost for words</w:t>
            </w:r>
          </w:p>
          <w:p w14:paraId="382E2B47" w14:textId="77777777" w:rsidR="00327BED" w:rsidRDefault="00327BED">
            <w:pPr>
              <w:spacing w:line="84" w:lineRule="auto"/>
            </w:pPr>
          </w:p>
          <w:p w14:paraId="5E3F1B22" w14:textId="77777777" w:rsidR="00327BED" w:rsidRDefault="00000000">
            <w:pPr>
              <w:spacing w:before="10" w:after="8" w:line="245" w:lineRule="auto"/>
            </w:pPr>
            <w:r>
              <w:t>Yes</w:t>
            </w:r>
          </w:p>
        </w:tc>
      </w:tr>
      <w:tr w:rsidR="00327BED" w14:paraId="63006C1F" w14:textId="77777777">
        <w:trPr>
          <w:cantSplit/>
          <w:jc w:val="center"/>
        </w:trPr>
        <w:tc>
          <w:tcPr>
            <w:tcW w:w="778" w:type="dxa"/>
            <w:shd w:val="clear" w:color="auto" w:fill="313338"/>
            <w:tcMar>
              <w:top w:w="55" w:type="dxa"/>
              <w:left w:w="10" w:type="dxa"/>
              <w:bottom w:w="30" w:type="dxa"/>
              <w:right w:w="25" w:type="dxa"/>
            </w:tcMar>
          </w:tcPr>
          <w:p w14:paraId="56E35C41" w14:textId="77777777" w:rsidR="00327BED" w:rsidRDefault="00000000">
            <w:r>
              <w:rPr>
                <w:noProof/>
              </w:rPr>
              <w:drawing>
                <wp:inline distT="0" distB="0" distL="0" distR="0" wp14:anchorId="25A53521" wp14:editId="4DF3F30D">
                  <wp:extent cx="356616" cy="356616"/>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6B5716B5" w14:textId="77777777" w:rsidR="00327BED" w:rsidRDefault="00000000">
            <w:pPr>
              <w:spacing w:after="24"/>
            </w:pPr>
            <w:r>
              <w:rPr>
                <w:b/>
              </w:rPr>
              <w:t>Aperation</w:t>
            </w:r>
            <w:r>
              <w:rPr>
                <w:color w:val="949BA4"/>
                <w:sz w:val="15"/>
              </w:rPr>
              <w:t xml:space="preserve">  10/05/2026 1:07 AM</w:t>
            </w:r>
          </w:p>
          <w:p w14:paraId="070F0994" w14:textId="77777777" w:rsidR="00327BED" w:rsidRDefault="00000000">
            <w:pPr>
              <w:spacing w:after="8" w:line="245" w:lineRule="auto"/>
            </w:pPr>
            <w:r>
              <w:t>Yep</w:t>
            </w:r>
          </w:p>
          <w:p w14:paraId="66EF34ED" w14:textId="77777777" w:rsidR="00327BED" w:rsidRDefault="00327BED">
            <w:pPr>
              <w:spacing w:line="84" w:lineRule="auto"/>
            </w:pPr>
          </w:p>
          <w:p w14:paraId="01CE50DA" w14:textId="77777777" w:rsidR="00327BED" w:rsidRDefault="00000000">
            <w:pPr>
              <w:spacing w:before="10" w:after="8" w:line="245" w:lineRule="auto"/>
            </w:pPr>
            <w:r>
              <w:t>HAHAHAHAHAHAHAHAHA</w:t>
            </w:r>
          </w:p>
        </w:tc>
      </w:tr>
      <w:tr w:rsidR="00327BED" w14:paraId="48CA3F02" w14:textId="77777777">
        <w:trPr>
          <w:cantSplit/>
          <w:jc w:val="center"/>
        </w:trPr>
        <w:tc>
          <w:tcPr>
            <w:tcW w:w="778" w:type="dxa"/>
            <w:shd w:val="clear" w:color="auto" w:fill="313338"/>
            <w:tcMar>
              <w:top w:w="55" w:type="dxa"/>
              <w:left w:w="10" w:type="dxa"/>
              <w:bottom w:w="30" w:type="dxa"/>
              <w:right w:w="25" w:type="dxa"/>
            </w:tcMar>
          </w:tcPr>
          <w:p w14:paraId="2240D28F" w14:textId="77777777" w:rsidR="00327BED" w:rsidRDefault="00000000">
            <w:r>
              <w:rPr>
                <w:noProof/>
              </w:rPr>
              <w:drawing>
                <wp:inline distT="0" distB="0" distL="0" distR="0" wp14:anchorId="22C01F2D" wp14:editId="3F78D8F0">
                  <wp:extent cx="356616" cy="356616"/>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2BDA74A5" w14:textId="77777777" w:rsidR="00327BED" w:rsidRDefault="00000000">
            <w:pPr>
              <w:spacing w:after="24"/>
            </w:pPr>
            <w:r>
              <w:rPr>
                <w:b/>
                <w:color w:val="F0B232"/>
              </w:rPr>
              <w:t>Ev</w:t>
            </w:r>
            <w:r>
              <w:rPr>
                <w:color w:val="949BA4"/>
                <w:sz w:val="15"/>
              </w:rPr>
              <w:t xml:space="preserve">  10/05/2026 1:08 AM</w:t>
            </w:r>
          </w:p>
          <w:p w14:paraId="76B9965C" w14:textId="77777777" w:rsidR="00327BED" w:rsidRDefault="00000000">
            <w:pPr>
              <w:spacing w:after="8" w:line="245" w:lineRule="auto"/>
            </w:pPr>
            <w:r>
              <w:t>You're talking to your friends this is insane</w:t>
            </w:r>
          </w:p>
        </w:tc>
      </w:tr>
      <w:tr w:rsidR="00327BED" w14:paraId="3A0968E4" w14:textId="77777777">
        <w:trPr>
          <w:cantSplit/>
          <w:jc w:val="center"/>
        </w:trPr>
        <w:tc>
          <w:tcPr>
            <w:tcW w:w="778" w:type="dxa"/>
            <w:shd w:val="clear" w:color="auto" w:fill="313338"/>
            <w:tcMar>
              <w:top w:w="55" w:type="dxa"/>
              <w:left w:w="10" w:type="dxa"/>
              <w:bottom w:w="30" w:type="dxa"/>
              <w:right w:w="25" w:type="dxa"/>
            </w:tcMar>
          </w:tcPr>
          <w:p w14:paraId="11E005AC" w14:textId="77777777" w:rsidR="00327BED" w:rsidRDefault="00000000">
            <w:r>
              <w:rPr>
                <w:noProof/>
              </w:rPr>
              <w:drawing>
                <wp:inline distT="0" distB="0" distL="0" distR="0" wp14:anchorId="1A2755FE" wp14:editId="721AACD7">
                  <wp:extent cx="356616" cy="356616"/>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A465812" w14:textId="77777777" w:rsidR="00327BED" w:rsidRDefault="00000000">
            <w:pPr>
              <w:spacing w:after="24"/>
            </w:pPr>
            <w:r>
              <w:rPr>
                <w:b/>
              </w:rPr>
              <w:t>Aperation</w:t>
            </w:r>
            <w:r>
              <w:rPr>
                <w:color w:val="949BA4"/>
                <w:sz w:val="15"/>
              </w:rPr>
              <w:t xml:space="preserve">  10/05/2026 1:08 AM</w:t>
            </w:r>
          </w:p>
          <w:p w14:paraId="57AD9A68" w14:textId="77777777" w:rsidR="00327BED" w:rsidRDefault="00000000">
            <w:pPr>
              <w:spacing w:after="8" w:line="245" w:lineRule="auto"/>
            </w:pPr>
            <w:r>
              <w:t>CAN A BROTHER NOT EAT</w:t>
            </w:r>
          </w:p>
        </w:tc>
      </w:tr>
      <w:tr w:rsidR="00327BED" w14:paraId="3695954D" w14:textId="77777777">
        <w:trPr>
          <w:cantSplit/>
          <w:jc w:val="center"/>
        </w:trPr>
        <w:tc>
          <w:tcPr>
            <w:tcW w:w="778" w:type="dxa"/>
            <w:shd w:val="clear" w:color="auto" w:fill="313338"/>
            <w:tcMar>
              <w:top w:w="55" w:type="dxa"/>
              <w:left w:w="10" w:type="dxa"/>
              <w:bottom w:w="30" w:type="dxa"/>
              <w:right w:w="25" w:type="dxa"/>
            </w:tcMar>
          </w:tcPr>
          <w:p w14:paraId="1609B5E4" w14:textId="77777777" w:rsidR="00327BED" w:rsidRDefault="00000000">
            <w:r>
              <w:rPr>
                <w:noProof/>
              </w:rPr>
              <w:drawing>
                <wp:inline distT="0" distB="0" distL="0" distR="0" wp14:anchorId="04659D75" wp14:editId="495653F7">
                  <wp:extent cx="356616" cy="356616"/>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0D93B51D" w14:textId="77777777" w:rsidR="00327BED" w:rsidRDefault="00000000">
            <w:pPr>
              <w:spacing w:after="24"/>
            </w:pPr>
            <w:r>
              <w:rPr>
                <w:b/>
                <w:color w:val="F0B232"/>
              </w:rPr>
              <w:t>Ev</w:t>
            </w:r>
            <w:r>
              <w:rPr>
                <w:color w:val="949BA4"/>
                <w:sz w:val="15"/>
              </w:rPr>
              <w:t xml:space="preserve">  10/05/2026 1:08 AM</w:t>
            </w:r>
          </w:p>
          <w:p w14:paraId="7697BF5F" w14:textId="77777777" w:rsidR="00327BED" w:rsidRDefault="00000000">
            <w:pPr>
              <w:spacing w:after="8" w:line="245" w:lineRule="auto"/>
            </w:pPr>
            <w:r>
              <w:t>"so how should I be sat? On the other side of the garden? With a pepper spray?"</w:t>
            </w:r>
          </w:p>
        </w:tc>
      </w:tr>
      <w:tr w:rsidR="00327BED" w14:paraId="44C963CF" w14:textId="77777777">
        <w:trPr>
          <w:cantSplit/>
          <w:jc w:val="center"/>
        </w:trPr>
        <w:tc>
          <w:tcPr>
            <w:tcW w:w="778" w:type="dxa"/>
            <w:shd w:val="clear" w:color="auto" w:fill="313338"/>
            <w:tcMar>
              <w:top w:w="55" w:type="dxa"/>
              <w:left w:w="10" w:type="dxa"/>
              <w:bottom w:w="30" w:type="dxa"/>
              <w:right w:w="25" w:type="dxa"/>
            </w:tcMar>
          </w:tcPr>
          <w:p w14:paraId="238D7321" w14:textId="77777777" w:rsidR="00327BED" w:rsidRDefault="00000000">
            <w:r>
              <w:rPr>
                <w:noProof/>
              </w:rPr>
              <w:drawing>
                <wp:inline distT="0" distB="0" distL="0" distR="0" wp14:anchorId="0FE008FE" wp14:editId="20C5BF15">
                  <wp:extent cx="356616" cy="356616"/>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04868FC2" w14:textId="77777777" w:rsidR="00327BED" w:rsidRDefault="00000000">
            <w:pPr>
              <w:spacing w:after="24"/>
            </w:pPr>
            <w:r>
              <w:rPr>
                <w:b/>
              </w:rPr>
              <w:t>Aperation</w:t>
            </w:r>
            <w:r>
              <w:rPr>
                <w:color w:val="949BA4"/>
                <w:sz w:val="15"/>
              </w:rPr>
              <w:t xml:space="preserve">  10/05/2026 1:08 AM</w:t>
            </w:r>
          </w:p>
          <w:p w14:paraId="3945C5FE" w14:textId="77777777" w:rsidR="00327BED" w:rsidRDefault="00000000">
            <w:pPr>
              <w:spacing w:after="8" w:line="245" w:lineRule="auto"/>
            </w:pPr>
            <w:r>
              <w:t>Ok it’s not too clear is pias hand on your leg or Anna’s</w:t>
            </w:r>
          </w:p>
        </w:tc>
      </w:tr>
      <w:tr w:rsidR="00327BED" w14:paraId="761A985B" w14:textId="77777777">
        <w:trPr>
          <w:cantSplit/>
          <w:jc w:val="center"/>
        </w:trPr>
        <w:tc>
          <w:tcPr>
            <w:tcW w:w="778" w:type="dxa"/>
            <w:shd w:val="clear" w:color="auto" w:fill="313338"/>
            <w:tcMar>
              <w:top w:w="55" w:type="dxa"/>
              <w:left w:w="10" w:type="dxa"/>
              <w:bottom w:w="30" w:type="dxa"/>
              <w:right w:w="25" w:type="dxa"/>
            </w:tcMar>
          </w:tcPr>
          <w:p w14:paraId="7D06E16D" w14:textId="77777777" w:rsidR="00327BED" w:rsidRDefault="00000000">
            <w:r>
              <w:rPr>
                <w:noProof/>
              </w:rPr>
              <w:drawing>
                <wp:inline distT="0" distB="0" distL="0" distR="0" wp14:anchorId="5D40550E" wp14:editId="080BDE6B">
                  <wp:extent cx="356616" cy="356616"/>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0C02FBA7" w14:textId="77777777" w:rsidR="00327BED" w:rsidRDefault="00000000">
            <w:pPr>
              <w:spacing w:after="24"/>
            </w:pPr>
            <w:r>
              <w:rPr>
                <w:b/>
                <w:color w:val="F0B232"/>
              </w:rPr>
              <w:t>Ev</w:t>
            </w:r>
            <w:r>
              <w:rPr>
                <w:color w:val="949BA4"/>
                <w:sz w:val="15"/>
              </w:rPr>
              <w:t xml:space="preserve">  10/05/2026 1:08 AM</w:t>
            </w:r>
          </w:p>
          <w:p w14:paraId="697CDC41" w14:textId="77777777" w:rsidR="00327BED" w:rsidRDefault="00000000">
            <w:pPr>
              <w:spacing w:after="8" w:line="245" w:lineRule="auto"/>
            </w:pPr>
            <w:r>
              <w:t>"last day of school and I can't talk to my own friends"</w:t>
            </w:r>
          </w:p>
        </w:tc>
      </w:tr>
      <w:tr w:rsidR="00327BED" w14:paraId="66F14E1C" w14:textId="77777777">
        <w:trPr>
          <w:cantSplit/>
          <w:jc w:val="center"/>
        </w:trPr>
        <w:tc>
          <w:tcPr>
            <w:tcW w:w="778" w:type="dxa"/>
            <w:shd w:val="clear" w:color="auto" w:fill="313338"/>
            <w:tcMar>
              <w:top w:w="55" w:type="dxa"/>
              <w:left w:w="10" w:type="dxa"/>
              <w:bottom w:w="30" w:type="dxa"/>
              <w:right w:w="25" w:type="dxa"/>
            </w:tcMar>
          </w:tcPr>
          <w:p w14:paraId="7553C6BA" w14:textId="77777777" w:rsidR="00327BED" w:rsidRDefault="00000000">
            <w:r>
              <w:rPr>
                <w:noProof/>
              </w:rPr>
              <w:drawing>
                <wp:inline distT="0" distB="0" distL="0" distR="0" wp14:anchorId="4A606AAA" wp14:editId="6FE8D3A5">
                  <wp:extent cx="356616" cy="356616"/>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29FBCE86" w14:textId="77777777" w:rsidR="00327BED" w:rsidRDefault="00000000">
            <w:pPr>
              <w:spacing w:after="24"/>
            </w:pPr>
            <w:r>
              <w:rPr>
                <w:b/>
              </w:rPr>
              <w:t>Aperation</w:t>
            </w:r>
            <w:r>
              <w:rPr>
                <w:color w:val="949BA4"/>
                <w:sz w:val="15"/>
              </w:rPr>
              <w:t xml:space="preserve">  10/05/2026 1:09 AM</w:t>
            </w:r>
          </w:p>
          <w:p w14:paraId="3C2EB562" w14:textId="77777777" w:rsidR="00327BED" w:rsidRDefault="00000000">
            <w:pPr>
              <w:spacing w:after="8" w:line="245" w:lineRule="auto"/>
            </w:pPr>
            <w:r>
              <w:t>Did you sit there first</w:t>
            </w:r>
          </w:p>
        </w:tc>
      </w:tr>
      <w:tr w:rsidR="00327BED" w14:paraId="0D8CE4DA" w14:textId="77777777">
        <w:trPr>
          <w:cantSplit/>
          <w:jc w:val="center"/>
        </w:trPr>
        <w:tc>
          <w:tcPr>
            <w:tcW w:w="778" w:type="dxa"/>
            <w:shd w:val="clear" w:color="auto" w:fill="313338"/>
            <w:tcMar>
              <w:top w:w="55" w:type="dxa"/>
              <w:left w:w="10" w:type="dxa"/>
              <w:bottom w:w="30" w:type="dxa"/>
              <w:right w:w="25" w:type="dxa"/>
            </w:tcMar>
          </w:tcPr>
          <w:p w14:paraId="524E7C63" w14:textId="77777777" w:rsidR="00327BED" w:rsidRDefault="00000000">
            <w:r>
              <w:rPr>
                <w:noProof/>
              </w:rPr>
              <w:drawing>
                <wp:inline distT="0" distB="0" distL="0" distR="0" wp14:anchorId="520C639E" wp14:editId="405675D9">
                  <wp:extent cx="356616" cy="356616"/>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2806B13E" w14:textId="77777777" w:rsidR="00327BED" w:rsidRDefault="00000000">
            <w:pPr>
              <w:spacing w:after="24"/>
            </w:pPr>
            <w:r>
              <w:rPr>
                <w:b/>
                <w:color w:val="F0B232"/>
              </w:rPr>
              <w:t>Ev</w:t>
            </w:r>
            <w:r>
              <w:rPr>
                <w:color w:val="949BA4"/>
                <w:sz w:val="15"/>
              </w:rPr>
              <w:t xml:space="preserve">  10/05/2026 1:09 AM</w:t>
            </w:r>
          </w:p>
          <w:p w14:paraId="23CA51BF" w14:textId="77777777" w:rsidR="00327BED" w:rsidRDefault="00000000">
            <w:pPr>
              <w:spacing w:after="8" w:line="245" w:lineRule="auto"/>
            </w:pPr>
            <w:r>
              <w:t>Doesn't even matter</w:t>
            </w:r>
          </w:p>
          <w:p w14:paraId="23AEC509" w14:textId="77777777" w:rsidR="00327BED" w:rsidRDefault="00327BED">
            <w:pPr>
              <w:spacing w:line="84" w:lineRule="auto"/>
            </w:pPr>
          </w:p>
          <w:p w14:paraId="02C9AA0A" w14:textId="77777777" w:rsidR="00327BED" w:rsidRDefault="00000000">
            <w:pPr>
              <w:spacing w:before="10" w:after="8" w:line="245" w:lineRule="auto"/>
            </w:pPr>
            <w:r>
              <w:t>SHE'S BEING CONFRONTATIONAL</w:t>
            </w:r>
          </w:p>
        </w:tc>
      </w:tr>
      <w:tr w:rsidR="00327BED" w14:paraId="58A3FBDD" w14:textId="77777777">
        <w:trPr>
          <w:cantSplit/>
          <w:jc w:val="center"/>
        </w:trPr>
        <w:tc>
          <w:tcPr>
            <w:tcW w:w="778" w:type="dxa"/>
            <w:shd w:val="clear" w:color="auto" w:fill="313338"/>
            <w:tcMar>
              <w:top w:w="55" w:type="dxa"/>
              <w:left w:w="10" w:type="dxa"/>
              <w:bottom w:w="30" w:type="dxa"/>
              <w:right w:w="25" w:type="dxa"/>
            </w:tcMar>
          </w:tcPr>
          <w:p w14:paraId="713440E8" w14:textId="77777777" w:rsidR="00327BED" w:rsidRDefault="00000000">
            <w:r>
              <w:rPr>
                <w:noProof/>
              </w:rPr>
              <w:drawing>
                <wp:inline distT="0" distB="0" distL="0" distR="0" wp14:anchorId="4FF3CA51" wp14:editId="56A56003">
                  <wp:extent cx="356616" cy="356616"/>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7CAB0095" w14:textId="77777777" w:rsidR="00327BED" w:rsidRDefault="00000000">
            <w:pPr>
              <w:spacing w:after="24"/>
            </w:pPr>
            <w:r>
              <w:rPr>
                <w:b/>
              </w:rPr>
              <w:t>Aperation</w:t>
            </w:r>
            <w:r>
              <w:rPr>
                <w:color w:val="949BA4"/>
                <w:sz w:val="15"/>
              </w:rPr>
              <w:t xml:space="preserve">  10/05/2026 1:09 AM</w:t>
            </w:r>
          </w:p>
          <w:p w14:paraId="47426185" w14:textId="77777777" w:rsidR="00327BED" w:rsidRDefault="00000000">
            <w:pPr>
              <w:spacing w:after="8" w:line="245" w:lineRule="auto"/>
            </w:pPr>
            <w:r>
              <w:t>Yes bro I don’t even get what she’s trying to insinuate? Like there’s 2 ppl there are you trying to cheat on her with both or something</w:t>
            </w:r>
          </w:p>
        </w:tc>
      </w:tr>
      <w:tr w:rsidR="00327BED" w14:paraId="3F674A99" w14:textId="77777777">
        <w:trPr>
          <w:cantSplit/>
          <w:jc w:val="center"/>
        </w:trPr>
        <w:tc>
          <w:tcPr>
            <w:tcW w:w="778" w:type="dxa"/>
            <w:shd w:val="clear" w:color="auto" w:fill="313338"/>
            <w:tcMar>
              <w:top w:w="55" w:type="dxa"/>
              <w:left w:w="10" w:type="dxa"/>
              <w:bottom w:w="30" w:type="dxa"/>
              <w:right w:w="25" w:type="dxa"/>
            </w:tcMar>
          </w:tcPr>
          <w:p w14:paraId="2602313E" w14:textId="77777777" w:rsidR="00327BED" w:rsidRDefault="00000000">
            <w:r>
              <w:rPr>
                <w:noProof/>
              </w:rPr>
              <w:drawing>
                <wp:inline distT="0" distB="0" distL="0" distR="0" wp14:anchorId="21614415" wp14:editId="2B7DB02C">
                  <wp:extent cx="356616" cy="356616"/>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3D27D6D7" w14:textId="77777777" w:rsidR="00327BED" w:rsidRDefault="00000000">
            <w:pPr>
              <w:spacing w:after="24"/>
            </w:pPr>
            <w:r>
              <w:rPr>
                <w:b/>
                <w:color w:val="F0B232"/>
              </w:rPr>
              <w:t>Ev</w:t>
            </w:r>
            <w:r>
              <w:rPr>
                <w:color w:val="949BA4"/>
                <w:sz w:val="15"/>
              </w:rPr>
              <w:t xml:space="preserve">  10/05/2026 1:10 AM</w:t>
            </w:r>
          </w:p>
          <w:p w14:paraId="3C69BC3D" w14:textId="77777777" w:rsidR="00327BED" w:rsidRDefault="00000000">
            <w:pPr>
              <w:spacing w:after="8" w:line="245" w:lineRule="auto"/>
            </w:pPr>
            <w:r>
              <w:t>When you're the only sober person at a party you're gonna think everyone around you is doing too much and being suggestive</w:t>
            </w:r>
          </w:p>
        </w:tc>
      </w:tr>
      <w:tr w:rsidR="00327BED" w14:paraId="4E71B455" w14:textId="77777777">
        <w:trPr>
          <w:cantSplit/>
          <w:jc w:val="center"/>
        </w:trPr>
        <w:tc>
          <w:tcPr>
            <w:tcW w:w="778" w:type="dxa"/>
            <w:shd w:val="clear" w:color="auto" w:fill="313338"/>
            <w:tcMar>
              <w:top w:w="55" w:type="dxa"/>
              <w:left w:w="10" w:type="dxa"/>
              <w:bottom w:w="30" w:type="dxa"/>
              <w:right w:w="25" w:type="dxa"/>
            </w:tcMar>
          </w:tcPr>
          <w:p w14:paraId="78A5B2A2" w14:textId="77777777" w:rsidR="00327BED" w:rsidRDefault="00000000">
            <w:r>
              <w:rPr>
                <w:noProof/>
              </w:rPr>
              <w:drawing>
                <wp:inline distT="0" distB="0" distL="0" distR="0" wp14:anchorId="0FDC59F6" wp14:editId="1373DAE8">
                  <wp:extent cx="356616" cy="356616"/>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07C2F601" w14:textId="77777777" w:rsidR="00327BED" w:rsidRDefault="00000000">
            <w:pPr>
              <w:spacing w:after="24"/>
            </w:pPr>
            <w:r>
              <w:rPr>
                <w:b/>
              </w:rPr>
              <w:t>Aperation</w:t>
            </w:r>
            <w:r>
              <w:rPr>
                <w:color w:val="949BA4"/>
                <w:sz w:val="15"/>
              </w:rPr>
              <w:t xml:space="preserve">  10/05/2026 1:10 AM</w:t>
            </w:r>
          </w:p>
          <w:p w14:paraId="5D642F4C" w14:textId="77777777" w:rsidR="00327BED" w:rsidRDefault="00000000">
            <w:pPr>
              <w:spacing w:after="8" w:line="245" w:lineRule="auto"/>
            </w:pPr>
            <w:r>
              <w:t>Like if your man marking a tart in the mixer and follow one person around that’s weird but you haven’t even done that</w:t>
            </w:r>
          </w:p>
          <w:p w14:paraId="67775385" w14:textId="77777777" w:rsidR="00327BED" w:rsidRDefault="00327BED">
            <w:pPr>
              <w:spacing w:line="84" w:lineRule="auto"/>
            </w:pPr>
          </w:p>
          <w:p w14:paraId="67CBF825" w14:textId="77777777" w:rsidR="00327BED" w:rsidRDefault="00000000">
            <w:pPr>
              <w:spacing w:before="10" w:after="8" w:line="245" w:lineRule="auto"/>
            </w:pPr>
            <w:r>
              <w:t>Just say Evan’s point I think because listen your drunk and having a conversation</w:t>
            </w:r>
          </w:p>
          <w:p w14:paraId="16FB93B0" w14:textId="77777777" w:rsidR="00327BED" w:rsidRDefault="00327BED">
            <w:pPr>
              <w:spacing w:line="84" w:lineRule="auto"/>
            </w:pPr>
          </w:p>
          <w:p w14:paraId="4C5D7E29" w14:textId="77777777" w:rsidR="00327BED" w:rsidRDefault="00000000">
            <w:pPr>
              <w:spacing w:before="10" w:after="8" w:line="245" w:lineRule="auto"/>
            </w:pPr>
            <w:r>
              <w:t>Further more</w:t>
            </w:r>
          </w:p>
          <w:p w14:paraId="39BDBFB7" w14:textId="77777777" w:rsidR="00327BED" w:rsidRDefault="00327BED">
            <w:pPr>
              <w:spacing w:line="84" w:lineRule="auto"/>
            </w:pPr>
          </w:p>
          <w:p w14:paraId="3F709AA2" w14:textId="77777777" w:rsidR="00327BED" w:rsidRDefault="00000000">
            <w:pPr>
              <w:spacing w:before="10" w:after="8" w:line="245" w:lineRule="auto"/>
            </w:pPr>
            <w:r>
              <w:t>Where in that picture are you making an inappropriate advance</w:t>
            </w:r>
          </w:p>
          <w:p w14:paraId="5DE919CF" w14:textId="77777777" w:rsidR="00327BED" w:rsidRDefault="00327BED">
            <w:pPr>
              <w:spacing w:line="84" w:lineRule="auto"/>
            </w:pPr>
          </w:p>
          <w:p w14:paraId="528FF5B0" w14:textId="77777777" w:rsidR="00327BED" w:rsidRDefault="00000000">
            <w:pPr>
              <w:spacing w:before="10" w:after="8" w:line="245" w:lineRule="auto"/>
            </w:pPr>
            <w:r>
              <w:t>If anything that should be getting sent to her friends</w:t>
            </w:r>
          </w:p>
          <w:p w14:paraId="77D13275" w14:textId="77777777" w:rsidR="00327BED" w:rsidRDefault="00327BED">
            <w:pPr>
              <w:spacing w:line="84" w:lineRule="auto"/>
            </w:pPr>
          </w:p>
          <w:p w14:paraId="2F89A452" w14:textId="77777777" w:rsidR="00327BED" w:rsidRDefault="00000000">
            <w:pPr>
              <w:spacing w:before="10" w:after="8" w:line="245" w:lineRule="auto"/>
            </w:pPr>
            <w:r>
              <w:t>Because they are close to YOU</w:t>
            </w:r>
          </w:p>
        </w:tc>
      </w:tr>
      <w:tr w:rsidR="00327BED" w14:paraId="48811060" w14:textId="77777777">
        <w:trPr>
          <w:cantSplit/>
          <w:jc w:val="center"/>
        </w:trPr>
        <w:tc>
          <w:tcPr>
            <w:tcW w:w="778" w:type="dxa"/>
            <w:shd w:val="clear" w:color="auto" w:fill="313338"/>
            <w:tcMar>
              <w:top w:w="55" w:type="dxa"/>
              <w:left w:w="10" w:type="dxa"/>
              <w:bottom w:w="30" w:type="dxa"/>
              <w:right w:w="25" w:type="dxa"/>
            </w:tcMar>
          </w:tcPr>
          <w:p w14:paraId="7B1FF2D9" w14:textId="77777777" w:rsidR="00327BED" w:rsidRDefault="00000000">
            <w:r>
              <w:rPr>
                <w:noProof/>
              </w:rPr>
              <w:drawing>
                <wp:inline distT="0" distB="0" distL="0" distR="0" wp14:anchorId="5EA1B405" wp14:editId="7C84176D">
                  <wp:extent cx="356616" cy="356616"/>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3B46419" w14:textId="77777777" w:rsidR="00327BED" w:rsidRDefault="00000000">
            <w:pPr>
              <w:spacing w:after="24"/>
            </w:pPr>
            <w:r>
              <w:rPr>
                <w:b/>
                <w:color w:val="F0B232"/>
              </w:rPr>
              <w:t>Ev</w:t>
            </w:r>
            <w:r>
              <w:rPr>
                <w:color w:val="949BA4"/>
                <w:sz w:val="15"/>
              </w:rPr>
              <w:t xml:space="preserve">  10/05/2026 1:11 AM</w:t>
            </w:r>
          </w:p>
          <w:p w14:paraId="0A70D0E7" w14:textId="77777777" w:rsidR="00327BED" w:rsidRDefault="00000000">
            <w:pPr>
              <w:spacing w:after="8" w:line="245" w:lineRule="auto"/>
            </w:pPr>
            <w:r>
              <w:t>Yeah you're sat down on a picnic blanket talking</w:t>
            </w:r>
          </w:p>
          <w:p w14:paraId="250ADBC7" w14:textId="77777777" w:rsidR="00327BED" w:rsidRDefault="00327BED">
            <w:pPr>
              <w:spacing w:line="84" w:lineRule="auto"/>
            </w:pPr>
          </w:p>
          <w:p w14:paraId="2C9E1B10" w14:textId="77777777" w:rsidR="00327BED" w:rsidRDefault="00000000">
            <w:pPr>
              <w:spacing w:before="10" w:after="8" w:line="245" w:lineRule="auto"/>
            </w:pPr>
            <w:r>
              <w:t>She's fucking schizo bro</w:t>
            </w:r>
          </w:p>
        </w:tc>
      </w:tr>
      <w:tr w:rsidR="00327BED" w14:paraId="3445914B" w14:textId="77777777">
        <w:trPr>
          <w:cantSplit/>
          <w:jc w:val="center"/>
        </w:trPr>
        <w:tc>
          <w:tcPr>
            <w:tcW w:w="778" w:type="dxa"/>
            <w:shd w:val="clear" w:color="auto" w:fill="313338"/>
            <w:tcMar>
              <w:top w:w="55" w:type="dxa"/>
              <w:left w:w="10" w:type="dxa"/>
              <w:bottom w:w="30" w:type="dxa"/>
              <w:right w:w="25" w:type="dxa"/>
            </w:tcMar>
          </w:tcPr>
          <w:p w14:paraId="1A5E0B5E" w14:textId="77777777" w:rsidR="00327BED" w:rsidRDefault="00000000">
            <w:r>
              <w:rPr>
                <w:noProof/>
              </w:rPr>
              <w:drawing>
                <wp:inline distT="0" distB="0" distL="0" distR="0" wp14:anchorId="7283BB36" wp14:editId="42B20851">
                  <wp:extent cx="356616" cy="356616"/>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24E6DC7B" w14:textId="77777777" w:rsidR="00327BED" w:rsidRDefault="00000000">
            <w:pPr>
              <w:spacing w:after="24"/>
            </w:pPr>
            <w:r>
              <w:rPr>
                <w:b/>
              </w:rPr>
              <w:t>Aperation</w:t>
            </w:r>
            <w:r>
              <w:rPr>
                <w:color w:val="949BA4"/>
                <w:sz w:val="15"/>
              </w:rPr>
              <w:t xml:space="preserve">  10/05/2026 1:11 AM</w:t>
            </w:r>
          </w:p>
          <w:p w14:paraId="47A53186" w14:textId="77777777" w:rsidR="00327BED" w:rsidRDefault="00000000">
            <w:pPr>
              <w:spacing w:after="8" w:line="245" w:lineRule="auto"/>
            </w:pPr>
            <w:r>
              <w:t>Say in sat down on a picnic blanket</w:t>
            </w:r>
          </w:p>
          <w:p w14:paraId="2769CF87" w14:textId="77777777" w:rsidR="00327BED" w:rsidRDefault="00327BED">
            <w:pPr>
              <w:spacing w:line="84" w:lineRule="auto"/>
            </w:pPr>
          </w:p>
          <w:p w14:paraId="214B2C76" w14:textId="77777777" w:rsidR="00327BED" w:rsidRDefault="00000000">
            <w:pPr>
              <w:spacing w:before="10" w:after="8" w:line="245" w:lineRule="auto"/>
            </w:pPr>
            <w:r>
              <w:t>Yeah and say</w:t>
            </w:r>
          </w:p>
          <w:p w14:paraId="5BF56A1B" w14:textId="77777777" w:rsidR="00327BED" w:rsidRDefault="00327BED">
            <w:pPr>
              <w:spacing w:line="84" w:lineRule="auto"/>
            </w:pPr>
          </w:p>
          <w:p w14:paraId="70F47355" w14:textId="77777777" w:rsidR="00327BED" w:rsidRDefault="00000000">
            <w:pPr>
              <w:spacing w:before="10" w:after="8" w:line="245" w:lineRule="auto"/>
            </w:pPr>
            <w:r>
              <w:t>What in the photo are you doing wrong</w:t>
            </w:r>
          </w:p>
          <w:p w14:paraId="6CF988CD" w14:textId="77777777" w:rsidR="00327BED" w:rsidRDefault="00327BED">
            <w:pPr>
              <w:spacing w:line="84" w:lineRule="auto"/>
            </w:pPr>
          </w:p>
          <w:p w14:paraId="3C02034E" w14:textId="77777777" w:rsidR="00327BED" w:rsidRDefault="00000000">
            <w:pPr>
              <w:spacing w:before="10" w:after="8" w:line="245" w:lineRule="auto"/>
            </w:pPr>
            <w:r>
              <w:t>Your hands aren’t on them at all</w:t>
            </w:r>
          </w:p>
        </w:tc>
      </w:tr>
      <w:tr w:rsidR="00327BED" w14:paraId="47F68514" w14:textId="77777777">
        <w:trPr>
          <w:cantSplit/>
          <w:jc w:val="center"/>
        </w:trPr>
        <w:tc>
          <w:tcPr>
            <w:tcW w:w="778" w:type="dxa"/>
            <w:shd w:val="clear" w:color="auto" w:fill="313338"/>
            <w:tcMar>
              <w:top w:w="55" w:type="dxa"/>
              <w:left w:w="10" w:type="dxa"/>
              <w:bottom w:w="30" w:type="dxa"/>
              <w:right w:w="25" w:type="dxa"/>
            </w:tcMar>
          </w:tcPr>
          <w:p w14:paraId="6BE3A86F" w14:textId="77777777" w:rsidR="00327BED" w:rsidRDefault="00000000">
            <w:r>
              <w:rPr>
                <w:noProof/>
              </w:rPr>
              <w:drawing>
                <wp:inline distT="0" distB="0" distL="0" distR="0" wp14:anchorId="42F5F573" wp14:editId="70D61770">
                  <wp:extent cx="356616" cy="356616"/>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7C1A163" w14:textId="77777777" w:rsidR="00327BED" w:rsidRDefault="00000000">
            <w:pPr>
              <w:spacing w:after="24"/>
            </w:pPr>
            <w:r>
              <w:rPr>
                <w:b/>
                <w:color w:val="F0B232"/>
              </w:rPr>
              <w:t>Ev</w:t>
            </w:r>
            <w:r>
              <w:rPr>
                <w:color w:val="949BA4"/>
                <w:sz w:val="15"/>
              </w:rPr>
              <w:t xml:space="preserve">  10/05/2026 1:12 AM</w:t>
            </w:r>
          </w:p>
          <w:p w14:paraId="7A591E90" w14:textId="77777777" w:rsidR="00327BED" w:rsidRDefault="00000000">
            <w:pPr>
              <w:spacing w:after="8" w:line="245" w:lineRule="auto"/>
            </w:pPr>
            <w:r>
              <w:t>This is so not normal</w:t>
            </w:r>
          </w:p>
        </w:tc>
      </w:tr>
      <w:tr w:rsidR="00327BED" w14:paraId="08AEDCD9" w14:textId="77777777">
        <w:trPr>
          <w:cantSplit/>
          <w:jc w:val="center"/>
        </w:trPr>
        <w:tc>
          <w:tcPr>
            <w:tcW w:w="778" w:type="dxa"/>
            <w:shd w:val="clear" w:color="auto" w:fill="313338"/>
            <w:tcMar>
              <w:top w:w="55" w:type="dxa"/>
              <w:left w:w="10" w:type="dxa"/>
              <w:bottom w:w="30" w:type="dxa"/>
              <w:right w:w="25" w:type="dxa"/>
            </w:tcMar>
          </w:tcPr>
          <w:p w14:paraId="575C3964" w14:textId="77777777" w:rsidR="00327BED" w:rsidRDefault="00000000">
            <w:r>
              <w:rPr>
                <w:noProof/>
              </w:rPr>
              <w:lastRenderedPageBreak/>
              <w:drawing>
                <wp:inline distT="0" distB="0" distL="0" distR="0" wp14:anchorId="604E1BA5" wp14:editId="2F8781CD">
                  <wp:extent cx="356616" cy="356616"/>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0812851A" w14:textId="77777777" w:rsidR="00327BED" w:rsidRDefault="00000000">
            <w:pPr>
              <w:spacing w:after="24"/>
            </w:pPr>
            <w:r>
              <w:rPr>
                <w:b/>
              </w:rPr>
              <w:t>Aperation</w:t>
            </w:r>
            <w:r>
              <w:rPr>
                <w:color w:val="949BA4"/>
                <w:sz w:val="15"/>
              </w:rPr>
              <w:t xml:space="preserve">  10/05/2026 1:12 AM</w:t>
            </w:r>
          </w:p>
          <w:p w14:paraId="4988ECC5" w14:textId="77777777" w:rsidR="00327BED" w:rsidRDefault="00000000">
            <w:pPr>
              <w:spacing w:after="8" w:line="245" w:lineRule="auto"/>
            </w:pPr>
            <w:r>
              <w:t>Like does she expect you to active a fucking force field when foids enter a 2nike radius of you sat down</w:t>
            </w:r>
          </w:p>
          <w:p w14:paraId="24F00F7E" w14:textId="77777777" w:rsidR="00327BED" w:rsidRDefault="00327BED">
            <w:pPr>
              <w:spacing w:line="84" w:lineRule="auto"/>
            </w:pPr>
          </w:p>
          <w:p w14:paraId="288F2B05" w14:textId="77777777" w:rsidR="00327BED" w:rsidRDefault="00000000">
            <w:pPr>
              <w:spacing w:before="10" w:after="8" w:line="245" w:lineRule="auto"/>
            </w:pPr>
            <w:r>
              <w:t>Mile*</w:t>
            </w:r>
          </w:p>
          <w:p w14:paraId="177214EB" w14:textId="77777777" w:rsidR="00327BED" w:rsidRDefault="00327BED">
            <w:pPr>
              <w:spacing w:line="84" w:lineRule="auto"/>
            </w:pPr>
          </w:p>
          <w:p w14:paraId="0E993465" w14:textId="77777777" w:rsidR="00327BED" w:rsidRDefault="00000000">
            <w:pPr>
              <w:spacing w:before="10" w:after="8" w:line="245" w:lineRule="auto"/>
            </w:pPr>
            <w:r>
              <w:t>ULT</w:t>
            </w:r>
          </w:p>
          <w:p w14:paraId="267BC2F0" w14:textId="77777777" w:rsidR="00327BED" w:rsidRDefault="00327BED">
            <w:pPr>
              <w:spacing w:line="84" w:lineRule="auto"/>
            </w:pPr>
          </w:p>
          <w:p w14:paraId="74F22629" w14:textId="77777777" w:rsidR="00327BED" w:rsidRDefault="00000000">
            <w:pPr>
              <w:spacing w:before="10" w:after="8" w:line="245" w:lineRule="auto"/>
            </w:pPr>
            <w:r>
              <w:t>PLS</w:t>
            </w:r>
          </w:p>
        </w:tc>
      </w:tr>
      <w:tr w:rsidR="00327BED" w14:paraId="2823ADA1" w14:textId="77777777">
        <w:trPr>
          <w:cantSplit/>
          <w:jc w:val="center"/>
        </w:trPr>
        <w:tc>
          <w:tcPr>
            <w:tcW w:w="778" w:type="dxa"/>
            <w:shd w:val="clear" w:color="auto" w:fill="313338"/>
            <w:tcMar>
              <w:top w:w="55" w:type="dxa"/>
              <w:left w:w="10" w:type="dxa"/>
              <w:bottom w:w="30" w:type="dxa"/>
              <w:right w:w="25" w:type="dxa"/>
            </w:tcMar>
          </w:tcPr>
          <w:p w14:paraId="375B1E50" w14:textId="77777777" w:rsidR="00327BED" w:rsidRDefault="00000000">
            <w:r>
              <w:rPr>
                <w:noProof/>
              </w:rPr>
              <w:drawing>
                <wp:inline distT="0" distB="0" distL="0" distR="0" wp14:anchorId="7C8B6EC9" wp14:editId="0C2602A5">
                  <wp:extent cx="356616" cy="356616"/>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3DA6C6B8" w14:textId="77777777" w:rsidR="00327BED" w:rsidRDefault="00000000">
            <w:pPr>
              <w:spacing w:after="24"/>
            </w:pPr>
            <w:r>
              <w:rPr>
                <w:b/>
                <w:color w:val="F0B232"/>
              </w:rPr>
              <w:t>Ev</w:t>
            </w:r>
            <w:r>
              <w:rPr>
                <w:color w:val="949BA4"/>
                <w:sz w:val="15"/>
              </w:rPr>
              <w:t xml:space="preserve">  10/05/2026 1:13 AM</w:t>
            </w:r>
          </w:p>
          <w:p w14:paraId="42224AA6" w14:textId="77777777" w:rsidR="00327BED" w:rsidRDefault="00000000">
            <w:pPr>
              <w:spacing w:after="8" w:line="245" w:lineRule="auto"/>
            </w:pPr>
            <w:r>
              <w:t>"right that's not much of a response"</w:t>
            </w:r>
          </w:p>
          <w:p w14:paraId="389698EC" w14:textId="77777777" w:rsidR="00327BED" w:rsidRDefault="00327BED">
            <w:pPr>
              <w:spacing w:line="84" w:lineRule="auto"/>
            </w:pPr>
          </w:p>
          <w:p w14:paraId="04756EAE" w14:textId="77777777" w:rsidR="00327BED" w:rsidRDefault="00000000">
            <w:pPr>
              <w:spacing w:before="10" w:after="8" w:line="245" w:lineRule="auto"/>
            </w:pPr>
            <w:r>
              <w:t>Fuck</w:t>
            </w:r>
          </w:p>
        </w:tc>
      </w:tr>
      <w:tr w:rsidR="00327BED" w14:paraId="44C49664" w14:textId="77777777">
        <w:trPr>
          <w:cantSplit/>
          <w:jc w:val="center"/>
        </w:trPr>
        <w:tc>
          <w:tcPr>
            <w:tcW w:w="778" w:type="dxa"/>
            <w:shd w:val="clear" w:color="auto" w:fill="313338"/>
            <w:tcMar>
              <w:top w:w="55" w:type="dxa"/>
              <w:left w:w="10" w:type="dxa"/>
              <w:bottom w:w="30" w:type="dxa"/>
              <w:right w:w="25" w:type="dxa"/>
            </w:tcMar>
          </w:tcPr>
          <w:p w14:paraId="7BC8B79A" w14:textId="77777777" w:rsidR="00327BED" w:rsidRDefault="00000000">
            <w:r>
              <w:rPr>
                <w:noProof/>
              </w:rPr>
              <w:drawing>
                <wp:inline distT="0" distB="0" distL="0" distR="0" wp14:anchorId="29401D87" wp14:editId="1BB9969E">
                  <wp:extent cx="356616" cy="356616"/>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E387F09" w14:textId="77777777" w:rsidR="00327BED" w:rsidRDefault="00000000">
            <w:pPr>
              <w:spacing w:after="24"/>
            </w:pPr>
            <w:r>
              <w:rPr>
                <w:b/>
              </w:rPr>
              <w:t>Aperation</w:t>
            </w:r>
            <w:r>
              <w:rPr>
                <w:color w:val="949BA4"/>
                <w:sz w:val="15"/>
              </w:rPr>
              <w:t xml:space="preserve">  10/05/2026 1:13 AM</w:t>
            </w:r>
          </w:p>
          <w:p w14:paraId="386E7248" w14:textId="77777777" w:rsidR="00327BED" w:rsidRDefault="00000000">
            <w:pPr>
              <w:spacing w:after="8" w:line="245" w:lineRule="auto"/>
            </w:pPr>
            <w:r>
              <w:t>Bracing</w:t>
            </w:r>
          </w:p>
          <w:p w14:paraId="00231139" w14:textId="77777777" w:rsidR="00327BED" w:rsidRDefault="00327BED">
            <w:pPr>
              <w:spacing w:line="84" w:lineRule="auto"/>
            </w:pPr>
          </w:p>
          <w:p w14:paraId="5C585BBF" w14:textId="77777777" w:rsidR="00327BED" w:rsidRDefault="00000000">
            <w:pPr>
              <w:spacing w:before="10" w:after="8" w:line="245" w:lineRule="auto"/>
            </w:pPr>
            <w:r>
              <w:t>Yeah this is ridiculous</w:t>
            </w:r>
          </w:p>
        </w:tc>
      </w:tr>
      <w:tr w:rsidR="00327BED" w14:paraId="49D203B8" w14:textId="77777777">
        <w:trPr>
          <w:cantSplit/>
          <w:jc w:val="center"/>
        </w:trPr>
        <w:tc>
          <w:tcPr>
            <w:tcW w:w="778" w:type="dxa"/>
            <w:shd w:val="clear" w:color="auto" w:fill="313338"/>
            <w:tcMar>
              <w:top w:w="55" w:type="dxa"/>
              <w:left w:w="10" w:type="dxa"/>
              <w:bottom w:w="30" w:type="dxa"/>
              <w:right w:w="25" w:type="dxa"/>
            </w:tcMar>
          </w:tcPr>
          <w:p w14:paraId="44CA40B0" w14:textId="77777777" w:rsidR="00327BED" w:rsidRDefault="00000000">
            <w:r>
              <w:rPr>
                <w:noProof/>
              </w:rPr>
              <w:drawing>
                <wp:inline distT="0" distB="0" distL="0" distR="0" wp14:anchorId="39D3E552" wp14:editId="11113DEE">
                  <wp:extent cx="356616" cy="356616"/>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E2068EC" w14:textId="77777777" w:rsidR="00327BED" w:rsidRDefault="00000000">
            <w:pPr>
              <w:spacing w:after="24"/>
            </w:pPr>
            <w:r>
              <w:rPr>
                <w:b/>
                <w:color w:val="F0B232"/>
              </w:rPr>
              <w:t>Ev</w:t>
            </w:r>
            <w:r>
              <w:rPr>
                <w:color w:val="949BA4"/>
                <w:sz w:val="15"/>
              </w:rPr>
              <w:t xml:space="preserve">  10/05/2026 1:14 AM</w:t>
            </w:r>
          </w:p>
          <w:p w14:paraId="5C65D610" w14:textId="77777777" w:rsidR="00327BED" w:rsidRDefault="00000000">
            <w:pPr>
              <w:spacing w:after="8" w:line="245" w:lineRule="auto"/>
            </w:pPr>
            <w:r>
              <w:t>Show again</w:t>
            </w:r>
          </w:p>
        </w:tc>
      </w:tr>
      <w:tr w:rsidR="00327BED" w14:paraId="2B16B9EE" w14:textId="77777777">
        <w:trPr>
          <w:cantSplit/>
          <w:jc w:val="center"/>
        </w:trPr>
        <w:tc>
          <w:tcPr>
            <w:tcW w:w="778" w:type="dxa"/>
            <w:shd w:val="clear" w:color="auto" w:fill="313338"/>
            <w:tcMar>
              <w:top w:w="55" w:type="dxa"/>
              <w:left w:w="10" w:type="dxa"/>
              <w:bottom w:w="30" w:type="dxa"/>
              <w:right w:w="25" w:type="dxa"/>
            </w:tcMar>
          </w:tcPr>
          <w:p w14:paraId="18E596DE" w14:textId="77777777" w:rsidR="00327BED" w:rsidRDefault="00000000">
            <w:r>
              <w:rPr>
                <w:noProof/>
              </w:rPr>
              <w:drawing>
                <wp:inline distT="0" distB="0" distL="0" distR="0" wp14:anchorId="5D817D58" wp14:editId="4BB2876A">
                  <wp:extent cx="356616" cy="356616"/>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3AD98124" w14:textId="77777777" w:rsidR="00327BED" w:rsidRDefault="00000000">
            <w:pPr>
              <w:spacing w:after="24"/>
            </w:pPr>
            <w:r>
              <w:rPr>
                <w:b/>
              </w:rPr>
              <w:t>Aperation</w:t>
            </w:r>
            <w:r>
              <w:rPr>
                <w:color w:val="949BA4"/>
                <w:sz w:val="15"/>
              </w:rPr>
              <w:t xml:space="preserve">  10/05/2026 1:14 AM</w:t>
            </w:r>
          </w:p>
          <w:p w14:paraId="453C0849" w14:textId="77777777" w:rsidR="00327BED" w:rsidRDefault="00000000">
            <w:pPr>
              <w:spacing w:after="8" w:line="245" w:lineRule="auto"/>
            </w:pPr>
            <w:r>
              <w:t>Put yes all capitals</w:t>
            </w:r>
          </w:p>
        </w:tc>
      </w:tr>
      <w:tr w:rsidR="00327BED" w14:paraId="5AF102D4" w14:textId="77777777">
        <w:trPr>
          <w:cantSplit/>
          <w:jc w:val="center"/>
        </w:trPr>
        <w:tc>
          <w:tcPr>
            <w:tcW w:w="778" w:type="dxa"/>
            <w:shd w:val="clear" w:color="auto" w:fill="313338"/>
            <w:tcMar>
              <w:top w:w="55" w:type="dxa"/>
              <w:left w:w="10" w:type="dxa"/>
              <w:bottom w:w="30" w:type="dxa"/>
              <w:right w:w="25" w:type="dxa"/>
            </w:tcMar>
          </w:tcPr>
          <w:p w14:paraId="21E79809" w14:textId="77777777" w:rsidR="00327BED" w:rsidRDefault="00000000">
            <w:r>
              <w:rPr>
                <w:noProof/>
              </w:rPr>
              <w:drawing>
                <wp:inline distT="0" distB="0" distL="0" distR="0" wp14:anchorId="1B01BD4F" wp14:editId="2CC84456">
                  <wp:extent cx="356616" cy="356616"/>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CC04A11" w14:textId="77777777" w:rsidR="00327BED" w:rsidRDefault="00000000">
            <w:pPr>
              <w:spacing w:after="24"/>
            </w:pPr>
            <w:r>
              <w:rPr>
                <w:b/>
                <w:color w:val="F0B232"/>
              </w:rPr>
              <w:t>Ev</w:t>
            </w:r>
            <w:r>
              <w:rPr>
                <w:color w:val="949BA4"/>
                <w:sz w:val="15"/>
              </w:rPr>
              <w:t xml:space="preserve">  10/05/2026 1:14 AM</w:t>
            </w:r>
          </w:p>
          <w:p w14:paraId="07E63BE1" w14:textId="77777777" w:rsidR="00327BED" w:rsidRDefault="00000000">
            <w:pPr>
              <w:spacing w:after="8" w:line="245" w:lineRule="auto"/>
            </w:pPr>
            <w:r>
              <w:t>Not doing anything man 😭</w:t>
            </w:r>
          </w:p>
          <w:p w14:paraId="2693E814" w14:textId="77777777" w:rsidR="00327BED" w:rsidRDefault="00327BED">
            <w:pPr>
              <w:spacing w:line="84" w:lineRule="auto"/>
            </w:pPr>
          </w:p>
          <w:p w14:paraId="133B09BB" w14:textId="77777777" w:rsidR="00327BED" w:rsidRDefault="00000000">
            <w:pPr>
              <w:spacing w:before="10" w:after="8" w:line="245" w:lineRule="auto"/>
            </w:pPr>
            <w:r>
              <w:t>She's been tipsy like once in her entire life I don't think understand how ts doesn't matter at all</w:t>
            </w:r>
          </w:p>
        </w:tc>
      </w:tr>
      <w:tr w:rsidR="00327BED" w14:paraId="00ACE382" w14:textId="77777777">
        <w:trPr>
          <w:cantSplit/>
          <w:jc w:val="center"/>
        </w:trPr>
        <w:tc>
          <w:tcPr>
            <w:tcW w:w="778" w:type="dxa"/>
            <w:shd w:val="clear" w:color="auto" w:fill="313338"/>
            <w:tcMar>
              <w:top w:w="55" w:type="dxa"/>
              <w:left w:w="10" w:type="dxa"/>
              <w:bottom w:w="30" w:type="dxa"/>
              <w:right w:w="25" w:type="dxa"/>
            </w:tcMar>
          </w:tcPr>
          <w:p w14:paraId="6B066C2F" w14:textId="77777777" w:rsidR="00327BED" w:rsidRDefault="00000000">
            <w:r>
              <w:rPr>
                <w:noProof/>
              </w:rPr>
              <w:drawing>
                <wp:inline distT="0" distB="0" distL="0" distR="0" wp14:anchorId="19F25968" wp14:editId="015CAD2C">
                  <wp:extent cx="356616" cy="356616"/>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707139DD" w14:textId="77777777" w:rsidR="00327BED" w:rsidRDefault="00000000">
            <w:pPr>
              <w:spacing w:after="24"/>
            </w:pPr>
            <w:r>
              <w:rPr>
                <w:b/>
              </w:rPr>
              <w:t>Aperation</w:t>
            </w:r>
            <w:r>
              <w:rPr>
                <w:color w:val="949BA4"/>
                <w:sz w:val="15"/>
              </w:rPr>
              <w:t xml:space="preserve">  10/05/2026 1:15 AM</w:t>
            </w:r>
          </w:p>
          <w:p w14:paraId="42C5B79D" w14:textId="77777777" w:rsidR="00327BED" w:rsidRDefault="00000000">
            <w:pPr>
              <w:spacing w:after="8" w:line="245" w:lineRule="auto"/>
            </w:pPr>
            <w:r>
              <w:t>Short and snappy yes all caps</w:t>
            </w:r>
          </w:p>
          <w:p w14:paraId="3621E444" w14:textId="77777777" w:rsidR="00327BED" w:rsidRDefault="00327BED">
            <w:pPr>
              <w:spacing w:line="84" w:lineRule="auto"/>
            </w:pPr>
          </w:p>
          <w:p w14:paraId="4D3EE390" w14:textId="77777777" w:rsidR="00327BED" w:rsidRDefault="00000000">
            <w:pPr>
              <w:spacing w:before="10" w:after="8" w:line="245" w:lineRule="auto"/>
            </w:pPr>
            <w:r>
              <w:t>Ok that was aggressive</w:t>
            </w:r>
          </w:p>
        </w:tc>
      </w:tr>
      <w:tr w:rsidR="00327BED" w14:paraId="0DF4A09A" w14:textId="77777777">
        <w:trPr>
          <w:cantSplit/>
          <w:jc w:val="center"/>
        </w:trPr>
        <w:tc>
          <w:tcPr>
            <w:tcW w:w="778" w:type="dxa"/>
            <w:shd w:val="clear" w:color="auto" w:fill="313338"/>
            <w:tcMar>
              <w:top w:w="55" w:type="dxa"/>
              <w:left w:w="10" w:type="dxa"/>
              <w:bottom w:w="30" w:type="dxa"/>
              <w:right w:w="25" w:type="dxa"/>
            </w:tcMar>
          </w:tcPr>
          <w:p w14:paraId="03A09DB0" w14:textId="77777777" w:rsidR="00327BED" w:rsidRDefault="00000000">
            <w:r>
              <w:rPr>
                <w:noProof/>
              </w:rPr>
              <w:drawing>
                <wp:inline distT="0" distB="0" distL="0" distR="0" wp14:anchorId="5B6C21E9" wp14:editId="5E5DD8F0">
                  <wp:extent cx="356616" cy="356616"/>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3CE29E7" w14:textId="77777777" w:rsidR="00327BED" w:rsidRDefault="00000000">
            <w:pPr>
              <w:spacing w:after="24"/>
            </w:pPr>
            <w:r>
              <w:rPr>
                <w:b/>
                <w:color w:val="F0B232"/>
              </w:rPr>
              <w:t>Ev</w:t>
            </w:r>
            <w:r>
              <w:rPr>
                <w:color w:val="949BA4"/>
                <w:sz w:val="15"/>
              </w:rPr>
              <w:t xml:space="preserve">  10/05/2026 1:15 AM</w:t>
            </w:r>
          </w:p>
          <w:p w14:paraId="572A5466" w14:textId="77777777" w:rsidR="00327BED" w:rsidRDefault="00000000">
            <w:pPr>
              <w:spacing w:after="8" w:line="245" w:lineRule="auto"/>
            </w:pPr>
            <w:r>
              <w:t>Yeah show some emotion</w:t>
            </w:r>
          </w:p>
        </w:tc>
      </w:tr>
      <w:tr w:rsidR="00327BED" w14:paraId="0E92E789" w14:textId="77777777">
        <w:trPr>
          <w:cantSplit/>
          <w:jc w:val="center"/>
        </w:trPr>
        <w:tc>
          <w:tcPr>
            <w:tcW w:w="778" w:type="dxa"/>
            <w:shd w:val="clear" w:color="auto" w:fill="313338"/>
            <w:tcMar>
              <w:top w:w="55" w:type="dxa"/>
              <w:left w:w="10" w:type="dxa"/>
              <w:bottom w:w="30" w:type="dxa"/>
              <w:right w:w="25" w:type="dxa"/>
            </w:tcMar>
          </w:tcPr>
          <w:p w14:paraId="7CC1FBB9" w14:textId="77777777" w:rsidR="00327BED" w:rsidRDefault="00000000">
            <w:r>
              <w:rPr>
                <w:noProof/>
              </w:rPr>
              <w:drawing>
                <wp:inline distT="0" distB="0" distL="0" distR="0" wp14:anchorId="515846B4" wp14:editId="429D4739">
                  <wp:extent cx="356616" cy="356616"/>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38E2E8DC" w14:textId="77777777" w:rsidR="00327BED" w:rsidRDefault="00000000">
            <w:pPr>
              <w:spacing w:after="24"/>
            </w:pPr>
            <w:r>
              <w:rPr>
                <w:b/>
              </w:rPr>
              <w:t>Aperation</w:t>
            </w:r>
            <w:r>
              <w:rPr>
                <w:color w:val="949BA4"/>
                <w:sz w:val="15"/>
              </w:rPr>
              <w:t xml:space="preserve">  10/05/2026 1:15 AM</w:t>
            </w:r>
          </w:p>
          <w:p w14:paraId="740C151D" w14:textId="77777777" w:rsidR="00327BED" w:rsidRDefault="00000000">
            <w:pPr>
              <w:spacing w:after="8" w:line="245" w:lineRule="auto"/>
            </w:pPr>
            <w:r>
              <w:t>Just keep it a buck</w:t>
            </w:r>
          </w:p>
        </w:tc>
      </w:tr>
      <w:tr w:rsidR="00327BED" w14:paraId="2C40CE56" w14:textId="77777777">
        <w:trPr>
          <w:cantSplit/>
          <w:jc w:val="center"/>
        </w:trPr>
        <w:tc>
          <w:tcPr>
            <w:tcW w:w="778" w:type="dxa"/>
            <w:shd w:val="clear" w:color="auto" w:fill="313338"/>
            <w:tcMar>
              <w:top w:w="55" w:type="dxa"/>
              <w:left w:w="10" w:type="dxa"/>
              <w:bottom w:w="30" w:type="dxa"/>
              <w:right w:w="25" w:type="dxa"/>
            </w:tcMar>
          </w:tcPr>
          <w:p w14:paraId="34C918C2" w14:textId="77777777" w:rsidR="00327BED" w:rsidRDefault="00000000">
            <w:r>
              <w:rPr>
                <w:noProof/>
              </w:rPr>
              <w:drawing>
                <wp:inline distT="0" distB="0" distL="0" distR="0" wp14:anchorId="26C23BC3" wp14:editId="047B6A74">
                  <wp:extent cx="356616" cy="356616"/>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21C7A7D7" w14:textId="77777777" w:rsidR="00327BED" w:rsidRDefault="00000000">
            <w:pPr>
              <w:spacing w:after="24"/>
            </w:pPr>
            <w:r>
              <w:rPr>
                <w:b/>
                <w:color w:val="F0B232"/>
              </w:rPr>
              <w:t>Ev</w:t>
            </w:r>
            <w:r>
              <w:rPr>
                <w:color w:val="949BA4"/>
                <w:sz w:val="15"/>
              </w:rPr>
              <w:t xml:space="preserve">  10/05/2026 1:15 AM</w:t>
            </w:r>
          </w:p>
          <w:p w14:paraId="037EA306" w14:textId="77777777" w:rsidR="00327BED" w:rsidRDefault="00000000">
            <w:pPr>
              <w:spacing w:after="8" w:line="245" w:lineRule="auto"/>
            </w:pPr>
            <w:r>
              <w:t>It's not just offense it's showing that you care</w:t>
            </w:r>
          </w:p>
        </w:tc>
      </w:tr>
      <w:tr w:rsidR="00327BED" w14:paraId="30B82B6B" w14:textId="77777777">
        <w:trPr>
          <w:cantSplit/>
          <w:jc w:val="center"/>
        </w:trPr>
        <w:tc>
          <w:tcPr>
            <w:tcW w:w="778" w:type="dxa"/>
            <w:shd w:val="clear" w:color="auto" w:fill="313338"/>
            <w:tcMar>
              <w:top w:w="55" w:type="dxa"/>
              <w:left w:w="10" w:type="dxa"/>
              <w:bottom w:w="30" w:type="dxa"/>
              <w:right w:w="25" w:type="dxa"/>
            </w:tcMar>
          </w:tcPr>
          <w:p w14:paraId="4D3872B6" w14:textId="77777777" w:rsidR="00327BED" w:rsidRDefault="00000000">
            <w:r>
              <w:rPr>
                <w:noProof/>
              </w:rPr>
              <w:drawing>
                <wp:inline distT="0" distB="0" distL="0" distR="0" wp14:anchorId="0DAFA9FA" wp14:editId="27189A63">
                  <wp:extent cx="356616" cy="356616"/>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0995962C" w14:textId="77777777" w:rsidR="00327BED" w:rsidRDefault="00000000">
            <w:pPr>
              <w:spacing w:after="24"/>
            </w:pPr>
            <w:r>
              <w:rPr>
                <w:b/>
              </w:rPr>
              <w:t>Aperation</w:t>
            </w:r>
            <w:r>
              <w:rPr>
                <w:color w:val="949BA4"/>
                <w:sz w:val="15"/>
              </w:rPr>
              <w:t xml:space="preserve">  10/05/2026 1:15 AM</w:t>
            </w:r>
          </w:p>
          <w:p w14:paraId="4AAED898" w14:textId="77777777" w:rsidR="00327BED" w:rsidRDefault="00000000">
            <w:pPr>
              <w:spacing w:after="8" w:line="245" w:lineRule="auto"/>
            </w:pPr>
            <w:r>
              <w:t>Like if you saw that picture Oskar would you be angry</w:t>
            </w:r>
          </w:p>
        </w:tc>
      </w:tr>
      <w:tr w:rsidR="00327BED" w14:paraId="6203EA59" w14:textId="77777777">
        <w:trPr>
          <w:cantSplit/>
          <w:jc w:val="center"/>
        </w:trPr>
        <w:tc>
          <w:tcPr>
            <w:tcW w:w="778" w:type="dxa"/>
            <w:shd w:val="clear" w:color="auto" w:fill="313338"/>
            <w:tcMar>
              <w:top w:w="55" w:type="dxa"/>
              <w:left w:w="10" w:type="dxa"/>
              <w:bottom w:w="30" w:type="dxa"/>
              <w:right w:w="25" w:type="dxa"/>
            </w:tcMar>
          </w:tcPr>
          <w:p w14:paraId="24666670" w14:textId="77777777" w:rsidR="00327BED" w:rsidRDefault="00000000">
            <w:r>
              <w:rPr>
                <w:noProof/>
              </w:rPr>
              <w:drawing>
                <wp:inline distT="0" distB="0" distL="0" distR="0" wp14:anchorId="75E79523" wp14:editId="5051635D">
                  <wp:extent cx="356616" cy="356616"/>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0774A3DE" w14:textId="77777777" w:rsidR="00327BED" w:rsidRDefault="00000000">
            <w:pPr>
              <w:spacing w:after="24"/>
            </w:pPr>
            <w:r>
              <w:rPr>
                <w:b/>
                <w:color w:val="F0B232"/>
              </w:rPr>
              <w:t>Ev</w:t>
            </w:r>
            <w:r>
              <w:rPr>
                <w:color w:val="949BA4"/>
                <w:sz w:val="15"/>
              </w:rPr>
              <w:t xml:space="preserve">  10/05/2026 1:15 AM</w:t>
            </w:r>
          </w:p>
          <w:p w14:paraId="20BF3293" w14:textId="77777777" w:rsidR="00327BED" w:rsidRDefault="00000000">
            <w:pPr>
              <w:spacing w:after="8" w:line="245" w:lineRule="auto"/>
            </w:pPr>
            <w:r>
              <w:t>Yeah that's good</w:t>
            </w:r>
          </w:p>
        </w:tc>
      </w:tr>
      <w:tr w:rsidR="00327BED" w14:paraId="1F52152C" w14:textId="77777777">
        <w:trPr>
          <w:cantSplit/>
          <w:jc w:val="center"/>
        </w:trPr>
        <w:tc>
          <w:tcPr>
            <w:tcW w:w="778" w:type="dxa"/>
            <w:shd w:val="clear" w:color="auto" w:fill="313338"/>
            <w:tcMar>
              <w:top w:w="55" w:type="dxa"/>
              <w:left w:w="10" w:type="dxa"/>
              <w:bottom w:w="30" w:type="dxa"/>
              <w:right w:w="25" w:type="dxa"/>
            </w:tcMar>
          </w:tcPr>
          <w:p w14:paraId="4B4233F8" w14:textId="77777777" w:rsidR="00327BED" w:rsidRDefault="00000000">
            <w:r>
              <w:rPr>
                <w:noProof/>
              </w:rPr>
              <w:drawing>
                <wp:inline distT="0" distB="0" distL="0" distR="0" wp14:anchorId="5D5DC62B" wp14:editId="71884239">
                  <wp:extent cx="356616" cy="356616"/>
                  <wp:effectExtent l="0" t="0" r="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5D0908D" w14:textId="77777777" w:rsidR="00327BED" w:rsidRDefault="00000000">
            <w:pPr>
              <w:spacing w:after="24"/>
            </w:pPr>
            <w:r>
              <w:rPr>
                <w:b/>
              </w:rPr>
              <w:t>Aperation</w:t>
            </w:r>
            <w:r>
              <w:rPr>
                <w:color w:val="949BA4"/>
                <w:sz w:val="15"/>
              </w:rPr>
              <w:t xml:space="preserve">  10/05/2026 1:15 AM</w:t>
            </w:r>
          </w:p>
          <w:p w14:paraId="6D465ACB" w14:textId="77777777" w:rsidR="00327BED" w:rsidRDefault="00000000">
            <w:pPr>
              <w:spacing w:after="8" w:line="245" w:lineRule="auto"/>
            </w:pPr>
            <w:r>
              <w:t>Exactly</w:t>
            </w:r>
          </w:p>
          <w:p w14:paraId="3F161B54" w14:textId="77777777" w:rsidR="00327BED" w:rsidRDefault="00327BED">
            <w:pPr>
              <w:spacing w:line="84" w:lineRule="auto"/>
            </w:pPr>
          </w:p>
          <w:p w14:paraId="4E23297A" w14:textId="77777777" w:rsidR="00327BED" w:rsidRDefault="00000000">
            <w:pPr>
              <w:spacing w:before="10" w:after="8" w:line="245" w:lineRule="auto"/>
            </w:pPr>
            <w:r>
              <w:t>So just say that</w:t>
            </w:r>
          </w:p>
          <w:p w14:paraId="35FAFD7F" w14:textId="77777777" w:rsidR="00327BED" w:rsidRDefault="00327BED">
            <w:pPr>
              <w:spacing w:line="84" w:lineRule="auto"/>
            </w:pPr>
          </w:p>
          <w:p w14:paraId="78DBB23F" w14:textId="77777777" w:rsidR="00327BED" w:rsidRDefault="00000000">
            <w:pPr>
              <w:spacing w:before="10" w:after="8" w:line="245" w:lineRule="auto"/>
            </w:pPr>
            <w:r>
              <w:t>EXACTLY</w:t>
            </w:r>
          </w:p>
        </w:tc>
      </w:tr>
      <w:tr w:rsidR="00327BED" w14:paraId="46003753" w14:textId="77777777">
        <w:trPr>
          <w:cantSplit/>
          <w:jc w:val="center"/>
        </w:trPr>
        <w:tc>
          <w:tcPr>
            <w:tcW w:w="778" w:type="dxa"/>
            <w:shd w:val="clear" w:color="auto" w:fill="313338"/>
            <w:tcMar>
              <w:top w:w="55" w:type="dxa"/>
              <w:left w:w="10" w:type="dxa"/>
              <w:bottom w:w="30" w:type="dxa"/>
              <w:right w:w="25" w:type="dxa"/>
            </w:tcMar>
          </w:tcPr>
          <w:p w14:paraId="2B02FD3F" w14:textId="77777777" w:rsidR="00327BED" w:rsidRDefault="00000000">
            <w:r>
              <w:rPr>
                <w:noProof/>
              </w:rPr>
              <w:drawing>
                <wp:inline distT="0" distB="0" distL="0" distR="0" wp14:anchorId="13618669" wp14:editId="1F6E2DCF">
                  <wp:extent cx="356616" cy="356616"/>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2CBA1F92" w14:textId="77777777" w:rsidR="00327BED" w:rsidRDefault="00000000">
            <w:pPr>
              <w:spacing w:after="24"/>
            </w:pPr>
            <w:r>
              <w:rPr>
                <w:b/>
                <w:color w:val="F0B232"/>
              </w:rPr>
              <w:t>Ev</w:t>
            </w:r>
            <w:r>
              <w:rPr>
                <w:color w:val="949BA4"/>
                <w:sz w:val="15"/>
              </w:rPr>
              <w:t xml:space="preserve">  10/05/2026 1:15 AM</w:t>
            </w:r>
          </w:p>
          <w:p w14:paraId="7B59FB07" w14:textId="77777777" w:rsidR="00327BED" w:rsidRDefault="00000000">
            <w:pPr>
              <w:spacing w:after="8" w:line="245" w:lineRule="auto"/>
            </w:pPr>
            <w:r>
              <w:t>Yeah but that's between us</w:t>
            </w:r>
          </w:p>
        </w:tc>
      </w:tr>
      <w:tr w:rsidR="00327BED" w14:paraId="4CE1C4F9" w14:textId="77777777">
        <w:trPr>
          <w:cantSplit/>
          <w:jc w:val="center"/>
        </w:trPr>
        <w:tc>
          <w:tcPr>
            <w:tcW w:w="778" w:type="dxa"/>
            <w:shd w:val="clear" w:color="auto" w:fill="313338"/>
            <w:tcMar>
              <w:top w:w="55" w:type="dxa"/>
              <w:left w:w="10" w:type="dxa"/>
              <w:bottom w:w="30" w:type="dxa"/>
              <w:right w:w="25" w:type="dxa"/>
            </w:tcMar>
          </w:tcPr>
          <w:p w14:paraId="115747B1" w14:textId="77777777" w:rsidR="00327BED" w:rsidRDefault="00000000">
            <w:r>
              <w:rPr>
                <w:noProof/>
              </w:rPr>
              <w:lastRenderedPageBreak/>
              <w:drawing>
                <wp:inline distT="0" distB="0" distL="0" distR="0" wp14:anchorId="60E0127F" wp14:editId="0F328A1A">
                  <wp:extent cx="356616" cy="356616"/>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C66114A" w14:textId="77777777" w:rsidR="00327BED" w:rsidRDefault="00000000">
            <w:pPr>
              <w:spacing w:after="24"/>
            </w:pPr>
            <w:r>
              <w:rPr>
                <w:b/>
              </w:rPr>
              <w:t>Aperation</w:t>
            </w:r>
            <w:r>
              <w:rPr>
                <w:color w:val="949BA4"/>
                <w:sz w:val="15"/>
              </w:rPr>
              <w:t xml:space="preserve">  10/05/2026 1:16 AM</w:t>
            </w:r>
          </w:p>
          <w:p w14:paraId="52B2225E" w14:textId="77777777" w:rsidR="00327BED" w:rsidRDefault="00000000">
            <w:pPr>
              <w:spacing w:after="8" w:line="245" w:lineRule="auto"/>
            </w:pPr>
            <w:r>
              <w:t>If she tests us one more time you have to ult for me and Evan’s sanity</w:t>
            </w:r>
          </w:p>
          <w:p w14:paraId="16DD4BDD" w14:textId="77777777" w:rsidR="00327BED" w:rsidRDefault="00327BED">
            <w:pPr>
              <w:spacing w:line="84" w:lineRule="auto"/>
            </w:pPr>
          </w:p>
          <w:p w14:paraId="42B41D59" w14:textId="77777777" w:rsidR="00327BED" w:rsidRDefault="00000000">
            <w:pPr>
              <w:spacing w:before="10" w:after="8" w:line="245" w:lineRule="auto"/>
            </w:pPr>
            <w:r>
              <w:t>Yep calmskis</w:t>
            </w:r>
          </w:p>
          <w:p w14:paraId="12D6C4CA" w14:textId="77777777" w:rsidR="00327BED" w:rsidRDefault="00327BED">
            <w:pPr>
              <w:spacing w:line="84" w:lineRule="auto"/>
            </w:pPr>
          </w:p>
          <w:p w14:paraId="54482A9C" w14:textId="77777777" w:rsidR="00327BED" w:rsidRDefault="00000000">
            <w:pPr>
              <w:spacing w:before="10" w:after="8" w:line="245" w:lineRule="auto"/>
            </w:pPr>
            <w:r>
              <w:t>I think if you say</w:t>
            </w:r>
          </w:p>
          <w:p w14:paraId="6F978979" w14:textId="77777777" w:rsidR="00327BED" w:rsidRDefault="00327BED">
            <w:pPr>
              <w:spacing w:line="84" w:lineRule="auto"/>
            </w:pPr>
          </w:p>
          <w:p w14:paraId="2381C8E4" w14:textId="77777777" w:rsidR="00327BED" w:rsidRDefault="00000000">
            <w:pPr>
              <w:spacing w:before="10" w:after="8" w:line="245" w:lineRule="auto"/>
            </w:pPr>
            <w:r>
              <w:t>If you look at that photo and think there’s any intention from me to do something then idk what to tell you</w:t>
            </w:r>
          </w:p>
          <w:p w14:paraId="450495E4" w14:textId="77777777" w:rsidR="00327BED" w:rsidRDefault="00327BED">
            <w:pPr>
              <w:spacing w:line="84" w:lineRule="auto"/>
            </w:pPr>
          </w:p>
          <w:p w14:paraId="5BF7151B" w14:textId="77777777" w:rsidR="00327BED" w:rsidRDefault="00000000">
            <w:pPr>
              <w:spacing w:before="10" w:after="8" w:line="245" w:lineRule="auto"/>
            </w:pPr>
            <w:r>
              <w:t>Something along those lines</w:t>
            </w:r>
          </w:p>
          <w:p w14:paraId="30F19F60" w14:textId="77777777" w:rsidR="00327BED" w:rsidRDefault="00327BED">
            <w:pPr>
              <w:spacing w:line="84" w:lineRule="auto"/>
            </w:pPr>
          </w:p>
          <w:p w14:paraId="407BF54D" w14:textId="77777777" w:rsidR="00327BED" w:rsidRDefault="00000000">
            <w:pPr>
              <w:spacing w:before="10" w:after="8" w:line="245" w:lineRule="auto"/>
            </w:pPr>
            <w:r>
              <w:t>Ill intentions</w:t>
            </w:r>
          </w:p>
          <w:p w14:paraId="6E7E5320" w14:textId="77777777" w:rsidR="00327BED" w:rsidRDefault="00327BED">
            <w:pPr>
              <w:spacing w:line="84" w:lineRule="auto"/>
            </w:pPr>
          </w:p>
          <w:p w14:paraId="7F47EFC0" w14:textId="77777777" w:rsidR="00327BED" w:rsidRDefault="00000000">
            <w:pPr>
              <w:spacing w:before="10" w:after="8" w:line="245" w:lineRule="auto"/>
            </w:pPr>
            <w:r>
              <w:t>Save ult for the next one</w:t>
            </w:r>
          </w:p>
          <w:p w14:paraId="05C5A625" w14:textId="77777777" w:rsidR="00327BED" w:rsidRDefault="00327BED">
            <w:pPr>
              <w:spacing w:line="84" w:lineRule="auto"/>
            </w:pPr>
          </w:p>
          <w:p w14:paraId="0A8383A1" w14:textId="77777777" w:rsidR="00327BED" w:rsidRDefault="00000000">
            <w:pPr>
              <w:spacing w:before="10" w:after="8" w:line="245" w:lineRule="auto"/>
            </w:pPr>
            <w:r>
              <w:t>Run the question by me real quick</w:t>
            </w:r>
          </w:p>
          <w:p w14:paraId="725D7514" w14:textId="77777777" w:rsidR="00327BED" w:rsidRDefault="00327BED">
            <w:pPr>
              <w:spacing w:line="84" w:lineRule="auto"/>
            </w:pPr>
          </w:p>
          <w:p w14:paraId="066165F2" w14:textId="77777777" w:rsidR="00327BED" w:rsidRDefault="00000000">
            <w:pPr>
              <w:spacing w:before="10" w:after="8" w:line="245" w:lineRule="auto"/>
            </w:pPr>
            <w:r>
              <w:t>Oh Luca and Nick</w:t>
            </w:r>
          </w:p>
          <w:p w14:paraId="6190BB1F" w14:textId="77777777" w:rsidR="00327BED" w:rsidRDefault="00327BED">
            <w:pPr>
              <w:spacing w:line="84" w:lineRule="auto"/>
            </w:pPr>
          </w:p>
          <w:p w14:paraId="086775AC" w14:textId="77777777" w:rsidR="00327BED" w:rsidRDefault="00000000">
            <w:pPr>
              <w:spacing w:before="10" w:after="8" w:line="245" w:lineRule="auto"/>
            </w:pPr>
            <w:r>
              <w:t>Just keep it a buck</w:t>
            </w:r>
          </w:p>
          <w:p w14:paraId="041A000F" w14:textId="77777777" w:rsidR="00327BED" w:rsidRDefault="00327BED">
            <w:pPr>
              <w:spacing w:line="84" w:lineRule="auto"/>
            </w:pPr>
          </w:p>
          <w:p w14:paraId="7480F83E" w14:textId="77777777" w:rsidR="00327BED" w:rsidRDefault="00000000">
            <w:pPr>
              <w:spacing w:before="10" w:after="8" w:line="245" w:lineRule="auto"/>
            </w:pPr>
            <w:r>
              <w:t>Tell her yes</w:t>
            </w:r>
          </w:p>
          <w:p w14:paraId="12C05697" w14:textId="77777777" w:rsidR="00327BED" w:rsidRDefault="00327BED">
            <w:pPr>
              <w:spacing w:line="84" w:lineRule="auto"/>
            </w:pPr>
          </w:p>
          <w:p w14:paraId="77C6A044" w14:textId="77777777" w:rsidR="00327BED" w:rsidRDefault="00000000">
            <w:pPr>
              <w:spacing w:before="10" w:after="8" w:line="245" w:lineRule="auto"/>
            </w:pPr>
            <w:r>
              <w:t>And then do what you said</w:t>
            </w:r>
          </w:p>
          <w:p w14:paraId="19FF4080" w14:textId="77777777" w:rsidR="00327BED" w:rsidRDefault="00327BED">
            <w:pPr>
              <w:spacing w:line="84" w:lineRule="auto"/>
            </w:pPr>
          </w:p>
          <w:p w14:paraId="705A2246" w14:textId="77777777" w:rsidR="00327BED" w:rsidRDefault="00000000">
            <w:pPr>
              <w:spacing w:before="10" w:after="8" w:line="245" w:lineRule="auto"/>
            </w:pPr>
            <w:r>
              <w:t>I like that</w:t>
            </w:r>
          </w:p>
        </w:tc>
      </w:tr>
      <w:tr w:rsidR="00327BED" w14:paraId="25DC566C" w14:textId="77777777">
        <w:trPr>
          <w:cantSplit/>
          <w:jc w:val="center"/>
        </w:trPr>
        <w:tc>
          <w:tcPr>
            <w:tcW w:w="778" w:type="dxa"/>
            <w:shd w:val="clear" w:color="auto" w:fill="313338"/>
            <w:tcMar>
              <w:top w:w="55" w:type="dxa"/>
              <w:left w:w="10" w:type="dxa"/>
              <w:bottom w:w="30" w:type="dxa"/>
              <w:right w:w="25" w:type="dxa"/>
            </w:tcMar>
          </w:tcPr>
          <w:p w14:paraId="0C4E73E1" w14:textId="77777777" w:rsidR="00327BED" w:rsidRDefault="00000000">
            <w:r>
              <w:rPr>
                <w:noProof/>
              </w:rPr>
              <w:drawing>
                <wp:inline distT="0" distB="0" distL="0" distR="0" wp14:anchorId="20E8B381" wp14:editId="1A3B2E36">
                  <wp:extent cx="356616" cy="356616"/>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38C03609" w14:textId="77777777" w:rsidR="00327BED" w:rsidRDefault="00000000">
            <w:pPr>
              <w:spacing w:after="24"/>
            </w:pPr>
            <w:r>
              <w:rPr>
                <w:b/>
                <w:color w:val="F0B232"/>
              </w:rPr>
              <w:t>Ev</w:t>
            </w:r>
            <w:r>
              <w:rPr>
                <w:color w:val="949BA4"/>
                <w:sz w:val="15"/>
              </w:rPr>
              <w:t xml:space="preserve">  10/05/2026 1:19 AM</w:t>
            </w:r>
          </w:p>
          <w:p w14:paraId="40E5D30F" w14:textId="77777777" w:rsidR="00327BED" w:rsidRDefault="00000000">
            <w:pPr>
              <w:spacing w:after="8" w:line="245" w:lineRule="auto"/>
            </w:pPr>
            <w:r>
              <w:t>Honestly no</w:t>
            </w:r>
          </w:p>
          <w:p w14:paraId="4BDEAD7B" w14:textId="77777777" w:rsidR="00327BED" w:rsidRDefault="00327BED">
            <w:pPr>
              <w:spacing w:line="84" w:lineRule="auto"/>
            </w:pPr>
          </w:p>
          <w:p w14:paraId="38B22904" w14:textId="77777777" w:rsidR="00327BED" w:rsidRDefault="00000000">
            <w:pPr>
              <w:spacing w:before="10" w:after="8" w:line="245" w:lineRule="auto"/>
            </w:pPr>
            <w:r>
              <w:t>Like you wouldn't</w:t>
            </w:r>
          </w:p>
        </w:tc>
      </w:tr>
      <w:tr w:rsidR="00327BED" w14:paraId="0A4E60BE" w14:textId="77777777">
        <w:trPr>
          <w:cantSplit/>
          <w:jc w:val="center"/>
        </w:trPr>
        <w:tc>
          <w:tcPr>
            <w:tcW w:w="778" w:type="dxa"/>
            <w:shd w:val="clear" w:color="auto" w:fill="313338"/>
            <w:tcMar>
              <w:top w:w="55" w:type="dxa"/>
              <w:left w:w="10" w:type="dxa"/>
              <w:bottom w:w="30" w:type="dxa"/>
              <w:right w:w="25" w:type="dxa"/>
            </w:tcMar>
          </w:tcPr>
          <w:p w14:paraId="10EC2A27" w14:textId="77777777" w:rsidR="00327BED" w:rsidRDefault="00000000">
            <w:r>
              <w:rPr>
                <w:noProof/>
              </w:rPr>
              <w:drawing>
                <wp:inline distT="0" distB="0" distL="0" distR="0" wp14:anchorId="6B6898FE" wp14:editId="26C23E23">
                  <wp:extent cx="356616" cy="356616"/>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F19E77E" w14:textId="77777777" w:rsidR="00327BED" w:rsidRDefault="00000000">
            <w:pPr>
              <w:spacing w:after="24"/>
            </w:pPr>
            <w:r>
              <w:rPr>
                <w:b/>
              </w:rPr>
              <w:t>Aperation</w:t>
            </w:r>
            <w:r>
              <w:rPr>
                <w:color w:val="949BA4"/>
                <w:sz w:val="15"/>
              </w:rPr>
              <w:t xml:space="preserve">  10/05/2026 1:19 AM</w:t>
            </w:r>
          </w:p>
          <w:p w14:paraId="2FD2B7FF" w14:textId="77777777" w:rsidR="00327BED" w:rsidRDefault="00000000">
            <w:pPr>
              <w:spacing w:after="8" w:line="245" w:lineRule="auto"/>
            </w:pPr>
            <w:r>
              <w:t>You wouldn’t care*</w:t>
            </w:r>
          </w:p>
          <w:p w14:paraId="41E988B4" w14:textId="77777777" w:rsidR="00327BED" w:rsidRDefault="00327BED">
            <w:pPr>
              <w:spacing w:line="84" w:lineRule="auto"/>
            </w:pPr>
          </w:p>
          <w:p w14:paraId="372E3DC7" w14:textId="77777777" w:rsidR="00327BED" w:rsidRDefault="00000000">
            <w:pPr>
              <w:spacing w:before="10" w:after="8" w:line="245" w:lineRule="auto"/>
            </w:pPr>
            <w:r>
              <w:t>And then didn’t say anything abt the insta</w:t>
            </w:r>
          </w:p>
          <w:p w14:paraId="0404D3B6" w14:textId="77777777" w:rsidR="00327BED" w:rsidRDefault="00327BED">
            <w:pPr>
              <w:spacing w:line="84" w:lineRule="auto"/>
            </w:pPr>
          </w:p>
          <w:p w14:paraId="483AAD7B" w14:textId="77777777" w:rsidR="00327BED" w:rsidRDefault="00000000">
            <w:pPr>
              <w:spacing w:before="10" w:after="8" w:line="245" w:lineRule="auto"/>
            </w:pPr>
            <w:r>
              <w:t>yup yup</w:t>
            </w:r>
          </w:p>
          <w:p w14:paraId="0E1E22A6" w14:textId="77777777" w:rsidR="00327BED" w:rsidRDefault="00327BED">
            <w:pPr>
              <w:spacing w:line="84" w:lineRule="auto"/>
            </w:pPr>
          </w:p>
          <w:p w14:paraId="3524016A" w14:textId="77777777" w:rsidR="00327BED" w:rsidRDefault="00000000">
            <w:pPr>
              <w:spacing w:before="10" w:after="8" w:line="245" w:lineRule="auto"/>
            </w:pPr>
            <w:r>
              <w:t>Positive mental attitude</w:t>
            </w:r>
          </w:p>
          <w:p w14:paraId="41570172" w14:textId="77777777" w:rsidR="00327BED" w:rsidRDefault="00327BED">
            <w:pPr>
              <w:spacing w:line="84" w:lineRule="auto"/>
            </w:pPr>
          </w:p>
          <w:p w14:paraId="41DF4642" w14:textId="77777777" w:rsidR="00327BED" w:rsidRDefault="00000000">
            <w:pPr>
              <w:spacing w:before="10" w:after="8" w:line="245" w:lineRule="auto"/>
            </w:pPr>
            <w:r>
              <w:t>Gg</w:t>
            </w:r>
          </w:p>
          <w:p w14:paraId="2D9735A2" w14:textId="77777777" w:rsidR="00327BED" w:rsidRDefault="00327BED">
            <w:pPr>
              <w:spacing w:line="84" w:lineRule="auto"/>
            </w:pPr>
          </w:p>
          <w:p w14:paraId="1CF151A9" w14:textId="77777777" w:rsidR="00327BED" w:rsidRDefault="00000000">
            <w:pPr>
              <w:spacing w:before="10" w:after="8" w:line="245" w:lineRule="auto"/>
            </w:pPr>
            <w:r>
              <w:t>Just go to bed fr</w:t>
            </w:r>
          </w:p>
          <w:p w14:paraId="70D670A5" w14:textId="77777777" w:rsidR="00327BED" w:rsidRDefault="00327BED">
            <w:pPr>
              <w:spacing w:line="84" w:lineRule="auto"/>
            </w:pPr>
          </w:p>
          <w:p w14:paraId="6DAC693E" w14:textId="77777777" w:rsidR="00327BED" w:rsidRDefault="00000000">
            <w:pPr>
              <w:spacing w:before="10" w:after="8" w:line="245" w:lineRule="auto"/>
            </w:pPr>
            <w:r>
              <w:t>Fuck</w:t>
            </w:r>
          </w:p>
        </w:tc>
      </w:tr>
      <w:tr w:rsidR="00327BED" w14:paraId="4F3503B8" w14:textId="77777777">
        <w:trPr>
          <w:cantSplit/>
          <w:jc w:val="center"/>
        </w:trPr>
        <w:tc>
          <w:tcPr>
            <w:tcW w:w="778" w:type="dxa"/>
            <w:shd w:val="clear" w:color="auto" w:fill="313338"/>
            <w:tcMar>
              <w:top w:w="55" w:type="dxa"/>
              <w:left w:w="10" w:type="dxa"/>
              <w:bottom w:w="30" w:type="dxa"/>
              <w:right w:w="25" w:type="dxa"/>
            </w:tcMar>
          </w:tcPr>
          <w:p w14:paraId="7BE21E2E" w14:textId="77777777" w:rsidR="00327BED" w:rsidRDefault="00000000">
            <w:r>
              <w:rPr>
                <w:noProof/>
              </w:rPr>
              <w:drawing>
                <wp:inline distT="0" distB="0" distL="0" distR="0" wp14:anchorId="04D693EB" wp14:editId="36F5519F">
                  <wp:extent cx="356616" cy="356616"/>
                  <wp:effectExtent l="0" t="0" r="0" b="0"/>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2CACBDA7" w14:textId="77777777" w:rsidR="00327BED" w:rsidRDefault="00000000">
            <w:pPr>
              <w:spacing w:after="24"/>
            </w:pPr>
            <w:r>
              <w:rPr>
                <w:b/>
                <w:color w:val="F0B232"/>
              </w:rPr>
              <w:t>Ev</w:t>
            </w:r>
            <w:r>
              <w:rPr>
                <w:color w:val="949BA4"/>
                <w:sz w:val="15"/>
              </w:rPr>
              <w:t xml:space="preserve">  10/05/2026 1:21 AM</w:t>
            </w:r>
          </w:p>
          <w:p w14:paraId="79F47BB8" w14:textId="77777777" w:rsidR="00327BED" w:rsidRDefault="00000000">
            <w:pPr>
              <w:spacing w:after="8" w:line="245" w:lineRule="auto"/>
            </w:pPr>
            <w:r>
              <w:t>Omd</w:t>
            </w:r>
          </w:p>
          <w:p w14:paraId="333B29B2" w14:textId="77777777" w:rsidR="00327BED" w:rsidRDefault="00327BED">
            <w:pPr>
              <w:spacing w:line="84" w:lineRule="auto"/>
            </w:pPr>
          </w:p>
          <w:p w14:paraId="7FBB6235" w14:textId="77777777" w:rsidR="00327BED" w:rsidRDefault="00000000">
            <w:pPr>
              <w:spacing w:before="10" w:after="8" w:line="245" w:lineRule="auto"/>
            </w:pPr>
            <w:r>
              <w:t>Ana you gotta wait sorry</w:t>
            </w:r>
          </w:p>
          <w:p w14:paraId="52B39592" w14:textId="77777777" w:rsidR="00327BED" w:rsidRDefault="00327BED">
            <w:pPr>
              <w:spacing w:line="84" w:lineRule="auto"/>
            </w:pPr>
          </w:p>
          <w:p w14:paraId="4E7DE7DE" w14:textId="77777777" w:rsidR="00327BED" w:rsidRDefault="00000000">
            <w:pPr>
              <w:spacing w:before="10" w:after="8" w:line="245" w:lineRule="auto"/>
            </w:pPr>
            <w:r>
              <w:t>Excuse for what?</w:t>
            </w:r>
          </w:p>
        </w:tc>
      </w:tr>
      <w:tr w:rsidR="00327BED" w14:paraId="585C120A" w14:textId="77777777">
        <w:trPr>
          <w:cantSplit/>
          <w:jc w:val="center"/>
        </w:trPr>
        <w:tc>
          <w:tcPr>
            <w:tcW w:w="778" w:type="dxa"/>
            <w:shd w:val="clear" w:color="auto" w:fill="313338"/>
            <w:tcMar>
              <w:top w:w="55" w:type="dxa"/>
              <w:left w:w="10" w:type="dxa"/>
              <w:bottom w:w="30" w:type="dxa"/>
              <w:right w:w="25" w:type="dxa"/>
            </w:tcMar>
          </w:tcPr>
          <w:p w14:paraId="3FDC7C0A" w14:textId="77777777" w:rsidR="00327BED" w:rsidRDefault="00000000">
            <w:r>
              <w:rPr>
                <w:noProof/>
              </w:rPr>
              <w:drawing>
                <wp:inline distT="0" distB="0" distL="0" distR="0" wp14:anchorId="7C4923E3" wp14:editId="1CF2C795">
                  <wp:extent cx="356616" cy="356616"/>
                  <wp:effectExtent l="0" t="0" r="0" b="0"/>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088F6F71" w14:textId="77777777" w:rsidR="00327BED" w:rsidRDefault="00000000">
            <w:pPr>
              <w:spacing w:after="24"/>
            </w:pPr>
            <w:r>
              <w:rPr>
                <w:b/>
              </w:rPr>
              <w:t>Aperation</w:t>
            </w:r>
            <w:r>
              <w:rPr>
                <w:color w:val="949BA4"/>
                <w:sz w:val="15"/>
              </w:rPr>
              <w:t xml:space="preserve">  10/05/2026 1:22 AM</w:t>
            </w:r>
          </w:p>
          <w:p w14:paraId="01B2F36F" w14:textId="77777777" w:rsidR="00327BED" w:rsidRDefault="00000000">
            <w:pPr>
              <w:spacing w:after="8" w:line="245" w:lineRule="auto"/>
            </w:pPr>
            <w:r>
              <w:t>Off the bag</w:t>
            </w:r>
          </w:p>
          <w:p w14:paraId="49319156" w14:textId="77777777" w:rsidR="00327BED" w:rsidRDefault="00327BED">
            <w:pPr>
              <w:spacing w:line="84" w:lineRule="auto"/>
            </w:pPr>
          </w:p>
          <w:p w14:paraId="0DA169F0" w14:textId="77777777" w:rsidR="00327BED" w:rsidRDefault="00000000">
            <w:pPr>
              <w:spacing w:before="10" w:after="8" w:line="245" w:lineRule="auto"/>
            </w:pPr>
            <w:r>
              <w:t>Bat*</w:t>
            </w:r>
          </w:p>
          <w:p w14:paraId="0469D091" w14:textId="77777777" w:rsidR="00327BED" w:rsidRDefault="00327BED">
            <w:pPr>
              <w:spacing w:line="84" w:lineRule="auto"/>
            </w:pPr>
          </w:p>
          <w:p w14:paraId="6A72FCE0" w14:textId="77777777" w:rsidR="00327BED" w:rsidRDefault="00000000">
            <w:pPr>
              <w:spacing w:before="10" w:after="8" w:line="245" w:lineRule="auto"/>
            </w:pPr>
            <w:r>
              <w:t>No accountability</w:t>
            </w:r>
          </w:p>
        </w:tc>
      </w:tr>
      <w:tr w:rsidR="00327BED" w14:paraId="4582E182" w14:textId="77777777">
        <w:trPr>
          <w:cantSplit/>
          <w:jc w:val="center"/>
        </w:trPr>
        <w:tc>
          <w:tcPr>
            <w:tcW w:w="778" w:type="dxa"/>
            <w:shd w:val="clear" w:color="auto" w:fill="313338"/>
            <w:tcMar>
              <w:top w:w="55" w:type="dxa"/>
              <w:left w:w="10" w:type="dxa"/>
              <w:bottom w:w="30" w:type="dxa"/>
              <w:right w:w="25" w:type="dxa"/>
            </w:tcMar>
          </w:tcPr>
          <w:p w14:paraId="5F2CDC5A" w14:textId="77777777" w:rsidR="00327BED" w:rsidRDefault="00000000">
            <w:r>
              <w:rPr>
                <w:noProof/>
              </w:rPr>
              <w:drawing>
                <wp:inline distT="0" distB="0" distL="0" distR="0" wp14:anchorId="28DF6C62" wp14:editId="1E4DA97F">
                  <wp:extent cx="356616" cy="356616"/>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70E56EA" w14:textId="77777777" w:rsidR="00327BED" w:rsidRDefault="00000000">
            <w:pPr>
              <w:spacing w:after="24"/>
            </w:pPr>
            <w:r>
              <w:rPr>
                <w:b/>
                <w:color w:val="F0B232"/>
              </w:rPr>
              <w:t>Ev</w:t>
            </w:r>
            <w:r>
              <w:rPr>
                <w:color w:val="949BA4"/>
                <w:sz w:val="15"/>
              </w:rPr>
              <w:t xml:space="preserve">  10/05/2026 1:22 AM</w:t>
            </w:r>
          </w:p>
          <w:p w14:paraId="5C293043" w14:textId="77777777" w:rsidR="00327BED" w:rsidRDefault="00000000">
            <w:pPr>
              <w:spacing w:after="8" w:line="245" w:lineRule="auto"/>
            </w:pPr>
            <w:r>
              <w:t>Omg holy deflection</w:t>
            </w:r>
          </w:p>
          <w:p w14:paraId="332D71B4" w14:textId="77777777" w:rsidR="00327BED" w:rsidRDefault="00327BED">
            <w:pPr>
              <w:spacing w:line="84" w:lineRule="auto"/>
            </w:pPr>
          </w:p>
          <w:p w14:paraId="716FC76D" w14:textId="77777777" w:rsidR="00327BED" w:rsidRDefault="00000000">
            <w:pPr>
              <w:spacing w:before="10" w:after="8" w:line="245" w:lineRule="auto"/>
            </w:pPr>
            <w:r>
              <w:t>Do what again 😭😭</w:t>
            </w:r>
          </w:p>
          <w:p w14:paraId="684293E9" w14:textId="77777777" w:rsidR="00327BED" w:rsidRDefault="00327BED">
            <w:pPr>
              <w:spacing w:line="84" w:lineRule="auto"/>
            </w:pPr>
          </w:p>
          <w:p w14:paraId="5D314076" w14:textId="77777777" w:rsidR="00327BED" w:rsidRDefault="00000000">
            <w:pPr>
              <w:spacing w:before="10" w:after="8" w:line="245" w:lineRule="auto"/>
            </w:pPr>
            <w:r>
              <w:t>You didn't do SHIT</w:t>
            </w:r>
          </w:p>
        </w:tc>
      </w:tr>
      <w:tr w:rsidR="00327BED" w14:paraId="79F1749A" w14:textId="77777777">
        <w:trPr>
          <w:cantSplit/>
          <w:jc w:val="center"/>
        </w:trPr>
        <w:tc>
          <w:tcPr>
            <w:tcW w:w="778" w:type="dxa"/>
            <w:shd w:val="clear" w:color="auto" w:fill="313338"/>
            <w:tcMar>
              <w:top w:w="55" w:type="dxa"/>
              <w:left w:w="10" w:type="dxa"/>
              <w:bottom w:w="30" w:type="dxa"/>
              <w:right w:w="25" w:type="dxa"/>
            </w:tcMar>
          </w:tcPr>
          <w:p w14:paraId="49120E9E" w14:textId="77777777" w:rsidR="00327BED" w:rsidRDefault="00000000">
            <w:r>
              <w:rPr>
                <w:noProof/>
              </w:rPr>
              <w:drawing>
                <wp:inline distT="0" distB="0" distL="0" distR="0" wp14:anchorId="246C21F7" wp14:editId="635FB661">
                  <wp:extent cx="356616" cy="356616"/>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4C7ADCC" w14:textId="77777777" w:rsidR="00327BED" w:rsidRDefault="00000000">
            <w:pPr>
              <w:spacing w:after="24"/>
            </w:pPr>
            <w:r>
              <w:rPr>
                <w:b/>
              </w:rPr>
              <w:t>Aperation</w:t>
            </w:r>
            <w:r>
              <w:rPr>
                <w:color w:val="949BA4"/>
                <w:sz w:val="15"/>
              </w:rPr>
              <w:t xml:space="preserve">  10/05/2026 1:22 AM</w:t>
            </w:r>
          </w:p>
          <w:p w14:paraId="0B634241" w14:textId="77777777" w:rsidR="00327BED" w:rsidRDefault="00000000">
            <w:pPr>
              <w:spacing w:after="8" w:line="245" w:lineRule="auto"/>
            </w:pPr>
            <w:r>
              <w:t>There’s 50 fucking flicks of you and her</w:t>
            </w:r>
          </w:p>
        </w:tc>
      </w:tr>
      <w:tr w:rsidR="00327BED" w14:paraId="1EF43F3B" w14:textId="77777777">
        <w:trPr>
          <w:cantSplit/>
          <w:jc w:val="center"/>
        </w:trPr>
        <w:tc>
          <w:tcPr>
            <w:tcW w:w="778" w:type="dxa"/>
            <w:shd w:val="clear" w:color="auto" w:fill="313338"/>
            <w:tcMar>
              <w:top w:w="55" w:type="dxa"/>
              <w:left w:w="10" w:type="dxa"/>
              <w:bottom w:w="30" w:type="dxa"/>
              <w:right w:w="25" w:type="dxa"/>
            </w:tcMar>
          </w:tcPr>
          <w:p w14:paraId="3F13329A" w14:textId="77777777" w:rsidR="00327BED" w:rsidRDefault="00000000">
            <w:r>
              <w:rPr>
                <w:noProof/>
              </w:rPr>
              <w:drawing>
                <wp:inline distT="0" distB="0" distL="0" distR="0" wp14:anchorId="69E4832C" wp14:editId="7E892A50">
                  <wp:extent cx="356616" cy="356616"/>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E89251F" w14:textId="77777777" w:rsidR="00327BED" w:rsidRDefault="00000000">
            <w:pPr>
              <w:spacing w:after="24"/>
            </w:pPr>
            <w:r>
              <w:rPr>
                <w:b/>
                <w:color w:val="F0B232"/>
              </w:rPr>
              <w:t>Ev</w:t>
            </w:r>
            <w:r>
              <w:rPr>
                <w:color w:val="949BA4"/>
                <w:sz w:val="15"/>
              </w:rPr>
              <w:t xml:space="preserve">  10/05/2026 1:22 AM</w:t>
            </w:r>
          </w:p>
          <w:p w14:paraId="4E61F4AC" w14:textId="77777777" w:rsidR="00327BED" w:rsidRDefault="00000000">
            <w:pPr>
              <w:spacing w:after="8" w:line="245" w:lineRule="auto"/>
            </w:pPr>
            <w:r>
              <w:t>Yeah she was too watching you like the Terminator</w:t>
            </w:r>
          </w:p>
        </w:tc>
      </w:tr>
      <w:tr w:rsidR="00327BED" w14:paraId="6664465E" w14:textId="77777777">
        <w:trPr>
          <w:cantSplit/>
          <w:jc w:val="center"/>
        </w:trPr>
        <w:tc>
          <w:tcPr>
            <w:tcW w:w="778" w:type="dxa"/>
            <w:shd w:val="clear" w:color="auto" w:fill="313338"/>
            <w:tcMar>
              <w:top w:w="55" w:type="dxa"/>
              <w:left w:w="10" w:type="dxa"/>
              <w:bottom w:w="30" w:type="dxa"/>
              <w:right w:w="25" w:type="dxa"/>
            </w:tcMar>
          </w:tcPr>
          <w:p w14:paraId="1B2A7E9F" w14:textId="77777777" w:rsidR="00327BED" w:rsidRDefault="00000000">
            <w:r>
              <w:rPr>
                <w:noProof/>
              </w:rPr>
              <w:drawing>
                <wp:inline distT="0" distB="0" distL="0" distR="0" wp14:anchorId="6F293E83" wp14:editId="1C5026BF">
                  <wp:extent cx="356616" cy="356616"/>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848587A" w14:textId="77777777" w:rsidR="00327BED" w:rsidRDefault="00000000">
            <w:pPr>
              <w:spacing w:after="24"/>
            </w:pPr>
            <w:r>
              <w:rPr>
                <w:b/>
              </w:rPr>
              <w:t>Aperation</w:t>
            </w:r>
            <w:r>
              <w:rPr>
                <w:color w:val="949BA4"/>
                <w:sz w:val="15"/>
              </w:rPr>
              <w:t xml:space="preserve">  10/05/2026 1:23 AM</w:t>
            </w:r>
          </w:p>
          <w:p w14:paraId="1A771B70" w14:textId="77777777" w:rsidR="00327BED" w:rsidRDefault="00000000">
            <w:pPr>
              <w:spacing w:after="8" w:line="245" w:lineRule="auto"/>
            </w:pPr>
            <w:r>
              <w:t>Yh</w:t>
            </w:r>
          </w:p>
        </w:tc>
      </w:tr>
      <w:tr w:rsidR="00327BED" w14:paraId="547DBA5F" w14:textId="77777777">
        <w:trPr>
          <w:cantSplit/>
          <w:jc w:val="center"/>
        </w:trPr>
        <w:tc>
          <w:tcPr>
            <w:tcW w:w="778" w:type="dxa"/>
            <w:shd w:val="clear" w:color="auto" w:fill="313338"/>
            <w:tcMar>
              <w:top w:w="55" w:type="dxa"/>
              <w:left w:w="10" w:type="dxa"/>
              <w:bottom w:w="30" w:type="dxa"/>
              <w:right w:w="25" w:type="dxa"/>
            </w:tcMar>
          </w:tcPr>
          <w:p w14:paraId="2FEC6435" w14:textId="77777777" w:rsidR="00327BED" w:rsidRDefault="00000000">
            <w:r>
              <w:rPr>
                <w:noProof/>
              </w:rPr>
              <w:drawing>
                <wp:inline distT="0" distB="0" distL="0" distR="0" wp14:anchorId="49EB2A4E" wp14:editId="5DC2BFA9">
                  <wp:extent cx="356616" cy="356616"/>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ACD19DA" w14:textId="77777777" w:rsidR="00327BED" w:rsidRDefault="00000000">
            <w:pPr>
              <w:spacing w:after="24"/>
            </w:pPr>
            <w:r>
              <w:rPr>
                <w:b/>
                <w:color w:val="F0B232"/>
              </w:rPr>
              <w:t>Ev</w:t>
            </w:r>
            <w:r>
              <w:rPr>
                <w:color w:val="949BA4"/>
                <w:sz w:val="15"/>
              </w:rPr>
              <w:t xml:space="preserve">  10/05/2026 1:23 AM</w:t>
            </w:r>
          </w:p>
          <w:p w14:paraId="49657671" w14:textId="77777777" w:rsidR="00327BED" w:rsidRDefault="00000000">
            <w:pPr>
              <w:spacing w:after="8" w:line="245" w:lineRule="auto"/>
            </w:pPr>
            <w:r>
              <w:t>Ok</w:t>
            </w:r>
          </w:p>
        </w:tc>
      </w:tr>
      <w:tr w:rsidR="00327BED" w14:paraId="6C850CDF" w14:textId="77777777">
        <w:trPr>
          <w:cantSplit/>
          <w:jc w:val="center"/>
        </w:trPr>
        <w:tc>
          <w:tcPr>
            <w:tcW w:w="778" w:type="dxa"/>
            <w:shd w:val="clear" w:color="auto" w:fill="313338"/>
            <w:tcMar>
              <w:top w:w="55" w:type="dxa"/>
              <w:left w:w="10" w:type="dxa"/>
              <w:bottom w:w="30" w:type="dxa"/>
              <w:right w:w="25" w:type="dxa"/>
            </w:tcMar>
          </w:tcPr>
          <w:p w14:paraId="7663A8DF" w14:textId="77777777" w:rsidR="00327BED" w:rsidRDefault="00000000">
            <w:r>
              <w:rPr>
                <w:noProof/>
              </w:rPr>
              <w:lastRenderedPageBreak/>
              <w:drawing>
                <wp:inline distT="0" distB="0" distL="0" distR="0" wp14:anchorId="133FA19F" wp14:editId="0B280178">
                  <wp:extent cx="356616" cy="356616"/>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68527576" w14:textId="77777777" w:rsidR="00327BED" w:rsidRDefault="00000000">
            <w:pPr>
              <w:spacing w:after="24"/>
            </w:pPr>
            <w:r>
              <w:rPr>
                <w:b/>
              </w:rPr>
              <w:t>Aperation</w:t>
            </w:r>
            <w:r>
              <w:rPr>
                <w:color w:val="949BA4"/>
                <w:sz w:val="15"/>
              </w:rPr>
              <w:t xml:space="preserve">  10/05/2026 1:23 AM</w:t>
            </w:r>
          </w:p>
          <w:p w14:paraId="3E7112D9" w14:textId="77777777" w:rsidR="00327BED" w:rsidRDefault="00000000">
            <w:pPr>
              <w:spacing w:after="8" w:line="245" w:lineRule="auto"/>
            </w:pPr>
            <w:r>
              <w:t>Well off the bat we need to run that back in the next response bc she didn’t answer it at all</w:t>
            </w:r>
          </w:p>
          <w:p w14:paraId="12ECE6A7" w14:textId="77777777" w:rsidR="00327BED" w:rsidRDefault="00327BED">
            <w:pPr>
              <w:spacing w:line="84" w:lineRule="auto"/>
            </w:pPr>
          </w:p>
          <w:p w14:paraId="255943A6" w14:textId="77777777" w:rsidR="00327BED" w:rsidRDefault="00000000">
            <w:pPr>
              <w:spacing w:before="10" w:after="8" w:line="245" w:lineRule="auto"/>
            </w:pPr>
            <w:r>
              <w:t>Carry on</w:t>
            </w:r>
          </w:p>
        </w:tc>
      </w:tr>
      <w:tr w:rsidR="00327BED" w14:paraId="6673A6C3" w14:textId="77777777">
        <w:trPr>
          <w:cantSplit/>
          <w:jc w:val="center"/>
        </w:trPr>
        <w:tc>
          <w:tcPr>
            <w:tcW w:w="778" w:type="dxa"/>
            <w:shd w:val="clear" w:color="auto" w:fill="313338"/>
            <w:tcMar>
              <w:top w:w="55" w:type="dxa"/>
              <w:left w:w="10" w:type="dxa"/>
              <w:bottom w:w="30" w:type="dxa"/>
              <w:right w:w="25" w:type="dxa"/>
            </w:tcMar>
          </w:tcPr>
          <w:p w14:paraId="474BB17C" w14:textId="77777777" w:rsidR="00327BED" w:rsidRDefault="00000000">
            <w:r>
              <w:rPr>
                <w:noProof/>
              </w:rPr>
              <w:drawing>
                <wp:inline distT="0" distB="0" distL="0" distR="0" wp14:anchorId="18CD0E9F" wp14:editId="0DB69BD1">
                  <wp:extent cx="356616" cy="356616"/>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3DE4C03B" w14:textId="77777777" w:rsidR="00327BED" w:rsidRDefault="00000000">
            <w:pPr>
              <w:spacing w:after="24"/>
            </w:pPr>
            <w:r>
              <w:rPr>
                <w:b/>
                <w:color w:val="F0B232"/>
              </w:rPr>
              <w:t>Ev</w:t>
            </w:r>
            <w:r>
              <w:rPr>
                <w:color w:val="949BA4"/>
                <w:sz w:val="15"/>
              </w:rPr>
              <w:t xml:space="preserve">  10/05/2026 1:23 AM</w:t>
            </w:r>
          </w:p>
          <w:p w14:paraId="0BAF7DA4" w14:textId="77777777" w:rsidR="00327BED" w:rsidRDefault="00000000">
            <w:pPr>
              <w:spacing w:after="8" w:line="245" w:lineRule="auto"/>
            </w:pPr>
            <w:r>
              <w:t>Almost told ana to wait I'm looking</w:t>
            </w:r>
          </w:p>
        </w:tc>
      </w:tr>
      <w:tr w:rsidR="00327BED" w14:paraId="30AFD6BD" w14:textId="77777777">
        <w:trPr>
          <w:cantSplit/>
          <w:jc w:val="center"/>
        </w:trPr>
        <w:tc>
          <w:tcPr>
            <w:tcW w:w="778" w:type="dxa"/>
            <w:shd w:val="clear" w:color="auto" w:fill="313338"/>
            <w:tcMar>
              <w:top w:w="55" w:type="dxa"/>
              <w:left w:w="10" w:type="dxa"/>
              <w:bottom w:w="30" w:type="dxa"/>
              <w:right w:w="25" w:type="dxa"/>
            </w:tcMar>
          </w:tcPr>
          <w:p w14:paraId="7DD16ACA" w14:textId="77777777" w:rsidR="00327BED" w:rsidRDefault="00000000">
            <w:r>
              <w:rPr>
                <w:noProof/>
              </w:rPr>
              <w:drawing>
                <wp:inline distT="0" distB="0" distL="0" distR="0" wp14:anchorId="3184614A" wp14:editId="3E952ED9">
                  <wp:extent cx="356616" cy="356616"/>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65FAD36C" w14:textId="77777777" w:rsidR="00327BED" w:rsidRDefault="00000000">
            <w:pPr>
              <w:spacing w:after="24"/>
            </w:pPr>
            <w:r>
              <w:rPr>
                <w:b/>
              </w:rPr>
              <w:t>Aperation</w:t>
            </w:r>
            <w:r>
              <w:rPr>
                <w:color w:val="949BA4"/>
                <w:sz w:val="15"/>
              </w:rPr>
              <w:t xml:space="preserve">  10/05/2026 1:23 AM</w:t>
            </w:r>
          </w:p>
          <w:p w14:paraId="628DC2CE" w14:textId="77777777" w:rsidR="00327BED" w:rsidRDefault="00000000">
            <w:pPr>
              <w:spacing w:after="8" w:line="245" w:lineRule="auto"/>
            </w:pPr>
            <w:r>
              <w:t>Do what we just established nothing wrong there</w:t>
            </w:r>
          </w:p>
          <w:p w14:paraId="73773A3D" w14:textId="77777777" w:rsidR="00327BED" w:rsidRDefault="00327BED">
            <w:pPr>
              <w:spacing w:line="84" w:lineRule="auto"/>
            </w:pPr>
          </w:p>
          <w:p w14:paraId="40023B75" w14:textId="77777777" w:rsidR="00327BED" w:rsidRDefault="00000000">
            <w:pPr>
              <w:spacing w:before="10" w:after="8" w:line="245" w:lineRule="auto"/>
            </w:pPr>
            <w:r>
              <w:t>Carry on</w:t>
            </w:r>
          </w:p>
        </w:tc>
      </w:tr>
      <w:tr w:rsidR="00327BED" w14:paraId="1155321D" w14:textId="77777777">
        <w:trPr>
          <w:cantSplit/>
          <w:jc w:val="center"/>
        </w:trPr>
        <w:tc>
          <w:tcPr>
            <w:tcW w:w="778" w:type="dxa"/>
            <w:shd w:val="clear" w:color="auto" w:fill="313338"/>
            <w:tcMar>
              <w:top w:w="55" w:type="dxa"/>
              <w:left w:w="10" w:type="dxa"/>
              <w:bottom w:w="30" w:type="dxa"/>
              <w:right w:w="25" w:type="dxa"/>
            </w:tcMar>
          </w:tcPr>
          <w:p w14:paraId="64CDE554" w14:textId="77777777" w:rsidR="00327BED" w:rsidRDefault="00000000">
            <w:r>
              <w:rPr>
                <w:noProof/>
              </w:rPr>
              <w:drawing>
                <wp:inline distT="0" distB="0" distL="0" distR="0" wp14:anchorId="7C3301F0" wp14:editId="4BDE3C7D">
                  <wp:extent cx="356616" cy="356616"/>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9E3AB18" w14:textId="77777777" w:rsidR="00327BED" w:rsidRDefault="00000000">
            <w:pPr>
              <w:spacing w:after="24"/>
            </w:pPr>
            <w:r>
              <w:rPr>
                <w:b/>
                <w:color w:val="F0B232"/>
              </w:rPr>
              <w:t>Ev</w:t>
            </w:r>
            <w:r>
              <w:rPr>
                <w:color w:val="949BA4"/>
                <w:sz w:val="15"/>
              </w:rPr>
              <w:t xml:space="preserve">  10/05/2026 1:24 AM</w:t>
            </w:r>
          </w:p>
          <w:p w14:paraId="3E27A0EB" w14:textId="77777777" w:rsidR="00327BED" w:rsidRDefault="00000000">
            <w:pPr>
              <w:spacing w:after="8" w:line="245" w:lineRule="auto"/>
            </w:pPr>
            <w:r>
              <w:t>She's not listening to you saying that nothing happened</w:t>
            </w:r>
          </w:p>
        </w:tc>
      </w:tr>
      <w:tr w:rsidR="00327BED" w14:paraId="2EF84E37" w14:textId="77777777">
        <w:trPr>
          <w:cantSplit/>
          <w:jc w:val="center"/>
        </w:trPr>
        <w:tc>
          <w:tcPr>
            <w:tcW w:w="778" w:type="dxa"/>
            <w:shd w:val="clear" w:color="auto" w:fill="313338"/>
            <w:tcMar>
              <w:top w:w="55" w:type="dxa"/>
              <w:left w:w="10" w:type="dxa"/>
              <w:bottom w:w="30" w:type="dxa"/>
              <w:right w:w="25" w:type="dxa"/>
            </w:tcMar>
          </w:tcPr>
          <w:p w14:paraId="0C7034BE" w14:textId="77777777" w:rsidR="00327BED" w:rsidRDefault="00000000">
            <w:r>
              <w:rPr>
                <w:noProof/>
              </w:rPr>
              <w:drawing>
                <wp:inline distT="0" distB="0" distL="0" distR="0" wp14:anchorId="27C35B42" wp14:editId="0C90B045">
                  <wp:extent cx="356616" cy="356616"/>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7A404F6" w14:textId="77777777" w:rsidR="00327BED" w:rsidRDefault="00000000">
            <w:pPr>
              <w:spacing w:after="24"/>
            </w:pPr>
            <w:r>
              <w:rPr>
                <w:b/>
              </w:rPr>
              <w:t>Aperation</w:t>
            </w:r>
            <w:r>
              <w:rPr>
                <w:color w:val="949BA4"/>
                <w:sz w:val="15"/>
              </w:rPr>
              <w:t xml:space="preserve">  10/05/2026 1:24 AM</w:t>
            </w:r>
          </w:p>
          <w:p w14:paraId="7A5F2416" w14:textId="77777777" w:rsidR="00327BED" w:rsidRDefault="00000000">
            <w:pPr>
              <w:spacing w:after="8" w:line="245" w:lineRule="auto"/>
            </w:pPr>
            <w:r>
              <w:t>Yep</w:t>
            </w:r>
          </w:p>
        </w:tc>
      </w:tr>
      <w:tr w:rsidR="00327BED" w14:paraId="03915D3E" w14:textId="77777777">
        <w:trPr>
          <w:cantSplit/>
          <w:jc w:val="center"/>
        </w:trPr>
        <w:tc>
          <w:tcPr>
            <w:tcW w:w="778" w:type="dxa"/>
            <w:shd w:val="clear" w:color="auto" w:fill="313338"/>
            <w:tcMar>
              <w:top w:w="55" w:type="dxa"/>
              <w:left w:w="10" w:type="dxa"/>
              <w:bottom w:w="30" w:type="dxa"/>
              <w:right w:w="25" w:type="dxa"/>
            </w:tcMar>
          </w:tcPr>
          <w:p w14:paraId="06DD4EF4" w14:textId="77777777" w:rsidR="00327BED" w:rsidRDefault="00000000">
            <w:r>
              <w:rPr>
                <w:noProof/>
              </w:rPr>
              <w:drawing>
                <wp:inline distT="0" distB="0" distL="0" distR="0" wp14:anchorId="25C710DF" wp14:editId="60DF11A1">
                  <wp:extent cx="356616" cy="356616"/>
                  <wp:effectExtent l="0" t="0" r="0" b="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732A983E" w14:textId="77777777" w:rsidR="00327BED" w:rsidRDefault="00000000">
            <w:pPr>
              <w:spacing w:after="24"/>
            </w:pPr>
            <w:r>
              <w:rPr>
                <w:b/>
                <w:color w:val="F0B232"/>
              </w:rPr>
              <w:t>Ev</w:t>
            </w:r>
            <w:r>
              <w:rPr>
                <w:color w:val="949BA4"/>
                <w:sz w:val="15"/>
              </w:rPr>
              <w:t xml:space="preserve">  10/05/2026 1:24 AM</w:t>
            </w:r>
          </w:p>
          <w:p w14:paraId="441F65CE" w14:textId="77777777" w:rsidR="00327BED" w:rsidRDefault="00000000">
            <w:pPr>
              <w:spacing w:after="8" w:line="245" w:lineRule="auto"/>
            </w:pPr>
            <w:r>
              <w:t>Yep</w:t>
            </w:r>
          </w:p>
        </w:tc>
      </w:tr>
      <w:tr w:rsidR="00327BED" w14:paraId="219BA0B5" w14:textId="77777777">
        <w:trPr>
          <w:cantSplit/>
          <w:jc w:val="center"/>
        </w:trPr>
        <w:tc>
          <w:tcPr>
            <w:tcW w:w="778" w:type="dxa"/>
            <w:shd w:val="clear" w:color="auto" w:fill="313338"/>
            <w:tcMar>
              <w:top w:w="55" w:type="dxa"/>
              <w:left w:w="10" w:type="dxa"/>
              <w:bottom w:w="30" w:type="dxa"/>
              <w:right w:w="25" w:type="dxa"/>
            </w:tcMar>
          </w:tcPr>
          <w:p w14:paraId="7AB2B8FC" w14:textId="77777777" w:rsidR="00327BED" w:rsidRDefault="00000000">
            <w:r>
              <w:rPr>
                <w:noProof/>
              </w:rPr>
              <w:drawing>
                <wp:inline distT="0" distB="0" distL="0" distR="0" wp14:anchorId="68B4266D" wp14:editId="623314BD">
                  <wp:extent cx="356616" cy="356616"/>
                  <wp:effectExtent l="0" t="0" r="0" b="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356F94DB" w14:textId="77777777" w:rsidR="00327BED" w:rsidRDefault="00000000">
            <w:pPr>
              <w:spacing w:after="24"/>
            </w:pPr>
            <w:r>
              <w:rPr>
                <w:b/>
              </w:rPr>
              <w:t>Aperation</w:t>
            </w:r>
            <w:r>
              <w:rPr>
                <w:color w:val="949BA4"/>
                <w:sz w:val="15"/>
              </w:rPr>
              <w:t xml:space="preserve">  10/05/2026 1:24 AM</w:t>
            </w:r>
          </w:p>
          <w:p w14:paraId="14AE7266" w14:textId="77777777" w:rsidR="00327BED" w:rsidRDefault="00000000">
            <w:pPr>
              <w:spacing w:after="8" w:line="245" w:lineRule="auto"/>
            </w:pPr>
            <w:r>
              <w:t>Holy shit</w:t>
            </w:r>
          </w:p>
          <w:p w14:paraId="0367688F" w14:textId="77777777" w:rsidR="00327BED" w:rsidRDefault="00327BED">
            <w:pPr>
              <w:spacing w:line="84" w:lineRule="auto"/>
            </w:pPr>
          </w:p>
          <w:p w14:paraId="3122DD96" w14:textId="77777777" w:rsidR="00327BED" w:rsidRDefault="00000000">
            <w:pPr>
              <w:spacing w:before="10" w:after="8" w:line="245" w:lineRule="auto"/>
            </w:pPr>
            <w:r>
              <w:t>Genuinely just a bit jealous and insecure</w:t>
            </w:r>
          </w:p>
        </w:tc>
      </w:tr>
      <w:tr w:rsidR="00327BED" w14:paraId="7FA93C7E" w14:textId="77777777">
        <w:trPr>
          <w:cantSplit/>
          <w:jc w:val="center"/>
        </w:trPr>
        <w:tc>
          <w:tcPr>
            <w:tcW w:w="778" w:type="dxa"/>
            <w:shd w:val="clear" w:color="auto" w:fill="313338"/>
            <w:tcMar>
              <w:top w:w="55" w:type="dxa"/>
              <w:left w:w="10" w:type="dxa"/>
              <w:bottom w:w="30" w:type="dxa"/>
              <w:right w:w="25" w:type="dxa"/>
            </w:tcMar>
          </w:tcPr>
          <w:p w14:paraId="6A70F1BB" w14:textId="77777777" w:rsidR="00327BED" w:rsidRDefault="00000000">
            <w:r>
              <w:rPr>
                <w:noProof/>
              </w:rPr>
              <w:drawing>
                <wp:inline distT="0" distB="0" distL="0" distR="0" wp14:anchorId="5CAF7B23" wp14:editId="5313DDCF">
                  <wp:extent cx="356616" cy="356616"/>
                  <wp:effectExtent l="0" t="0" r="0" b="0"/>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09F672B2" w14:textId="77777777" w:rsidR="00327BED" w:rsidRDefault="00000000">
            <w:pPr>
              <w:spacing w:after="24"/>
            </w:pPr>
            <w:r>
              <w:rPr>
                <w:b/>
                <w:color w:val="F0B232"/>
              </w:rPr>
              <w:t>Ev</w:t>
            </w:r>
            <w:r>
              <w:rPr>
                <w:color w:val="949BA4"/>
                <w:sz w:val="15"/>
              </w:rPr>
              <w:t xml:space="preserve">  10/05/2026 1:24 AM</w:t>
            </w:r>
          </w:p>
          <w:p w14:paraId="4E9ACF62" w14:textId="77777777" w:rsidR="00327BED" w:rsidRDefault="00000000">
            <w:pPr>
              <w:spacing w:after="8" w:line="245" w:lineRule="auto"/>
            </w:pPr>
            <w:r>
              <w:t>You talk everyday you don't get to see them often and it's last day of school</w:t>
            </w:r>
          </w:p>
          <w:p w14:paraId="2412CFB3" w14:textId="77777777" w:rsidR="00327BED" w:rsidRDefault="00327BED">
            <w:pPr>
              <w:spacing w:line="84" w:lineRule="auto"/>
            </w:pPr>
          </w:p>
          <w:p w14:paraId="00B6CB7D" w14:textId="77777777" w:rsidR="00327BED" w:rsidRDefault="00000000">
            <w:pPr>
              <w:spacing w:before="10" w:after="8" w:line="245" w:lineRule="auto"/>
            </w:pPr>
            <w:r>
              <w:t>Oskar genuinely she never starts these arguments with any intention of listening to you at all</w:t>
            </w:r>
          </w:p>
        </w:tc>
      </w:tr>
      <w:tr w:rsidR="00327BED" w14:paraId="68569D28" w14:textId="77777777">
        <w:trPr>
          <w:cantSplit/>
          <w:jc w:val="center"/>
        </w:trPr>
        <w:tc>
          <w:tcPr>
            <w:tcW w:w="778" w:type="dxa"/>
            <w:shd w:val="clear" w:color="auto" w:fill="313338"/>
            <w:tcMar>
              <w:top w:w="55" w:type="dxa"/>
              <w:left w:w="10" w:type="dxa"/>
              <w:bottom w:w="30" w:type="dxa"/>
              <w:right w:w="25" w:type="dxa"/>
            </w:tcMar>
          </w:tcPr>
          <w:p w14:paraId="1A82B5EC" w14:textId="77777777" w:rsidR="00327BED" w:rsidRDefault="00000000">
            <w:r>
              <w:rPr>
                <w:noProof/>
              </w:rPr>
              <w:drawing>
                <wp:inline distT="0" distB="0" distL="0" distR="0" wp14:anchorId="3C311DD9" wp14:editId="4352EAE5">
                  <wp:extent cx="356616" cy="356616"/>
                  <wp:effectExtent l="0" t="0" r="0" b="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2389DF66" w14:textId="77777777" w:rsidR="00327BED" w:rsidRDefault="00000000">
            <w:pPr>
              <w:spacing w:after="24"/>
            </w:pPr>
            <w:r>
              <w:rPr>
                <w:b/>
              </w:rPr>
              <w:t>Aperation</w:t>
            </w:r>
            <w:r>
              <w:rPr>
                <w:color w:val="949BA4"/>
                <w:sz w:val="15"/>
              </w:rPr>
              <w:t xml:space="preserve">  10/05/2026 1:25 AM</w:t>
            </w:r>
          </w:p>
          <w:p w14:paraId="7B4C1C86" w14:textId="77777777" w:rsidR="00327BED" w:rsidRDefault="00000000">
            <w:pPr>
              <w:spacing w:after="8" w:line="245" w:lineRule="auto"/>
            </w:pPr>
            <w:r>
              <w:t>Yes and is it your job to do everything and chat to her whilst your krunked as fuck</w:t>
            </w:r>
          </w:p>
          <w:p w14:paraId="31EF4408" w14:textId="77777777" w:rsidR="00327BED" w:rsidRDefault="00327BED">
            <w:pPr>
              <w:spacing w:line="84" w:lineRule="auto"/>
            </w:pPr>
          </w:p>
          <w:p w14:paraId="4311AA6B" w14:textId="77777777" w:rsidR="00327BED" w:rsidRDefault="00000000">
            <w:pPr>
              <w:spacing w:before="10" w:after="8" w:line="245" w:lineRule="auto"/>
            </w:pPr>
            <w:r>
              <w:t>If may comes up to you your gonna talk to them</w:t>
            </w:r>
          </w:p>
          <w:p w14:paraId="17C3979A" w14:textId="77777777" w:rsidR="00327BED" w:rsidRDefault="00327BED">
            <w:pPr>
              <w:spacing w:line="84" w:lineRule="auto"/>
            </w:pPr>
          </w:p>
          <w:p w14:paraId="459BA26C" w14:textId="77777777" w:rsidR="00327BED" w:rsidRDefault="00000000">
            <w:pPr>
              <w:spacing w:before="10" w:after="8" w:line="245" w:lineRule="auto"/>
            </w:pPr>
            <w:r>
              <w:t>Thank you I really appreciate that</w:t>
            </w:r>
          </w:p>
          <w:p w14:paraId="7EB2DAE7" w14:textId="77777777" w:rsidR="00327BED" w:rsidRDefault="00327BED">
            <w:pPr>
              <w:spacing w:line="84" w:lineRule="auto"/>
            </w:pPr>
          </w:p>
          <w:p w14:paraId="2E84CFAC" w14:textId="77777777" w:rsidR="00327BED" w:rsidRDefault="00000000">
            <w:pPr>
              <w:spacing w:before="10" w:after="8" w:line="245" w:lineRule="auto"/>
            </w:pPr>
            <w:r>
              <w:t>I think response needs to include</w:t>
            </w:r>
          </w:p>
          <w:p w14:paraId="381FC7C9" w14:textId="77777777" w:rsidR="00327BED" w:rsidRDefault="00327BED">
            <w:pPr>
              <w:spacing w:line="84" w:lineRule="auto"/>
            </w:pPr>
          </w:p>
          <w:p w14:paraId="36403CBE" w14:textId="77777777" w:rsidR="00327BED" w:rsidRDefault="00000000">
            <w:pPr>
              <w:spacing w:before="10" w:after="8" w:line="245" w:lineRule="auto"/>
            </w:pPr>
            <w:r>
              <w:t>A) talk abt her not replying to your argument at all</w:t>
            </w:r>
          </w:p>
          <w:p w14:paraId="59670CE1" w14:textId="77777777" w:rsidR="00327BED" w:rsidRDefault="00327BED">
            <w:pPr>
              <w:spacing w:line="84" w:lineRule="auto"/>
            </w:pPr>
          </w:p>
          <w:p w14:paraId="6165F4FE" w14:textId="77777777" w:rsidR="00327BED" w:rsidRDefault="00000000">
            <w:pPr>
              <w:spacing w:before="10" w:after="8" w:line="245" w:lineRule="auto"/>
            </w:pPr>
            <w:r>
              <w:t>B) she didn’t listen at all with you saying you don’t think anything’s wrong with that photo</w:t>
            </w:r>
          </w:p>
          <w:p w14:paraId="1F74ABA3" w14:textId="77777777" w:rsidR="00327BED" w:rsidRDefault="00327BED">
            <w:pPr>
              <w:spacing w:line="84" w:lineRule="auto"/>
            </w:pPr>
          </w:p>
          <w:p w14:paraId="59E94D40" w14:textId="77777777" w:rsidR="00327BED" w:rsidRDefault="00000000">
            <w:pPr>
              <w:spacing w:before="10" w:after="8" w:line="245" w:lineRule="auto"/>
            </w:pPr>
            <w:r>
              <w:t>C) say something soft to be a bit nicer something like I understand you feel I didn’t talk to you that much something like that’s fair enough but that from your perspective you can view it the opposite way</w:t>
            </w:r>
          </w:p>
          <w:p w14:paraId="66458390" w14:textId="77777777" w:rsidR="00327BED" w:rsidRDefault="00327BED">
            <w:pPr>
              <w:spacing w:line="84" w:lineRule="auto"/>
            </w:pPr>
          </w:p>
          <w:p w14:paraId="13D51A0F" w14:textId="77777777" w:rsidR="00327BED" w:rsidRDefault="00000000">
            <w:pPr>
              <w:spacing w:before="10" w:after="8" w:line="245" w:lineRule="auto"/>
            </w:pPr>
            <w:r>
              <w:t>It’s all calmskis</w:t>
            </w:r>
          </w:p>
          <w:p w14:paraId="715576C1" w14:textId="77777777" w:rsidR="00327BED" w:rsidRDefault="00327BED">
            <w:pPr>
              <w:spacing w:line="84" w:lineRule="auto"/>
            </w:pPr>
          </w:p>
          <w:p w14:paraId="76B9CAFD" w14:textId="77777777" w:rsidR="00327BED" w:rsidRDefault="00000000">
            <w:pPr>
              <w:spacing w:before="10" w:after="8" w:line="245" w:lineRule="auto"/>
            </w:pPr>
            <w:r>
              <w:t>That she didn’t speak to you much whilst fully sober</w:t>
            </w:r>
          </w:p>
          <w:p w14:paraId="50AD35EF" w14:textId="77777777" w:rsidR="00327BED" w:rsidRDefault="00327BED">
            <w:pPr>
              <w:spacing w:line="84" w:lineRule="auto"/>
            </w:pPr>
          </w:p>
          <w:p w14:paraId="1FFAEC91" w14:textId="77777777" w:rsidR="00327BED" w:rsidRDefault="00000000">
            <w:pPr>
              <w:spacing w:before="10" w:after="8" w:line="245" w:lineRule="auto"/>
            </w:pPr>
            <w:r>
              <w:t>Which one did I miss</w:t>
            </w:r>
          </w:p>
          <w:p w14:paraId="785228E0" w14:textId="77777777" w:rsidR="00327BED" w:rsidRDefault="00327BED">
            <w:pPr>
              <w:spacing w:line="84" w:lineRule="auto"/>
            </w:pPr>
          </w:p>
          <w:p w14:paraId="02F70E0B" w14:textId="77777777" w:rsidR="00327BED" w:rsidRDefault="00000000">
            <w:pPr>
              <w:spacing w:before="10" w:after="8" w:line="245" w:lineRule="auto"/>
            </w:pPr>
            <w:r>
              <w:t>Put that</w:t>
            </w:r>
          </w:p>
          <w:p w14:paraId="5AE2686D" w14:textId="77777777" w:rsidR="00327BED" w:rsidRDefault="00327BED">
            <w:pPr>
              <w:spacing w:line="84" w:lineRule="auto"/>
            </w:pPr>
          </w:p>
          <w:p w14:paraId="3ACD12CA" w14:textId="77777777" w:rsidR="00327BED" w:rsidRDefault="00000000">
            <w:pPr>
              <w:spacing w:before="10" w:after="8" w:line="245" w:lineRule="auto"/>
            </w:pPr>
            <w:r>
              <w:t>Do what again speak to her friends?</w:t>
            </w:r>
          </w:p>
        </w:tc>
      </w:tr>
      <w:tr w:rsidR="00327BED" w14:paraId="14B7C3D3" w14:textId="77777777">
        <w:trPr>
          <w:cantSplit/>
          <w:jc w:val="center"/>
        </w:trPr>
        <w:tc>
          <w:tcPr>
            <w:tcW w:w="778" w:type="dxa"/>
            <w:shd w:val="clear" w:color="auto" w:fill="313338"/>
            <w:tcMar>
              <w:top w:w="55" w:type="dxa"/>
              <w:left w:w="10" w:type="dxa"/>
              <w:bottom w:w="30" w:type="dxa"/>
              <w:right w:w="25" w:type="dxa"/>
            </w:tcMar>
          </w:tcPr>
          <w:p w14:paraId="5DD7F633" w14:textId="77777777" w:rsidR="00327BED" w:rsidRDefault="00000000">
            <w:r>
              <w:rPr>
                <w:noProof/>
              </w:rPr>
              <w:drawing>
                <wp:inline distT="0" distB="0" distL="0" distR="0" wp14:anchorId="5F0A1D98" wp14:editId="221E3839">
                  <wp:extent cx="356616" cy="356616"/>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10CE73B" w14:textId="77777777" w:rsidR="00327BED" w:rsidRDefault="00000000">
            <w:pPr>
              <w:spacing w:after="24"/>
            </w:pPr>
            <w:r>
              <w:rPr>
                <w:b/>
                <w:color w:val="F0B232"/>
              </w:rPr>
              <w:t>Ev</w:t>
            </w:r>
            <w:r>
              <w:rPr>
                <w:color w:val="949BA4"/>
                <w:sz w:val="15"/>
              </w:rPr>
              <w:t xml:space="preserve">  10/05/2026 1:28 AM</w:t>
            </w:r>
          </w:p>
          <w:p w14:paraId="270FA112" w14:textId="77777777" w:rsidR="00327BED" w:rsidRDefault="00000000">
            <w:pPr>
              <w:spacing w:after="8" w:line="245" w:lineRule="auto"/>
            </w:pPr>
            <w:r>
              <w:t>I'm failing at both conversations fuck</w:t>
            </w:r>
          </w:p>
          <w:p w14:paraId="1DA2F2D4" w14:textId="77777777" w:rsidR="00327BED" w:rsidRDefault="00327BED">
            <w:pPr>
              <w:spacing w:line="84" w:lineRule="auto"/>
            </w:pPr>
          </w:p>
          <w:p w14:paraId="0F4A66D7" w14:textId="77777777" w:rsidR="00327BED" w:rsidRDefault="00000000">
            <w:pPr>
              <w:spacing w:before="10" w:after="8" w:line="245" w:lineRule="auto"/>
            </w:pPr>
            <w:r>
              <w:t>I'm still here</w:t>
            </w:r>
          </w:p>
          <w:p w14:paraId="345805F2" w14:textId="77777777" w:rsidR="00327BED" w:rsidRDefault="00327BED">
            <w:pPr>
              <w:spacing w:line="84" w:lineRule="auto"/>
            </w:pPr>
          </w:p>
          <w:p w14:paraId="2FE8E577" w14:textId="77777777" w:rsidR="00327BED" w:rsidRDefault="00000000">
            <w:pPr>
              <w:spacing w:before="10" w:after="8" w:line="245" w:lineRule="auto"/>
            </w:pPr>
            <w:r>
              <w:t>Nah that feels wrong but Peters cooking here</w:t>
            </w:r>
          </w:p>
        </w:tc>
      </w:tr>
      <w:tr w:rsidR="00327BED" w14:paraId="6FDB1C3B" w14:textId="77777777">
        <w:trPr>
          <w:cantSplit/>
          <w:jc w:val="center"/>
        </w:trPr>
        <w:tc>
          <w:tcPr>
            <w:tcW w:w="778" w:type="dxa"/>
            <w:shd w:val="clear" w:color="auto" w:fill="313338"/>
            <w:tcMar>
              <w:top w:w="55" w:type="dxa"/>
              <w:left w:w="10" w:type="dxa"/>
              <w:bottom w:w="30" w:type="dxa"/>
              <w:right w:w="25" w:type="dxa"/>
            </w:tcMar>
          </w:tcPr>
          <w:p w14:paraId="68E034F7" w14:textId="77777777" w:rsidR="00327BED" w:rsidRDefault="00000000">
            <w:r>
              <w:rPr>
                <w:noProof/>
              </w:rPr>
              <w:lastRenderedPageBreak/>
              <w:drawing>
                <wp:inline distT="0" distB="0" distL="0" distR="0" wp14:anchorId="7C5F9AAD" wp14:editId="7ABDD2FC">
                  <wp:extent cx="356616" cy="356616"/>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7C5CD439" w14:textId="77777777" w:rsidR="00327BED" w:rsidRDefault="00000000">
            <w:pPr>
              <w:spacing w:after="24"/>
            </w:pPr>
            <w:r>
              <w:rPr>
                <w:b/>
              </w:rPr>
              <w:t>Aperation</w:t>
            </w:r>
            <w:r>
              <w:rPr>
                <w:color w:val="949BA4"/>
                <w:sz w:val="15"/>
              </w:rPr>
              <w:t xml:space="preserve">  10/05/2026 1:30 AM</w:t>
            </w:r>
          </w:p>
          <w:p w14:paraId="10468F83" w14:textId="77777777" w:rsidR="00327BED" w:rsidRDefault="00000000">
            <w:pPr>
              <w:spacing w:after="8" w:line="245" w:lineRule="auto"/>
            </w:pPr>
            <w:r>
              <w:t>First you didn’t answer what I asked at all, I feel that what you did is much much worse than what is bothering you, maybe that’s a bit offensive tho . Then say something like you haven’t listened to me when I’m saying I feel I have done nothing wrong in those pictures. And then something lie , I’m sorry you feel I didn’t speak to you much that’s fair enough but at the same time in drunk just speaking to the people who are speaking to me I don’t think I’m too at fault for that</w:t>
            </w:r>
          </w:p>
          <w:p w14:paraId="7DFC515A" w14:textId="77777777" w:rsidR="00327BED" w:rsidRDefault="00327BED">
            <w:pPr>
              <w:spacing w:line="84" w:lineRule="auto"/>
            </w:pPr>
          </w:p>
          <w:p w14:paraId="53C9F5CF" w14:textId="77777777" w:rsidR="00327BED" w:rsidRDefault="00000000">
            <w:pPr>
              <w:spacing w:before="10" w:after="8" w:line="245" w:lineRule="auto"/>
            </w:pPr>
            <w:r>
              <w:t>Too offensive or?</w:t>
            </w:r>
          </w:p>
          <w:p w14:paraId="05E7F9D1" w14:textId="77777777" w:rsidR="00327BED" w:rsidRDefault="00327BED">
            <w:pPr>
              <w:spacing w:line="84" w:lineRule="auto"/>
            </w:pPr>
          </w:p>
          <w:p w14:paraId="2F6784D1" w14:textId="77777777" w:rsidR="00327BED" w:rsidRDefault="00000000">
            <w:pPr>
              <w:spacing w:before="10" w:after="8" w:line="245" w:lineRule="auto"/>
            </w:pPr>
            <w:r>
              <w:t>Uhhh</w:t>
            </w:r>
          </w:p>
          <w:p w14:paraId="315F211D" w14:textId="77777777" w:rsidR="00327BED" w:rsidRDefault="00327BED">
            <w:pPr>
              <w:spacing w:line="84" w:lineRule="auto"/>
            </w:pPr>
          </w:p>
          <w:p w14:paraId="2986318C" w14:textId="77777777" w:rsidR="00327BED" w:rsidRDefault="00000000">
            <w:pPr>
              <w:spacing w:before="10" w:after="8" w:line="245" w:lineRule="auto"/>
            </w:pPr>
            <w:r>
              <w:t>Yeah not bad</w:t>
            </w:r>
          </w:p>
          <w:p w14:paraId="1C27A3CD" w14:textId="77777777" w:rsidR="00327BED" w:rsidRDefault="00327BED">
            <w:pPr>
              <w:spacing w:line="84" w:lineRule="auto"/>
            </w:pPr>
          </w:p>
          <w:p w14:paraId="37C39E14" w14:textId="77777777" w:rsidR="00327BED" w:rsidRDefault="00000000">
            <w:pPr>
              <w:spacing w:before="10" w:after="8" w:line="245" w:lineRule="auto"/>
            </w:pPr>
            <w:r>
              <w:t>Or just that there’s genuinely nothing going on in those photos and you think it’s unclear what she’s even accusing you of doing wrong</w:t>
            </w:r>
          </w:p>
          <w:p w14:paraId="66943E5A" w14:textId="77777777" w:rsidR="00327BED" w:rsidRDefault="00327BED">
            <w:pPr>
              <w:spacing w:line="84" w:lineRule="auto"/>
            </w:pPr>
          </w:p>
          <w:p w14:paraId="602901C6" w14:textId="77777777" w:rsidR="00327BED" w:rsidRDefault="00000000">
            <w:pPr>
              <w:spacing w:before="10" w:after="8" w:line="245" w:lineRule="auto"/>
            </w:pPr>
            <w:r>
              <w:t>Like just having a conversation is a problem at that point</w:t>
            </w:r>
          </w:p>
          <w:p w14:paraId="2035E52B" w14:textId="77777777" w:rsidR="00327BED" w:rsidRDefault="00327BED">
            <w:pPr>
              <w:spacing w:line="84" w:lineRule="auto"/>
            </w:pPr>
          </w:p>
          <w:p w14:paraId="4EA56D19" w14:textId="77777777" w:rsidR="00327BED" w:rsidRDefault="00000000">
            <w:pPr>
              <w:spacing w:before="10" w:after="8" w:line="245" w:lineRule="auto"/>
            </w:pPr>
            <w:r>
              <w:t>Did you send it</w:t>
            </w:r>
          </w:p>
          <w:p w14:paraId="3B57470D" w14:textId="77777777" w:rsidR="00327BED" w:rsidRDefault="00327BED">
            <w:pPr>
              <w:spacing w:line="84" w:lineRule="auto"/>
            </w:pPr>
          </w:p>
          <w:p w14:paraId="1E4D97F0" w14:textId="77777777" w:rsidR="00327BED" w:rsidRDefault="00000000">
            <w:pPr>
              <w:spacing w:before="10" w:after="8" w:line="245" w:lineRule="auto"/>
            </w:pPr>
            <w:r>
              <w:t>Okie dokie</w:t>
            </w:r>
          </w:p>
          <w:p w14:paraId="21CAA057" w14:textId="77777777" w:rsidR="00327BED" w:rsidRDefault="00327BED">
            <w:pPr>
              <w:spacing w:line="84" w:lineRule="auto"/>
            </w:pPr>
          </w:p>
          <w:p w14:paraId="7575EE63" w14:textId="77777777" w:rsidR="00327BED" w:rsidRDefault="00000000">
            <w:pPr>
              <w:spacing w:before="10" w:after="8" w:line="245" w:lineRule="auto"/>
            </w:pPr>
            <w:r>
              <w:t>Yep tuff tuff</w:t>
            </w:r>
          </w:p>
          <w:p w14:paraId="4847426D" w14:textId="77777777" w:rsidR="00327BED" w:rsidRDefault="00327BED">
            <w:pPr>
              <w:spacing w:line="84" w:lineRule="auto"/>
            </w:pPr>
          </w:p>
          <w:p w14:paraId="70CC302D" w14:textId="77777777" w:rsidR="00327BED" w:rsidRDefault="00000000">
            <w:pPr>
              <w:spacing w:before="10" w:after="8" w:line="245" w:lineRule="auto"/>
            </w:pPr>
            <w:r>
              <w:t>No I think that’s calmskis</w:t>
            </w:r>
          </w:p>
          <w:p w14:paraId="646133B8" w14:textId="77777777" w:rsidR="00327BED" w:rsidRDefault="00327BED">
            <w:pPr>
              <w:spacing w:line="84" w:lineRule="auto"/>
            </w:pPr>
          </w:p>
          <w:p w14:paraId="0009FFFA" w14:textId="77777777" w:rsidR="00327BED" w:rsidRDefault="00000000">
            <w:pPr>
              <w:spacing w:before="10" w:after="8" w:line="245" w:lineRule="auto"/>
            </w:pPr>
            <w:r>
              <w:t>Maybe you</w:t>
            </w:r>
          </w:p>
          <w:p w14:paraId="1AADBD0A" w14:textId="77777777" w:rsidR="00327BED" w:rsidRDefault="00327BED">
            <w:pPr>
              <w:spacing w:line="84" w:lineRule="auto"/>
            </w:pPr>
          </w:p>
          <w:p w14:paraId="1639EA59" w14:textId="77777777" w:rsidR="00327BED" w:rsidRDefault="00000000">
            <w:pPr>
              <w:spacing w:before="10" w:after="8" w:line="245" w:lineRule="auto"/>
            </w:pPr>
            <w:r>
              <w:t>Could add that you don’t think it’s clear what she’s even accusing you of</w:t>
            </w:r>
          </w:p>
          <w:p w14:paraId="46E024ED" w14:textId="77777777" w:rsidR="00327BED" w:rsidRDefault="00327BED">
            <w:pPr>
              <w:spacing w:line="84" w:lineRule="auto"/>
            </w:pPr>
          </w:p>
          <w:p w14:paraId="1FF58284" w14:textId="77777777" w:rsidR="00327BED" w:rsidRDefault="00000000">
            <w:pPr>
              <w:spacing w:before="10" w:after="8" w:line="245" w:lineRule="auto"/>
            </w:pPr>
            <w:r>
              <w:t>Ik she’s crashing out for the fucking bangs</w:t>
            </w:r>
          </w:p>
          <w:p w14:paraId="289CD13B" w14:textId="77777777" w:rsidR="00327BED" w:rsidRDefault="00327BED">
            <w:pPr>
              <w:spacing w:line="84" w:lineRule="auto"/>
            </w:pPr>
          </w:p>
          <w:p w14:paraId="23137EA8" w14:textId="77777777" w:rsidR="00327BED" w:rsidRDefault="00000000">
            <w:pPr>
              <w:spacing w:before="10" w:after="8" w:line="245" w:lineRule="auto"/>
            </w:pPr>
            <w:r>
              <w:t>Bants*</w:t>
            </w:r>
          </w:p>
          <w:p w14:paraId="3DEEABAD" w14:textId="77777777" w:rsidR="00327BED" w:rsidRDefault="00327BED">
            <w:pPr>
              <w:spacing w:line="84" w:lineRule="auto"/>
            </w:pPr>
          </w:p>
          <w:p w14:paraId="083CF1FB" w14:textId="77777777" w:rsidR="00327BED" w:rsidRDefault="00000000">
            <w:pPr>
              <w:spacing w:before="10" w:after="8" w:line="245" w:lineRule="auto"/>
            </w:pPr>
            <w:r>
              <w:t>Yeah perfect then</w:t>
            </w:r>
          </w:p>
          <w:p w14:paraId="251BCD67" w14:textId="77777777" w:rsidR="00327BED" w:rsidRDefault="00327BED">
            <w:pPr>
              <w:spacing w:line="84" w:lineRule="auto"/>
            </w:pPr>
          </w:p>
          <w:p w14:paraId="36A3AA22" w14:textId="77777777" w:rsidR="00327BED" w:rsidRDefault="00000000">
            <w:pPr>
              <w:spacing w:before="10" w:after="8" w:line="245" w:lineRule="auto"/>
            </w:pPr>
            <w:r>
              <w:t>How jealous can someone be to spend a whole day giving one word responses for a photo of you taking to a girl</w:t>
            </w:r>
          </w:p>
          <w:p w14:paraId="3FC2994B" w14:textId="77777777" w:rsidR="00327BED" w:rsidRDefault="00327BED">
            <w:pPr>
              <w:spacing w:line="84" w:lineRule="auto"/>
            </w:pPr>
          </w:p>
          <w:p w14:paraId="277F9BE7" w14:textId="77777777" w:rsidR="00327BED" w:rsidRDefault="00000000">
            <w:pPr>
              <w:spacing w:before="10" w:after="8" w:line="245" w:lineRule="auto"/>
            </w:pPr>
            <w:r>
              <w:t>Talking*</w:t>
            </w:r>
          </w:p>
          <w:p w14:paraId="658CB599" w14:textId="77777777" w:rsidR="00327BED" w:rsidRDefault="00327BED">
            <w:pPr>
              <w:spacing w:line="84" w:lineRule="auto"/>
            </w:pPr>
          </w:p>
          <w:p w14:paraId="621F8FC3" w14:textId="77777777" w:rsidR="00327BED" w:rsidRDefault="00000000">
            <w:pPr>
              <w:spacing w:before="10" w:after="8" w:line="245" w:lineRule="auto"/>
            </w:pPr>
            <w:r>
              <w:t>Holy fucking larp let’s guess she’s gonna bring uk something you already argued about already said you didn’t do or don’t think it’s wrong and not take no for an answer until you apologise and she feels good abt herself</w:t>
            </w:r>
          </w:p>
        </w:tc>
      </w:tr>
      <w:tr w:rsidR="00327BED" w14:paraId="1835A60E" w14:textId="77777777">
        <w:trPr>
          <w:cantSplit/>
          <w:jc w:val="center"/>
        </w:trPr>
        <w:tc>
          <w:tcPr>
            <w:tcW w:w="778" w:type="dxa"/>
            <w:shd w:val="clear" w:color="auto" w:fill="313338"/>
            <w:tcMar>
              <w:top w:w="55" w:type="dxa"/>
              <w:left w:w="10" w:type="dxa"/>
              <w:bottom w:w="30" w:type="dxa"/>
              <w:right w:w="25" w:type="dxa"/>
            </w:tcMar>
          </w:tcPr>
          <w:p w14:paraId="43D6EEF5" w14:textId="77777777" w:rsidR="00327BED" w:rsidRDefault="00000000">
            <w:r>
              <w:rPr>
                <w:noProof/>
              </w:rPr>
              <w:drawing>
                <wp:inline distT="0" distB="0" distL="0" distR="0" wp14:anchorId="5F53FC5D" wp14:editId="34056E80">
                  <wp:extent cx="356616" cy="356616"/>
                  <wp:effectExtent l="0" t="0" r="0"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2799F9A8" w14:textId="77777777" w:rsidR="00327BED" w:rsidRDefault="00000000">
            <w:pPr>
              <w:spacing w:after="24"/>
            </w:pPr>
            <w:r>
              <w:rPr>
                <w:b/>
                <w:color w:val="F0B232"/>
              </w:rPr>
              <w:t>Ev</w:t>
            </w:r>
            <w:r>
              <w:rPr>
                <w:color w:val="949BA4"/>
                <w:sz w:val="15"/>
              </w:rPr>
              <w:t xml:space="preserve">  10/05/2026 1:38 AM</w:t>
            </w:r>
          </w:p>
          <w:p w14:paraId="590B74E7" w14:textId="77777777" w:rsidR="00327BED" w:rsidRDefault="00000000">
            <w:pPr>
              <w:spacing w:after="8" w:line="245" w:lineRule="auto"/>
            </w:pPr>
            <w:r>
              <w:t>What's the situation currently</w:t>
            </w:r>
          </w:p>
          <w:p w14:paraId="279097B6" w14:textId="77777777" w:rsidR="00327BED" w:rsidRDefault="00327BED">
            <w:pPr>
              <w:spacing w:line="84" w:lineRule="auto"/>
            </w:pPr>
          </w:p>
          <w:p w14:paraId="7118FA21" w14:textId="77777777" w:rsidR="00327BED" w:rsidRDefault="00000000">
            <w:pPr>
              <w:spacing w:before="10" w:after="8" w:line="245" w:lineRule="auto"/>
            </w:pPr>
            <w:r>
              <w:t>Mhm</w:t>
            </w:r>
          </w:p>
          <w:p w14:paraId="6640BC19" w14:textId="77777777" w:rsidR="00327BED" w:rsidRDefault="00327BED">
            <w:pPr>
              <w:spacing w:line="84" w:lineRule="auto"/>
            </w:pPr>
          </w:p>
          <w:p w14:paraId="5C7CEB83" w14:textId="77777777" w:rsidR="00327BED" w:rsidRDefault="00000000">
            <w:pPr>
              <w:spacing w:before="10" w:after="8" w:line="245" w:lineRule="auto"/>
            </w:pPr>
            <w:r>
              <w:t>Jesus Christ</w:t>
            </w:r>
          </w:p>
          <w:p w14:paraId="3F63F807" w14:textId="77777777" w:rsidR="00327BED" w:rsidRDefault="00327BED">
            <w:pPr>
              <w:spacing w:line="84" w:lineRule="auto"/>
            </w:pPr>
          </w:p>
          <w:p w14:paraId="792EEC8C" w14:textId="77777777" w:rsidR="00327BED" w:rsidRDefault="00000000">
            <w:pPr>
              <w:spacing w:before="10" w:after="8" w:line="245" w:lineRule="auto"/>
            </w:pPr>
            <w:r>
              <w:t>Surely her friends aren't backing this</w:t>
            </w:r>
          </w:p>
        </w:tc>
      </w:tr>
      <w:tr w:rsidR="00327BED" w14:paraId="0A373A00" w14:textId="77777777">
        <w:trPr>
          <w:cantSplit/>
          <w:jc w:val="center"/>
        </w:trPr>
        <w:tc>
          <w:tcPr>
            <w:tcW w:w="778" w:type="dxa"/>
            <w:shd w:val="clear" w:color="auto" w:fill="313338"/>
            <w:tcMar>
              <w:top w:w="55" w:type="dxa"/>
              <w:left w:w="10" w:type="dxa"/>
              <w:bottom w:w="30" w:type="dxa"/>
              <w:right w:w="25" w:type="dxa"/>
            </w:tcMar>
          </w:tcPr>
          <w:p w14:paraId="5D302FD7" w14:textId="77777777" w:rsidR="00327BED" w:rsidRDefault="00000000">
            <w:r>
              <w:rPr>
                <w:noProof/>
              </w:rPr>
              <w:drawing>
                <wp:inline distT="0" distB="0" distL="0" distR="0" wp14:anchorId="4F6D01DC" wp14:editId="23ED3B33">
                  <wp:extent cx="356616" cy="356616"/>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CA83342" w14:textId="77777777" w:rsidR="00327BED" w:rsidRDefault="00000000">
            <w:pPr>
              <w:spacing w:after="24"/>
            </w:pPr>
            <w:r>
              <w:rPr>
                <w:b/>
              </w:rPr>
              <w:t>Aperation</w:t>
            </w:r>
            <w:r>
              <w:rPr>
                <w:color w:val="949BA4"/>
                <w:sz w:val="15"/>
              </w:rPr>
              <w:t xml:space="preserve">  10/05/2026 1:39 AM</w:t>
            </w:r>
          </w:p>
          <w:p w14:paraId="7BC330E2" w14:textId="77777777" w:rsidR="00327BED" w:rsidRDefault="00000000">
            <w:pPr>
              <w:spacing w:after="8" w:line="245" w:lineRule="auto"/>
            </w:pPr>
            <w:r>
              <w:rPr>
                <w:i/>
                <w:color w:val="949BA4"/>
                <w:sz w:val="18"/>
              </w:rPr>
              <w:t>[No text captured in export]</w:t>
            </w:r>
          </w:p>
        </w:tc>
      </w:tr>
      <w:tr w:rsidR="00327BED" w14:paraId="2667A415" w14:textId="77777777">
        <w:trPr>
          <w:cantSplit/>
          <w:jc w:val="center"/>
        </w:trPr>
        <w:tc>
          <w:tcPr>
            <w:tcW w:w="778" w:type="dxa"/>
            <w:shd w:val="clear" w:color="auto" w:fill="313338"/>
            <w:tcMar>
              <w:top w:w="55" w:type="dxa"/>
              <w:left w:w="10" w:type="dxa"/>
              <w:bottom w:w="30" w:type="dxa"/>
              <w:right w:w="25" w:type="dxa"/>
            </w:tcMar>
          </w:tcPr>
          <w:p w14:paraId="03B8DB0F" w14:textId="77777777" w:rsidR="00327BED" w:rsidRDefault="00000000">
            <w:r>
              <w:rPr>
                <w:noProof/>
              </w:rPr>
              <w:drawing>
                <wp:inline distT="0" distB="0" distL="0" distR="0" wp14:anchorId="5F04EB0B" wp14:editId="5AB9E4D4">
                  <wp:extent cx="356616" cy="356616"/>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65B885BF" w14:textId="77777777" w:rsidR="00327BED" w:rsidRDefault="00000000">
            <w:pPr>
              <w:spacing w:after="24"/>
            </w:pPr>
            <w:r>
              <w:rPr>
                <w:b/>
                <w:color w:val="F0B232"/>
              </w:rPr>
              <w:t>Ev</w:t>
            </w:r>
            <w:r>
              <w:rPr>
                <w:color w:val="949BA4"/>
                <w:sz w:val="15"/>
              </w:rPr>
              <w:t xml:space="preserve">  10/05/2026 1:39 AM</w:t>
            </w:r>
          </w:p>
          <w:p w14:paraId="72EFCC2C" w14:textId="77777777" w:rsidR="00327BED" w:rsidRDefault="00000000">
            <w:pPr>
              <w:spacing w:after="8" w:line="245" w:lineRule="auto"/>
            </w:pPr>
            <w:r>
              <w:t>She'd gotta be the only one thinking this</w:t>
            </w:r>
          </w:p>
          <w:p w14:paraId="7478A160" w14:textId="77777777" w:rsidR="00327BED" w:rsidRDefault="00327BED">
            <w:pPr>
              <w:spacing w:line="84" w:lineRule="auto"/>
            </w:pPr>
          </w:p>
          <w:p w14:paraId="52D3E792" w14:textId="77777777" w:rsidR="00327BED" w:rsidRDefault="00000000">
            <w:pPr>
              <w:spacing w:before="10" w:after="8" w:line="245" w:lineRule="auto"/>
            </w:pPr>
            <w:r>
              <w:t>The other bullshit that already got debunked?</w:t>
            </w:r>
          </w:p>
        </w:tc>
      </w:tr>
      <w:tr w:rsidR="00327BED" w14:paraId="543EF167" w14:textId="77777777">
        <w:trPr>
          <w:cantSplit/>
          <w:jc w:val="center"/>
        </w:trPr>
        <w:tc>
          <w:tcPr>
            <w:tcW w:w="778" w:type="dxa"/>
            <w:shd w:val="clear" w:color="auto" w:fill="313338"/>
            <w:tcMar>
              <w:top w:w="55" w:type="dxa"/>
              <w:left w:w="10" w:type="dxa"/>
              <w:bottom w:w="30" w:type="dxa"/>
              <w:right w:w="25" w:type="dxa"/>
            </w:tcMar>
          </w:tcPr>
          <w:p w14:paraId="710E7D83" w14:textId="77777777" w:rsidR="00327BED" w:rsidRDefault="00000000">
            <w:r>
              <w:rPr>
                <w:noProof/>
              </w:rPr>
              <w:drawing>
                <wp:inline distT="0" distB="0" distL="0" distR="0" wp14:anchorId="288C7F12" wp14:editId="30F39827">
                  <wp:extent cx="356616" cy="356616"/>
                  <wp:effectExtent l="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3F1FA28" w14:textId="77777777" w:rsidR="00327BED" w:rsidRDefault="00000000">
            <w:pPr>
              <w:spacing w:after="24"/>
            </w:pPr>
            <w:r>
              <w:rPr>
                <w:b/>
              </w:rPr>
              <w:t>Aperation</w:t>
            </w:r>
            <w:r>
              <w:rPr>
                <w:color w:val="949BA4"/>
                <w:sz w:val="15"/>
              </w:rPr>
              <w:t xml:space="preserve">  10/05/2026 1:39 AM</w:t>
            </w:r>
          </w:p>
          <w:p w14:paraId="0516BC35" w14:textId="77777777" w:rsidR="00327BED" w:rsidRDefault="00000000">
            <w:pPr>
              <w:spacing w:after="8" w:line="245" w:lineRule="auto"/>
            </w:pPr>
            <w:r>
              <w:t>Yeah rewind the sentence again pls rq</w:t>
            </w:r>
          </w:p>
        </w:tc>
      </w:tr>
      <w:tr w:rsidR="00327BED" w14:paraId="7319A6AF" w14:textId="77777777">
        <w:trPr>
          <w:cantSplit/>
          <w:jc w:val="center"/>
        </w:trPr>
        <w:tc>
          <w:tcPr>
            <w:tcW w:w="778" w:type="dxa"/>
            <w:shd w:val="clear" w:color="auto" w:fill="313338"/>
            <w:tcMar>
              <w:top w:w="55" w:type="dxa"/>
              <w:left w:w="10" w:type="dxa"/>
              <w:bottom w:w="30" w:type="dxa"/>
              <w:right w:w="25" w:type="dxa"/>
            </w:tcMar>
          </w:tcPr>
          <w:p w14:paraId="0DBFE672" w14:textId="77777777" w:rsidR="00327BED" w:rsidRDefault="00000000">
            <w:r>
              <w:rPr>
                <w:noProof/>
              </w:rPr>
              <w:drawing>
                <wp:inline distT="0" distB="0" distL="0" distR="0" wp14:anchorId="0C20D601" wp14:editId="62BEA2ED">
                  <wp:extent cx="356616" cy="356616"/>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5F857B8" w14:textId="77777777" w:rsidR="00327BED" w:rsidRDefault="00000000">
            <w:pPr>
              <w:spacing w:after="24"/>
            </w:pPr>
            <w:r>
              <w:rPr>
                <w:b/>
                <w:color w:val="F0B232"/>
              </w:rPr>
              <w:t>Ev</w:t>
            </w:r>
            <w:r>
              <w:rPr>
                <w:color w:val="949BA4"/>
                <w:sz w:val="15"/>
              </w:rPr>
              <w:t xml:space="preserve">  10/05/2026 1:40 AM</w:t>
            </w:r>
          </w:p>
          <w:p w14:paraId="7349D913" w14:textId="77777777" w:rsidR="00327BED" w:rsidRDefault="00000000">
            <w:pPr>
              <w:spacing w:after="8" w:line="245" w:lineRule="auto"/>
            </w:pPr>
            <w:r>
              <w:t>Yep</w:t>
            </w:r>
          </w:p>
        </w:tc>
      </w:tr>
      <w:tr w:rsidR="00327BED" w14:paraId="12181E66" w14:textId="77777777">
        <w:trPr>
          <w:cantSplit/>
          <w:jc w:val="center"/>
        </w:trPr>
        <w:tc>
          <w:tcPr>
            <w:tcW w:w="778" w:type="dxa"/>
            <w:shd w:val="clear" w:color="auto" w:fill="313338"/>
            <w:tcMar>
              <w:top w:w="55" w:type="dxa"/>
              <w:left w:w="10" w:type="dxa"/>
              <w:bottom w:w="30" w:type="dxa"/>
              <w:right w:w="25" w:type="dxa"/>
            </w:tcMar>
          </w:tcPr>
          <w:p w14:paraId="3A1C8049" w14:textId="77777777" w:rsidR="00327BED" w:rsidRDefault="00000000">
            <w:r>
              <w:rPr>
                <w:noProof/>
              </w:rPr>
              <w:lastRenderedPageBreak/>
              <w:drawing>
                <wp:inline distT="0" distB="0" distL="0" distR="0" wp14:anchorId="467D51A3" wp14:editId="50B1B780">
                  <wp:extent cx="356616" cy="356616"/>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72723BF8" w14:textId="77777777" w:rsidR="00327BED" w:rsidRDefault="00000000">
            <w:pPr>
              <w:spacing w:after="24"/>
            </w:pPr>
            <w:r>
              <w:rPr>
                <w:b/>
              </w:rPr>
              <w:t>Aperation</w:t>
            </w:r>
            <w:r>
              <w:rPr>
                <w:color w:val="949BA4"/>
                <w:sz w:val="15"/>
              </w:rPr>
              <w:t xml:space="preserve">  10/05/2026 1:40 AM</w:t>
            </w:r>
          </w:p>
          <w:p w14:paraId="237395ED" w14:textId="77777777" w:rsidR="00327BED" w:rsidRDefault="00000000">
            <w:pPr>
              <w:spacing w:after="8" w:line="245" w:lineRule="auto"/>
            </w:pPr>
            <w:r>
              <w:t>Yes remember at bowling I literally got Hannah and melisa to say they don’t know why she said that</w:t>
            </w:r>
          </w:p>
          <w:p w14:paraId="244B7041" w14:textId="77777777" w:rsidR="00327BED" w:rsidRDefault="00327BED">
            <w:pPr>
              <w:spacing w:line="84" w:lineRule="auto"/>
            </w:pPr>
          </w:p>
          <w:p w14:paraId="7D1E2834" w14:textId="77777777" w:rsidR="00327BED" w:rsidRDefault="00000000">
            <w:pPr>
              <w:spacing w:before="10" w:after="8" w:line="245" w:lineRule="auto"/>
            </w:pPr>
            <w:r>
              <w:t>Your a victim rn</w:t>
            </w:r>
          </w:p>
          <w:p w14:paraId="08F954BF" w14:textId="77777777" w:rsidR="00327BED" w:rsidRDefault="00327BED">
            <w:pPr>
              <w:spacing w:line="84" w:lineRule="auto"/>
            </w:pPr>
          </w:p>
          <w:p w14:paraId="6034CE9E" w14:textId="77777777" w:rsidR="00327BED" w:rsidRDefault="00000000">
            <w:pPr>
              <w:spacing w:before="10" w:after="8" w:line="245" w:lineRule="auto"/>
            </w:pPr>
            <w:r>
              <w:t>What was her sentence</w:t>
            </w:r>
          </w:p>
          <w:p w14:paraId="64E77C2E" w14:textId="77777777" w:rsidR="00327BED" w:rsidRDefault="00327BED">
            <w:pPr>
              <w:spacing w:line="84" w:lineRule="auto"/>
            </w:pPr>
          </w:p>
          <w:p w14:paraId="1F93E96C" w14:textId="77777777" w:rsidR="00327BED" w:rsidRDefault="00000000">
            <w:pPr>
              <w:spacing w:before="10" w:after="8" w:line="245" w:lineRule="auto"/>
            </w:pPr>
            <w:r>
              <w:t>Nah holy fucking shit</w:t>
            </w:r>
          </w:p>
          <w:p w14:paraId="086E9F9E" w14:textId="77777777" w:rsidR="00327BED" w:rsidRDefault="00327BED">
            <w:pPr>
              <w:spacing w:line="84" w:lineRule="auto"/>
            </w:pPr>
          </w:p>
          <w:p w14:paraId="16EE1989" w14:textId="77777777" w:rsidR="00327BED" w:rsidRDefault="00000000">
            <w:pPr>
              <w:spacing w:before="10" w:after="8" w:line="245" w:lineRule="auto"/>
            </w:pPr>
            <w:r>
              <w:t>Just put the exact same fucking thing as the last 10 times you said tho</w:t>
            </w:r>
          </w:p>
          <w:p w14:paraId="47566BE5" w14:textId="77777777" w:rsidR="00327BED" w:rsidRDefault="00327BED">
            <w:pPr>
              <w:spacing w:line="84" w:lineRule="auto"/>
            </w:pPr>
          </w:p>
          <w:p w14:paraId="597602D6" w14:textId="77777777" w:rsidR="00327BED" w:rsidRDefault="00000000">
            <w:pPr>
              <w:spacing w:before="10" w:after="8" w:line="245" w:lineRule="auto"/>
            </w:pPr>
            <w:r>
              <w:t>This*</w:t>
            </w:r>
          </w:p>
          <w:p w14:paraId="1F57B2FF" w14:textId="77777777" w:rsidR="00327BED" w:rsidRDefault="00327BED">
            <w:pPr>
              <w:spacing w:line="84" w:lineRule="auto"/>
            </w:pPr>
          </w:p>
          <w:p w14:paraId="027A9FA8" w14:textId="77777777" w:rsidR="00327BED" w:rsidRDefault="00000000">
            <w:pPr>
              <w:spacing w:before="10" w:after="8" w:line="245" w:lineRule="auto"/>
            </w:pPr>
            <w:r>
              <w:t>The trend is , get mad, get disproven, realise your wrong, get angry abt the last times you were wrong, don’t take no for an answer and keep going until we are bored</w:t>
            </w:r>
          </w:p>
          <w:p w14:paraId="354B9A4B" w14:textId="77777777" w:rsidR="00327BED" w:rsidRDefault="00327BED">
            <w:pPr>
              <w:spacing w:line="84" w:lineRule="auto"/>
            </w:pPr>
          </w:p>
          <w:p w14:paraId="306AF3CF" w14:textId="77777777" w:rsidR="00327BED" w:rsidRDefault="00000000">
            <w:pPr>
              <w:spacing w:before="10" w:after="8" w:line="245" w:lineRule="auto"/>
            </w:pPr>
            <w:r>
              <w:t>Yeah I like it be cheeky ffs</w:t>
            </w:r>
          </w:p>
        </w:tc>
      </w:tr>
      <w:tr w:rsidR="00327BED" w14:paraId="2F83933A" w14:textId="77777777">
        <w:trPr>
          <w:cantSplit/>
          <w:jc w:val="center"/>
        </w:trPr>
        <w:tc>
          <w:tcPr>
            <w:tcW w:w="778" w:type="dxa"/>
            <w:shd w:val="clear" w:color="auto" w:fill="313338"/>
            <w:tcMar>
              <w:top w:w="55" w:type="dxa"/>
              <w:left w:w="10" w:type="dxa"/>
              <w:bottom w:w="30" w:type="dxa"/>
              <w:right w:w="25" w:type="dxa"/>
            </w:tcMar>
          </w:tcPr>
          <w:p w14:paraId="4252EC7F" w14:textId="77777777" w:rsidR="00327BED" w:rsidRDefault="00000000">
            <w:r>
              <w:rPr>
                <w:noProof/>
              </w:rPr>
              <w:drawing>
                <wp:inline distT="0" distB="0" distL="0" distR="0" wp14:anchorId="4CD988CF" wp14:editId="506248D6">
                  <wp:extent cx="356616" cy="356616"/>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02479BE2" w14:textId="77777777" w:rsidR="00327BED" w:rsidRDefault="00000000">
            <w:pPr>
              <w:spacing w:after="24"/>
            </w:pPr>
            <w:r>
              <w:rPr>
                <w:b/>
                <w:color w:val="F0B232"/>
              </w:rPr>
              <w:t>Ev</w:t>
            </w:r>
            <w:r>
              <w:rPr>
                <w:color w:val="949BA4"/>
                <w:sz w:val="15"/>
              </w:rPr>
              <w:t xml:space="preserve">  10/05/2026 1:42 AM</w:t>
            </w:r>
          </w:p>
          <w:p w14:paraId="1033D51E" w14:textId="77777777" w:rsidR="00327BED" w:rsidRDefault="00000000">
            <w:pPr>
              <w:spacing w:after="8" w:line="245" w:lineRule="auto"/>
            </w:pPr>
            <w:r>
              <w:t>Every single time</w:t>
            </w:r>
          </w:p>
        </w:tc>
      </w:tr>
      <w:tr w:rsidR="00327BED" w14:paraId="32B754D6" w14:textId="77777777">
        <w:trPr>
          <w:cantSplit/>
          <w:jc w:val="center"/>
        </w:trPr>
        <w:tc>
          <w:tcPr>
            <w:tcW w:w="778" w:type="dxa"/>
            <w:shd w:val="clear" w:color="auto" w:fill="313338"/>
            <w:tcMar>
              <w:top w:w="55" w:type="dxa"/>
              <w:left w:w="10" w:type="dxa"/>
              <w:bottom w:w="30" w:type="dxa"/>
              <w:right w:w="25" w:type="dxa"/>
            </w:tcMar>
          </w:tcPr>
          <w:p w14:paraId="65B3F2CE" w14:textId="77777777" w:rsidR="00327BED" w:rsidRDefault="00000000">
            <w:r>
              <w:rPr>
                <w:noProof/>
              </w:rPr>
              <w:drawing>
                <wp:inline distT="0" distB="0" distL="0" distR="0" wp14:anchorId="65911933" wp14:editId="0A80A31B">
                  <wp:extent cx="356616" cy="356616"/>
                  <wp:effectExtent l="0" t="0" r="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376C7C4" w14:textId="77777777" w:rsidR="00327BED" w:rsidRDefault="00000000">
            <w:pPr>
              <w:spacing w:after="24"/>
            </w:pPr>
            <w:r>
              <w:rPr>
                <w:b/>
              </w:rPr>
              <w:t>Aperation</w:t>
            </w:r>
            <w:r>
              <w:rPr>
                <w:color w:val="949BA4"/>
                <w:sz w:val="15"/>
              </w:rPr>
              <w:t xml:space="preserve">  10/05/2026 1:42 AM</w:t>
            </w:r>
          </w:p>
          <w:p w14:paraId="3EDA7881" w14:textId="77777777" w:rsidR="00327BED" w:rsidRDefault="00000000">
            <w:pPr>
              <w:spacing w:after="8" w:line="245" w:lineRule="auto"/>
            </w:pPr>
            <w:r>
              <w:t>Like genuinely it needs to be a bit offensive here</w:t>
            </w:r>
          </w:p>
          <w:p w14:paraId="5E4DBF95" w14:textId="77777777" w:rsidR="00327BED" w:rsidRDefault="00327BED">
            <w:pPr>
              <w:spacing w:line="84" w:lineRule="auto"/>
            </w:pPr>
          </w:p>
          <w:p w14:paraId="67BBA559" w14:textId="77777777" w:rsidR="00327BED" w:rsidRDefault="00000000">
            <w:pPr>
              <w:spacing w:before="10" w:after="8" w:line="245" w:lineRule="auto"/>
            </w:pPr>
            <w:r>
              <w:t>Something like Anya we have had this exact same conservation where you get mad about the past things after getting mad abt something</w:t>
            </w:r>
          </w:p>
          <w:p w14:paraId="24C32897" w14:textId="77777777" w:rsidR="00327BED" w:rsidRDefault="00327BED">
            <w:pPr>
              <w:spacing w:line="84" w:lineRule="auto"/>
            </w:pPr>
          </w:p>
          <w:p w14:paraId="6DF8F9DA" w14:textId="77777777" w:rsidR="00327BED" w:rsidRDefault="00000000">
            <w:pPr>
              <w:spacing w:before="10" w:after="8" w:line="245" w:lineRule="auto"/>
            </w:pPr>
            <w:r>
              <w:t>Like she actually had gotten mad then been wrong and gone all the way fucking back to Olivia’s party 20 fucking times</w:t>
            </w:r>
          </w:p>
          <w:p w14:paraId="0396079A" w14:textId="77777777" w:rsidR="00327BED" w:rsidRDefault="00327BED">
            <w:pPr>
              <w:spacing w:line="84" w:lineRule="auto"/>
            </w:pPr>
          </w:p>
          <w:p w14:paraId="2DAE4589" w14:textId="77777777" w:rsidR="00327BED" w:rsidRDefault="00000000">
            <w:pPr>
              <w:spacing w:before="10" w:after="8" w:line="245" w:lineRule="auto"/>
            </w:pPr>
            <w:r>
              <w:t>AND SHE DJDNT ANDWER YOIR WHESTION AGAIN BTW</w:t>
            </w:r>
          </w:p>
          <w:p w14:paraId="11AE6127" w14:textId="77777777" w:rsidR="00327BED" w:rsidRDefault="00327BED">
            <w:pPr>
              <w:spacing w:line="84" w:lineRule="auto"/>
            </w:pPr>
          </w:p>
          <w:p w14:paraId="69D1DA79" w14:textId="77777777" w:rsidR="00327BED" w:rsidRDefault="00000000">
            <w:pPr>
              <w:spacing w:before="10" w:after="8" w:line="245" w:lineRule="auto"/>
            </w:pPr>
            <w:r>
              <w:rPr>
                <w:i/>
                <w:color w:val="949BA4"/>
                <w:sz w:val="18"/>
              </w:rPr>
              <w:t>[No text captured in export]</w:t>
            </w:r>
          </w:p>
        </w:tc>
      </w:tr>
      <w:tr w:rsidR="00327BED" w14:paraId="20F9B624" w14:textId="77777777">
        <w:trPr>
          <w:cantSplit/>
          <w:jc w:val="center"/>
        </w:trPr>
        <w:tc>
          <w:tcPr>
            <w:tcW w:w="778" w:type="dxa"/>
            <w:shd w:val="clear" w:color="auto" w:fill="313338"/>
            <w:tcMar>
              <w:top w:w="55" w:type="dxa"/>
              <w:left w:w="10" w:type="dxa"/>
              <w:bottom w:w="30" w:type="dxa"/>
              <w:right w:w="25" w:type="dxa"/>
            </w:tcMar>
          </w:tcPr>
          <w:p w14:paraId="3E3E5967" w14:textId="77777777" w:rsidR="00327BED" w:rsidRDefault="00000000">
            <w:r>
              <w:rPr>
                <w:noProof/>
              </w:rPr>
              <w:drawing>
                <wp:inline distT="0" distB="0" distL="0" distR="0" wp14:anchorId="03FDF3AA" wp14:editId="407984B8">
                  <wp:extent cx="356616" cy="356616"/>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78F89F14" w14:textId="77777777" w:rsidR="00327BED" w:rsidRDefault="00000000">
            <w:pPr>
              <w:spacing w:after="24"/>
            </w:pPr>
            <w:r>
              <w:rPr>
                <w:b/>
                <w:color w:val="F0B232"/>
              </w:rPr>
              <w:t>Ev</w:t>
            </w:r>
            <w:r>
              <w:rPr>
                <w:color w:val="949BA4"/>
                <w:sz w:val="15"/>
              </w:rPr>
              <w:t xml:space="preserve">  10/05/2026 1:44 AM</w:t>
            </w:r>
          </w:p>
          <w:p w14:paraId="74FBBA39" w14:textId="77777777" w:rsidR="00327BED" w:rsidRDefault="00000000">
            <w:pPr>
              <w:spacing w:after="8" w:line="245" w:lineRule="auto"/>
            </w:pPr>
            <w:r>
              <w:t>I'm reading pure flow state</w:t>
            </w:r>
          </w:p>
          <w:p w14:paraId="78241590" w14:textId="77777777" w:rsidR="00327BED" w:rsidRDefault="00327BED">
            <w:pPr>
              <w:spacing w:line="84" w:lineRule="auto"/>
            </w:pPr>
          </w:p>
          <w:p w14:paraId="1B5C3511" w14:textId="77777777" w:rsidR="00327BED" w:rsidRDefault="00000000">
            <w:pPr>
              <w:spacing w:before="10" w:after="8" w:line="245" w:lineRule="auto"/>
            </w:pPr>
            <w:r>
              <w:t>Im slightly out the loop I'll just listen</w:t>
            </w:r>
          </w:p>
          <w:p w14:paraId="3B6C9B7A" w14:textId="77777777" w:rsidR="00327BED" w:rsidRDefault="00327BED">
            <w:pPr>
              <w:spacing w:line="84" w:lineRule="auto"/>
            </w:pPr>
          </w:p>
          <w:p w14:paraId="50956A0A" w14:textId="77777777" w:rsidR="00327BED" w:rsidRDefault="00000000">
            <w:pPr>
              <w:spacing w:before="10" w:after="8" w:line="245" w:lineRule="auto"/>
            </w:pPr>
            <w:r>
              <w:t>But I'm here 100% now</w:t>
            </w:r>
          </w:p>
          <w:p w14:paraId="0F11EFDB" w14:textId="77777777" w:rsidR="00327BED" w:rsidRDefault="00327BED">
            <w:pPr>
              <w:spacing w:line="84" w:lineRule="auto"/>
            </w:pPr>
          </w:p>
          <w:p w14:paraId="3E2B5F74" w14:textId="77777777" w:rsidR="00327BED" w:rsidRDefault="00000000">
            <w:pPr>
              <w:spacing w:before="10" w:after="8" w:line="245" w:lineRule="auto"/>
            </w:pPr>
            <w:r>
              <w:t>Peter's flow state</w:t>
            </w:r>
          </w:p>
        </w:tc>
      </w:tr>
      <w:tr w:rsidR="00327BED" w14:paraId="58CFF905" w14:textId="77777777">
        <w:trPr>
          <w:cantSplit/>
          <w:jc w:val="center"/>
        </w:trPr>
        <w:tc>
          <w:tcPr>
            <w:tcW w:w="778" w:type="dxa"/>
            <w:shd w:val="clear" w:color="auto" w:fill="313338"/>
            <w:tcMar>
              <w:top w:w="55" w:type="dxa"/>
              <w:left w:w="10" w:type="dxa"/>
              <w:bottom w:w="30" w:type="dxa"/>
              <w:right w:w="25" w:type="dxa"/>
            </w:tcMar>
          </w:tcPr>
          <w:p w14:paraId="26CD441E" w14:textId="77777777" w:rsidR="00327BED" w:rsidRDefault="00000000">
            <w:r>
              <w:rPr>
                <w:noProof/>
              </w:rPr>
              <w:drawing>
                <wp:inline distT="0" distB="0" distL="0" distR="0" wp14:anchorId="10E55705" wp14:editId="49481BEE">
                  <wp:extent cx="356616" cy="356616"/>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2BBAFFDA" w14:textId="77777777" w:rsidR="00327BED" w:rsidRDefault="00000000">
            <w:pPr>
              <w:spacing w:after="24"/>
            </w:pPr>
            <w:r>
              <w:rPr>
                <w:b/>
              </w:rPr>
              <w:t>Aperation</w:t>
            </w:r>
            <w:r>
              <w:rPr>
                <w:color w:val="949BA4"/>
                <w:sz w:val="15"/>
              </w:rPr>
              <w:t xml:space="preserve">  10/05/2026 1:47 AM</w:t>
            </w:r>
          </w:p>
          <w:p w14:paraId="3FF61694" w14:textId="77777777" w:rsidR="00327BED" w:rsidRDefault="00000000">
            <w:pPr>
              <w:spacing w:after="8" w:line="245" w:lineRule="auto"/>
            </w:pPr>
            <w:r>
              <w:t>The last few times you’ve been mad about me and I explain myself you always just get mad about the past. It’s honestly unfair to keep holding something your mad about from a long time ago to use when I try and explain myself</w:t>
            </w:r>
          </w:p>
          <w:p w14:paraId="5ECCF113" w14:textId="77777777" w:rsidR="00327BED" w:rsidRDefault="00327BED">
            <w:pPr>
              <w:spacing w:line="84" w:lineRule="auto"/>
            </w:pPr>
          </w:p>
          <w:p w14:paraId="7749406A" w14:textId="77777777" w:rsidR="00327BED" w:rsidRDefault="00000000">
            <w:pPr>
              <w:spacing w:before="10" w:after="8" w:line="245" w:lineRule="auto"/>
            </w:pPr>
            <w:r>
              <w:t>Especially when we already have discussed it a minimum of 3 times</w:t>
            </w:r>
          </w:p>
          <w:p w14:paraId="50390C88" w14:textId="77777777" w:rsidR="00327BED" w:rsidRDefault="00327BED">
            <w:pPr>
              <w:spacing w:line="84" w:lineRule="auto"/>
            </w:pPr>
          </w:p>
          <w:p w14:paraId="37A29825" w14:textId="77777777" w:rsidR="00327BED" w:rsidRDefault="00000000">
            <w:pPr>
              <w:spacing w:before="10" w:after="8" w:line="245" w:lineRule="auto"/>
            </w:pPr>
            <w:r>
              <w:t>And then maybe how she didn’t even response to your point abt the instagram</w:t>
            </w:r>
          </w:p>
          <w:p w14:paraId="73B39C01" w14:textId="77777777" w:rsidR="00327BED" w:rsidRDefault="00327BED">
            <w:pPr>
              <w:spacing w:line="84" w:lineRule="auto"/>
            </w:pPr>
          </w:p>
          <w:p w14:paraId="4C74C707" w14:textId="77777777" w:rsidR="00327BED" w:rsidRDefault="00000000">
            <w:pPr>
              <w:spacing w:before="10" w:after="8" w:line="245" w:lineRule="auto"/>
            </w:pPr>
            <w:r>
              <w:t>Pls pls something like</w:t>
            </w:r>
          </w:p>
          <w:p w14:paraId="37042A57" w14:textId="77777777" w:rsidR="00327BED" w:rsidRDefault="00327BED">
            <w:pPr>
              <w:spacing w:line="84" w:lineRule="auto"/>
            </w:pPr>
          </w:p>
          <w:p w14:paraId="35D91A6E" w14:textId="77777777" w:rsidR="00327BED" w:rsidRDefault="00000000">
            <w:pPr>
              <w:spacing w:before="10" w:after="8" w:line="245" w:lineRule="auto"/>
            </w:pPr>
            <w:r>
              <w:t>You haven’t even responded to the point I made abt getting his instagram, what would you have done if that’s what I did</w:t>
            </w:r>
          </w:p>
          <w:p w14:paraId="64D7CB18" w14:textId="77777777" w:rsidR="00327BED" w:rsidRDefault="00327BED">
            <w:pPr>
              <w:spacing w:line="84" w:lineRule="auto"/>
            </w:pPr>
          </w:p>
          <w:p w14:paraId="45974F74" w14:textId="77777777" w:rsidR="00327BED" w:rsidRDefault="00000000">
            <w:pPr>
              <w:spacing w:before="10" w:after="8" w:line="245" w:lineRule="auto"/>
            </w:pPr>
            <w:r>
              <w:t>And also what have I done in those photos that shows I haven’t changed, I’m literally just talking to your friends that’s extremely unfair</w:t>
            </w:r>
          </w:p>
        </w:tc>
      </w:tr>
      <w:tr w:rsidR="00327BED" w14:paraId="284E2210" w14:textId="77777777">
        <w:trPr>
          <w:cantSplit/>
          <w:jc w:val="center"/>
        </w:trPr>
        <w:tc>
          <w:tcPr>
            <w:tcW w:w="778" w:type="dxa"/>
            <w:shd w:val="clear" w:color="auto" w:fill="313338"/>
            <w:tcMar>
              <w:top w:w="55" w:type="dxa"/>
              <w:left w:w="10" w:type="dxa"/>
              <w:bottom w:w="30" w:type="dxa"/>
              <w:right w:w="25" w:type="dxa"/>
            </w:tcMar>
          </w:tcPr>
          <w:p w14:paraId="3D911387" w14:textId="77777777" w:rsidR="00327BED" w:rsidRDefault="00000000">
            <w:r>
              <w:rPr>
                <w:noProof/>
              </w:rPr>
              <w:drawing>
                <wp:inline distT="0" distB="0" distL="0" distR="0" wp14:anchorId="6E644D61" wp14:editId="18F96CDD">
                  <wp:extent cx="356616" cy="356616"/>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01A6EC4D" w14:textId="77777777" w:rsidR="00327BED" w:rsidRDefault="00000000">
            <w:pPr>
              <w:spacing w:after="24"/>
            </w:pPr>
            <w:r>
              <w:rPr>
                <w:b/>
                <w:color w:val="F0B232"/>
              </w:rPr>
              <w:t>Ev</w:t>
            </w:r>
            <w:r>
              <w:rPr>
                <w:color w:val="949BA4"/>
                <w:sz w:val="15"/>
              </w:rPr>
              <w:t xml:space="preserve">  10/05/2026 1:50 AM</w:t>
            </w:r>
          </w:p>
          <w:p w14:paraId="7BC3F9AB" w14:textId="77777777" w:rsidR="00327BED" w:rsidRDefault="00000000">
            <w:pPr>
              <w:spacing w:after="8" w:line="245" w:lineRule="auto"/>
            </w:pPr>
            <w:r>
              <w:t>If every time was true and everything she said was true then you'd be a fucking serial rapist</w:t>
            </w:r>
          </w:p>
        </w:tc>
      </w:tr>
      <w:tr w:rsidR="00327BED" w14:paraId="748BB09D" w14:textId="77777777">
        <w:trPr>
          <w:cantSplit/>
          <w:jc w:val="center"/>
        </w:trPr>
        <w:tc>
          <w:tcPr>
            <w:tcW w:w="778" w:type="dxa"/>
            <w:shd w:val="clear" w:color="auto" w:fill="313338"/>
            <w:tcMar>
              <w:top w:w="55" w:type="dxa"/>
              <w:left w:w="10" w:type="dxa"/>
              <w:bottom w:w="30" w:type="dxa"/>
              <w:right w:w="25" w:type="dxa"/>
            </w:tcMar>
          </w:tcPr>
          <w:p w14:paraId="587D9874" w14:textId="77777777" w:rsidR="00327BED" w:rsidRDefault="00000000">
            <w:r>
              <w:rPr>
                <w:noProof/>
              </w:rPr>
              <w:drawing>
                <wp:inline distT="0" distB="0" distL="0" distR="0" wp14:anchorId="33D2200B" wp14:editId="1F2423F5">
                  <wp:extent cx="356616" cy="356616"/>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654E6F68" w14:textId="77777777" w:rsidR="00327BED" w:rsidRDefault="00000000">
            <w:pPr>
              <w:spacing w:after="24"/>
            </w:pPr>
            <w:r>
              <w:rPr>
                <w:b/>
              </w:rPr>
              <w:t>Aperation</w:t>
            </w:r>
            <w:r>
              <w:rPr>
                <w:color w:val="949BA4"/>
                <w:sz w:val="15"/>
              </w:rPr>
              <w:t xml:space="preserve">  10/05/2026 1:50 AM</w:t>
            </w:r>
          </w:p>
          <w:p w14:paraId="0D14DDBF" w14:textId="77777777" w:rsidR="00327BED" w:rsidRDefault="00000000">
            <w:pPr>
              <w:spacing w:after="8" w:line="245" w:lineRule="auto"/>
            </w:pPr>
            <w:r>
              <w:t>Say this one</w:t>
            </w:r>
          </w:p>
        </w:tc>
      </w:tr>
      <w:tr w:rsidR="00327BED" w14:paraId="2E73EC3A" w14:textId="77777777">
        <w:trPr>
          <w:cantSplit/>
          <w:jc w:val="center"/>
        </w:trPr>
        <w:tc>
          <w:tcPr>
            <w:tcW w:w="778" w:type="dxa"/>
            <w:shd w:val="clear" w:color="auto" w:fill="313338"/>
            <w:tcMar>
              <w:top w:w="55" w:type="dxa"/>
              <w:left w:w="10" w:type="dxa"/>
              <w:bottom w:w="30" w:type="dxa"/>
              <w:right w:w="25" w:type="dxa"/>
            </w:tcMar>
          </w:tcPr>
          <w:p w14:paraId="2E037B23" w14:textId="77777777" w:rsidR="00327BED" w:rsidRDefault="00000000">
            <w:r>
              <w:rPr>
                <w:noProof/>
              </w:rPr>
              <w:drawing>
                <wp:inline distT="0" distB="0" distL="0" distR="0" wp14:anchorId="48843F4D" wp14:editId="147D49E3">
                  <wp:extent cx="356616" cy="356616"/>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697AA2E" w14:textId="77777777" w:rsidR="00327BED" w:rsidRDefault="00000000">
            <w:pPr>
              <w:spacing w:after="24"/>
            </w:pPr>
            <w:r>
              <w:rPr>
                <w:b/>
                <w:color w:val="F0B232"/>
              </w:rPr>
              <w:t>Ev</w:t>
            </w:r>
            <w:r>
              <w:rPr>
                <w:color w:val="949BA4"/>
                <w:sz w:val="15"/>
              </w:rPr>
              <w:t xml:space="preserve">  10/05/2026 1:50 AM</w:t>
            </w:r>
          </w:p>
          <w:p w14:paraId="136896F5" w14:textId="77777777" w:rsidR="00327BED" w:rsidRDefault="00000000">
            <w:pPr>
              <w:spacing w:after="8" w:line="245" w:lineRule="auto"/>
            </w:pPr>
            <w:r>
              <w:t>I think she's completely out of touch with the status quo of party etiquette</w:t>
            </w:r>
          </w:p>
        </w:tc>
      </w:tr>
      <w:tr w:rsidR="00327BED" w14:paraId="7CC3A5A3" w14:textId="77777777">
        <w:trPr>
          <w:cantSplit/>
          <w:jc w:val="center"/>
        </w:trPr>
        <w:tc>
          <w:tcPr>
            <w:tcW w:w="778" w:type="dxa"/>
            <w:shd w:val="clear" w:color="auto" w:fill="313338"/>
            <w:tcMar>
              <w:top w:w="55" w:type="dxa"/>
              <w:left w:w="10" w:type="dxa"/>
              <w:bottom w:w="30" w:type="dxa"/>
              <w:right w:w="25" w:type="dxa"/>
            </w:tcMar>
          </w:tcPr>
          <w:p w14:paraId="303A41E4" w14:textId="77777777" w:rsidR="00327BED" w:rsidRDefault="00000000">
            <w:r>
              <w:rPr>
                <w:noProof/>
              </w:rPr>
              <w:lastRenderedPageBreak/>
              <w:drawing>
                <wp:inline distT="0" distB="0" distL="0" distR="0" wp14:anchorId="258845EF" wp14:editId="77EFABB3">
                  <wp:extent cx="356616" cy="356616"/>
                  <wp:effectExtent l="0" t="0" r="0" b="0"/>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5FE92FB" w14:textId="77777777" w:rsidR="00327BED" w:rsidRDefault="00000000">
            <w:pPr>
              <w:spacing w:after="24"/>
            </w:pPr>
            <w:r>
              <w:rPr>
                <w:b/>
              </w:rPr>
              <w:t>Aperation</w:t>
            </w:r>
            <w:r>
              <w:rPr>
                <w:color w:val="949BA4"/>
                <w:sz w:val="15"/>
              </w:rPr>
              <w:t xml:space="preserve">  10/05/2026 1:50 AM</w:t>
            </w:r>
          </w:p>
          <w:p w14:paraId="52598824" w14:textId="77777777" w:rsidR="00327BED" w:rsidRDefault="00000000">
            <w:pPr>
              <w:spacing w:after="8" w:line="245" w:lineRule="auto"/>
            </w:pPr>
            <w:r>
              <w:t>Your worse… your a social human being</w:t>
            </w:r>
          </w:p>
          <w:p w14:paraId="4FC8A891" w14:textId="77777777" w:rsidR="00327BED" w:rsidRDefault="00327BED">
            <w:pPr>
              <w:spacing w:line="84" w:lineRule="auto"/>
            </w:pPr>
          </w:p>
          <w:p w14:paraId="5FF79432" w14:textId="77777777" w:rsidR="00327BED" w:rsidRDefault="00000000">
            <w:pPr>
              <w:spacing w:before="10" w:after="8" w:line="245" w:lineRule="auto"/>
            </w:pPr>
            <w:r>
              <w:t>Let’s recap</w:t>
            </w:r>
          </w:p>
          <w:p w14:paraId="37FD33FB" w14:textId="77777777" w:rsidR="00327BED" w:rsidRDefault="00327BED">
            <w:pPr>
              <w:spacing w:line="84" w:lineRule="auto"/>
            </w:pPr>
          </w:p>
          <w:p w14:paraId="07BFFAA8" w14:textId="77777777" w:rsidR="00327BED" w:rsidRDefault="00000000">
            <w:pPr>
              <w:spacing w:before="10" w:after="8" w:line="245" w:lineRule="auto"/>
            </w:pPr>
            <w:r>
              <w:t>Last two times</w:t>
            </w:r>
          </w:p>
          <w:p w14:paraId="6AFFA3AB" w14:textId="77777777" w:rsidR="00327BED" w:rsidRDefault="00327BED">
            <w:pPr>
              <w:spacing w:line="84" w:lineRule="auto"/>
            </w:pPr>
          </w:p>
          <w:p w14:paraId="6C36D081" w14:textId="77777777" w:rsidR="00327BED" w:rsidRDefault="00000000">
            <w:pPr>
              <w:spacing w:before="10" w:after="8" w:line="245" w:lineRule="auto"/>
            </w:pPr>
            <w:r>
              <w:t>Is Izzy</w:t>
            </w:r>
          </w:p>
          <w:p w14:paraId="0DE9C899" w14:textId="77777777" w:rsidR="00327BED" w:rsidRDefault="00327BED">
            <w:pPr>
              <w:spacing w:line="84" w:lineRule="auto"/>
            </w:pPr>
          </w:p>
          <w:p w14:paraId="5CC14011" w14:textId="77777777" w:rsidR="00327BED" w:rsidRDefault="00000000">
            <w:pPr>
              <w:spacing w:before="10" w:after="8" w:line="245" w:lineRule="auto"/>
            </w:pPr>
            <w:r>
              <w:t>And?</w:t>
            </w:r>
          </w:p>
        </w:tc>
      </w:tr>
      <w:tr w:rsidR="00327BED" w14:paraId="646AE56F" w14:textId="77777777">
        <w:trPr>
          <w:cantSplit/>
          <w:jc w:val="center"/>
        </w:trPr>
        <w:tc>
          <w:tcPr>
            <w:tcW w:w="778" w:type="dxa"/>
            <w:shd w:val="clear" w:color="auto" w:fill="313338"/>
            <w:tcMar>
              <w:top w:w="55" w:type="dxa"/>
              <w:left w:w="10" w:type="dxa"/>
              <w:bottom w:w="30" w:type="dxa"/>
              <w:right w:w="25" w:type="dxa"/>
            </w:tcMar>
          </w:tcPr>
          <w:p w14:paraId="78B659C5" w14:textId="77777777" w:rsidR="00327BED" w:rsidRDefault="00000000">
            <w:r>
              <w:rPr>
                <w:noProof/>
              </w:rPr>
              <w:drawing>
                <wp:inline distT="0" distB="0" distL="0" distR="0" wp14:anchorId="409AF5FA" wp14:editId="13DB4CB8">
                  <wp:extent cx="356616" cy="356616"/>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069EC8A4" w14:textId="77777777" w:rsidR="00327BED" w:rsidRDefault="00000000">
            <w:pPr>
              <w:spacing w:after="24"/>
            </w:pPr>
            <w:r>
              <w:rPr>
                <w:b/>
                <w:color w:val="F0B232"/>
              </w:rPr>
              <w:t>Ev</w:t>
            </w:r>
            <w:r>
              <w:rPr>
                <w:color w:val="949BA4"/>
                <w:sz w:val="15"/>
              </w:rPr>
              <w:t xml:space="preserve">  10/05/2026 1:51 AM</w:t>
            </w:r>
          </w:p>
          <w:p w14:paraId="1483E89D" w14:textId="77777777" w:rsidR="00327BED" w:rsidRDefault="00000000">
            <w:pPr>
              <w:spacing w:after="8" w:line="245" w:lineRule="auto"/>
            </w:pPr>
            <w:r>
              <w:t>The last two times you didn't do shit, the number of times doesn't validate it</w:t>
            </w:r>
          </w:p>
          <w:p w14:paraId="237F88E2" w14:textId="77777777" w:rsidR="00327BED" w:rsidRDefault="00327BED">
            <w:pPr>
              <w:spacing w:line="84" w:lineRule="auto"/>
            </w:pPr>
          </w:p>
          <w:p w14:paraId="6EB30244" w14:textId="77777777" w:rsidR="00327BED" w:rsidRDefault="00000000">
            <w:pPr>
              <w:spacing w:before="10" w:after="8" w:line="245" w:lineRule="auto"/>
            </w:pPr>
            <w:r>
              <w:t xml:space="preserve">The more she invents an issue doesn't make the issue more real </w:t>
            </w:r>
          </w:p>
        </w:tc>
      </w:tr>
      <w:tr w:rsidR="00327BED" w14:paraId="53E26463" w14:textId="77777777">
        <w:trPr>
          <w:cantSplit/>
          <w:jc w:val="center"/>
        </w:trPr>
        <w:tc>
          <w:tcPr>
            <w:tcW w:w="778" w:type="dxa"/>
            <w:shd w:val="clear" w:color="auto" w:fill="313338"/>
            <w:tcMar>
              <w:top w:w="55" w:type="dxa"/>
              <w:left w:w="10" w:type="dxa"/>
              <w:bottom w:w="30" w:type="dxa"/>
              <w:right w:w="25" w:type="dxa"/>
            </w:tcMar>
          </w:tcPr>
          <w:p w14:paraId="73F0C18A" w14:textId="77777777" w:rsidR="00327BED" w:rsidRDefault="00000000">
            <w:r>
              <w:rPr>
                <w:noProof/>
              </w:rPr>
              <w:drawing>
                <wp:inline distT="0" distB="0" distL="0" distR="0" wp14:anchorId="5F1ADA9A" wp14:editId="244122C9">
                  <wp:extent cx="356616" cy="356616"/>
                  <wp:effectExtent l="0" t="0" r="0" b="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763DD2C0" w14:textId="77777777" w:rsidR="00327BED" w:rsidRDefault="00000000">
            <w:pPr>
              <w:spacing w:after="24"/>
            </w:pPr>
            <w:r>
              <w:rPr>
                <w:b/>
              </w:rPr>
              <w:t>Aperation</w:t>
            </w:r>
            <w:r>
              <w:rPr>
                <w:color w:val="949BA4"/>
                <w:sz w:val="15"/>
              </w:rPr>
              <w:t xml:space="preserve">  10/05/2026 1:52 AM</w:t>
            </w:r>
          </w:p>
          <w:p w14:paraId="3CCB0743" w14:textId="77777777" w:rsidR="00327BED" w:rsidRDefault="00000000">
            <w:pPr>
              <w:spacing w:after="8" w:line="245" w:lineRule="auto"/>
            </w:pPr>
            <w:r>
              <w:t>Ok easy</w:t>
            </w:r>
          </w:p>
        </w:tc>
      </w:tr>
      <w:tr w:rsidR="00327BED" w14:paraId="067F2D80" w14:textId="77777777">
        <w:trPr>
          <w:cantSplit/>
          <w:jc w:val="center"/>
        </w:trPr>
        <w:tc>
          <w:tcPr>
            <w:tcW w:w="778" w:type="dxa"/>
            <w:shd w:val="clear" w:color="auto" w:fill="313338"/>
            <w:tcMar>
              <w:top w:w="55" w:type="dxa"/>
              <w:left w:w="10" w:type="dxa"/>
              <w:bottom w:w="30" w:type="dxa"/>
              <w:right w:w="25" w:type="dxa"/>
            </w:tcMar>
          </w:tcPr>
          <w:p w14:paraId="2F321C02" w14:textId="77777777" w:rsidR="00327BED" w:rsidRDefault="00000000">
            <w:r>
              <w:rPr>
                <w:noProof/>
              </w:rPr>
              <w:drawing>
                <wp:inline distT="0" distB="0" distL="0" distR="0" wp14:anchorId="71E02E84" wp14:editId="40657251">
                  <wp:extent cx="356616" cy="356616"/>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30693DBD" w14:textId="77777777" w:rsidR="00327BED" w:rsidRDefault="00000000">
            <w:pPr>
              <w:spacing w:after="24"/>
            </w:pPr>
            <w:r>
              <w:rPr>
                <w:b/>
                <w:color w:val="F0B232"/>
              </w:rPr>
              <w:t>Ev</w:t>
            </w:r>
            <w:r>
              <w:rPr>
                <w:color w:val="949BA4"/>
                <w:sz w:val="15"/>
              </w:rPr>
              <w:t xml:space="preserve">  10/05/2026 1:52 AM</w:t>
            </w:r>
          </w:p>
          <w:p w14:paraId="50723A4D" w14:textId="77777777" w:rsidR="00327BED" w:rsidRDefault="00000000">
            <w:pPr>
              <w:spacing w:after="8" w:line="245" w:lineRule="auto"/>
            </w:pPr>
            <w:r>
              <w:t>Ask her what she took away from the previous conversations</w:t>
            </w:r>
          </w:p>
          <w:p w14:paraId="4933701E" w14:textId="77777777" w:rsidR="00327BED" w:rsidRDefault="00327BED">
            <w:pPr>
              <w:spacing w:line="84" w:lineRule="auto"/>
            </w:pPr>
          </w:p>
          <w:p w14:paraId="55610810" w14:textId="77777777" w:rsidR="00327BED" w:rsidRDefault="00000000">
            <w:pPr>
              <w:spacing w:before="10" w:after="8" w:line="245" w:lineRule="auto"/>
            </w:pPr>
            <w:r>
              <w:t>Was she just giving up every time?</w:t>
            </w:r>
          </w:p>
        </w:tc>
      </w:tr>
      <w:tr w:rsidR="00327BED" w14:paraId="4C8B239A" w14:textId="77777777">
        <w:trPr>
          <w:cantSplit/>
          <w:jc w:val="center"/>
        </w:trPr>
        <w:tc>
          <w:tcPr>
            <w:tcW w:w="778" w:type="dxa"/>
            <w:shd w:val="clear" w:color="auto" w:fill="313338"/>
            <w:tcMar>
              <w:top w:w="55" w:type="dxa"/>
              <w:left w:w="10" w:type="dxa"/>
              <w:bottom w:w="30" w:type="dxa"/>
              <w:right w:w="25" w:type="dxa"/>
            </w:tcMar>
          </w:tcPr>
          <w:p w14:paraId="58013940" w14:textId="77777777" w:rsidR="00327BED" w:rsidRDefault="00000000">
            <w:r>
              <w:rPr>
                <w:noProof/>
              </w:rPr>
              <w:drawing>
                <wp:inline distT="0" distB="0" distL="0" distR="0" wp14:anchorId="0EDF6AB7" wp14:editId="2C0DA76D">
                  <wp:extent cx="356616" cy="356616"/>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1FE3D78" w14:textId="77777777" w:rsidR="00327BED" w:rsidRDefault="00000000">
            <w:pPr>
              <w:spacing w:after="24"/>
            </w:pPr>
            <w:r>
              <w:rPr>
                <w:b/>
              </w:rPr>
              <w:t>Aperation</w:t>
            </w:r>
            <w:r>
              <w:rPr>
                <w:color w:val="949BA4"/>
                <w:sz w:val="15"/>
              </w:rPr>
              <w:t xml:space="preserve">  10/05/2026 1:52 AM</w:t>
            </w:r>
          </w:p>
          <w:p w14:paraId="5188E9AD" w14:textId="77777777" w:rsidR="00327BED" w:rsidRDefault="00000000">
            <w:pPr>
              <w:spacing w:after="8" w:line="245" w:lineRule="auto"/>
            </w:pPr>
            <w:r>
              <w:t>I didn’t apologise for the Izzy thing because I quite literally didn’t do it, I’m not going to apologise for something I vehemently deny.</w:t>
            </w:r>
          </w:p>
          <w:p w14:paraId="0C797DD3" w14:textId="77777777" w:rsidR="00327BED" w:rsidRDefault="00327BED">
            <w:pPr>
              <w:spacing w:line="84" w:lineRule="auto"/>
            </w:pPr>
          </w:p>
          <w:p w14:paraId="2BDCB150" w14:textId="77777777" w:rsidR="00327BED" w:rsidRDefault="00000000">
            <w:pPr>
              <w:spacing w:before="10" w:after="8" w:line="245" w:lineRule="auto"/>
            </w:pPr>
            <w:r>
              <w:t>I don’t remember what the other time was</w:t>
            </w:r>
          </w:p>
        </w:tc>
      </w:tr>
      <w:tr w:rsidR="00327BED" w14:paraId="173B31D1" w14:textId="77777777">
        <w:trPr>
          <w:cantSplit/>
          <w:jc w:val="center"/>
        </w:trPr>
        <w:tc>
          <w:tcPr>
            <w:tcW w:w="778" w:type="dxa"/>
            <w:shd w:val="clear" w:color="auto" w:fill="313338"/>
            <w:tcMar>
              <w:top w:w="55" w:type="dxa"/>
              <w:left w:w="10" w:type="dxa"/>
              <w:bottom w:w="30" w:type="dxa"/>
              <w:right w:w="25" w:type="dxa"/>
            </w:tcMar>
          </w:tcPr>
          <w:p w14:paraId="10E1A71C" w14:textId="77777777" w:rsidR="00327BED" w:rsidRDefault="00000000">
            <w:r>
              <w:rPr>
                <w:noProof/>
              </w:rPr>
              <w:drawing>
                <wp:inline distT="0" distB="0" distL="0" distR="0" wp14:anchorId="22DCDC3D" wp14:editId="0DF9C942">
                  <wp:extent cx="356616" cy="356616"/>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3BD4A0AF" w14:textId="77777777" w:rsidR="00327BED" w:rsidRDefault="00000000">
            <w:pPr>
              <w:spacing w:after="24"/>
            </w:pPr>
            <w:r>
              <w:rPr>
                <w:b/>
                <w:color w:val="F0B232"/>
              </w:rPr>
              <w:t>Ev</w:t>
            </w:r>
            <w:r>
              <w:rPr>
                <w:color w:val="949BA4"/>
                <w:sz w:val="15"/>
              </w:rPr>
              <w:t xml:space="preserve">  10/05/2026 1:52 AM</w:t>
            </w:r>
          </w:p>
          <w:p w14:paraId="6725264C" w14:textId="77777777" w:rsidR="00327BED" w:rsidRDefault="00000000">
            <w:pPr>
              <w:spacing w:after="8" w:line="245" w:lineRule="auto"/>
            </w:pPr>
            <w:r>
              <w:t>+1 word unlocked for me too</w:t>
            </w:r>
          </w:p>
        </w:tc>
      </w:tr>
      <w:tr w:rsidR="00327BED" w14:paraId="2BDBB1C6" w14:textId="77777777">
        <w:trPr>
          <w:cantSplit/>
          <w:jc w:val="center"/>
        </w:trPr>
        <w:tc>
          <w:tcPr>
            <w:tcW w:w="778" w:type="dxa"/>
            <w:shd w:val="clear" w:color="auto" w:fill="313338"/>
            <w:tcMar>
              <w:top w:w="55" w:type="dxa"/>
              <w:left w:w="10" w:type="dxa"/>
              <w:bottom w:w="30" w:type="dxa"/>
              <w:right w:w="25" w:type="dxa"/>
            </w:tcMar>
          </w:tcPr>
          <w:p w14:paraId="54F2CA3C" w14:textId="77777777" w:rsidR="00327BED" w:rsidRDefault="00000000">
            <w:r>
              <w:rPr>
                <w:noProof/>
              </w:rPr>
              <w:drawing>
                <wp:inline distT="0" distB="0" distL="0" distR="0" wp14:anchorId="42AAAC30" wp14:editId="289C84A8">
                  <wp:extent cx="356616" cy="356616"/>
                  <wp:effectExtent l="0" t="0" r="0" b="0"/>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01453931" w14:textId="77777777" w:rsidR="00327BED" w:rsidRDefault="00000000">
            <w:pPr>
              <w:spacing w:after="24"/>
            </w:pPr>
            <w:r>
              <w:rPr>
                <w:b/>
              </w:rPr>
              <w:t>Aperation</w:t>
            </w:r>
            <w:r>
              <w:rPr>
                <w:color w:val="949BA4"/>
                <w:sz w:val="15"/>
              </w:rPr>
              <w:t xml:space="preserve">  10/05/2026 1:53 AM</w:t>
            </w:r>
          </w:p>
          <w:p w14:paraId="57AFB4A9" w14:textId="77777777" w:rsidR="00327BED" w:rsidRDefault="00000000">
            <w:pPr>
              <w:spacing w:after="8" w:line="245" w:lineRule="auto"/>
            </w:pPr>
            <w:r>
              <w:t>But then chuck some offense and be like you haven’t apologised for adding his instagram, if you did that what would her response be</w:t>
            </w:r>
          </w:p>
          <w:p w14:paraId="0AB2A984" w14:textId="77777777" w:rsidR="00327BED" w:rsidRDefault="00327BED">
            <w:pPr>
              <w:spacing w:line="84" w:lineRule="auto"/>
            </w:pPr>
          </w:p>
          <w:p w14:paraId="031DDE09" w14:textId="77777777" w:rsidR="00327BED" w:rsidRDefault="00000000">
            <w:pPr>
              <w:spacing w:before="10" w:after="8" w:line="245" w:lineRule="auto"/>
            </w:pPr>
            <w:r>
              <w:t>That was some flair for the vocab there</w:t>
            </w:r>
          </w:p>
        </w:tc>
      </w:tr>
      <w:tr w:rsidR="00327BED" w14:paraId="1621E4D4" w14:textId="77777777">
        <w:trPr>
          <w:cantSplit/>
          <w:jc w:val="center"/>
        </w:trPr>
        <w:tc>
          <w:tcPr>
            <w:tcW w:w="778" w:type="dxa"/>
            <w:shd w:val="clear" w:color="auto" w:fill="313338"/>
            <w:tcMar>
              <w:top w:w="55" w:type="dxa"/>
              <w:left w:w="10" w:type="dxa"/>
              <w:bottom w:w="30" w:type="dxa"/>
              <w:right w:w="25" w:type="dxa"/>
            </w:tcMar>
          </w:tcPr>
          <w:p w14:paraId="263FBCBE" w14:textId="77777777" w:rsidR="00327BED" w:rsidRDefault="00000000">
            <w:r>
              <w:rPr>
                <w:noProof/>
              </w:rPr>
              <w:drawing>
                <wp:inline distT="0" distB="0" distL="0" distR="0" wp14:anchorId="1799E4FE" wp14:editId="05F2B473">
                  <wp:extent cx="356616" cy="356616"/>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76389E43" w14:textId="77777777" w:rsidR="00327BED" w:rsidRDefault="00000000">
            <w:pPr>
              <w:spacing w:after="24"/>
            </w:pPr>
            <w:r>
              <w:rPr>
                <w:b/>
                <w:color w:val="F0B232"/>
              </w:rPr>
              <w:t>Ev</w:t>
            </w:r>
            <w:r>
              <w:rPr>
                <w:color w:val="949BA4"/>
                <w:sz w:val="15"/>
              </w:rPr>
              <w:t xml:space="preserve">  10/05/2026 1:53 AM</w:t>
            </w:r>
          </w:p>
          <w:p w14:paraId="751C56FD" w14:textId="77777777" w:rsidR="00327BED" w:rsidRDefault="00000000">
            <w:pPr>
              <w:spacing w:after="8" w:line="245" w:lineRule="auto"/>
            </w:pPr>
            <w:r>
              <w:t>Hit a rainbow flick mid essay</w:t>
            </w:r>
          </w:p>
          <w:p w14:paraId="5B42226B" w14:textId="77777777" w:rsidR="00327BED" w:rsidRDefault="00327BED">
            <w:pPr>
              <w:spacing w:line="84" w:lineRule="auto"/>
            </w:pPr>
          </w:p>
          <w:p w14:paraId="132F3C1D" w14:textId="77777777" w:rsidR="00327BED" w:rsidRDefault="00000000">
            <w:pPr>
              <w:spacing w:before="10" w:after="8" w:line="245" w:lineRule="auto"/>
            </w:pPr>
            <w:r>
              <w:t>Seriously tho the number of times she brings up the same NON ISSUE doesn't make it real</w:t>
            </w:r>
          </w:p>
        </w:tc>
      </w:tr>
      <w:tr w:rsidR="00327BED" w14:paraId="00702BDE" w14:textId="77777777">
        <w:trPr>
          <w:cantSplit/>
          <w:jc w:val="center"/>
        </w:trPr>
        <w:tc>
          <w:tcPr>
            <w:tcW w:w="778" w:type="dxa"/>
            <w:shd w:val="clear" w:color="auto" w:fill="313338"/>
            <w:tcMar>
              <w:top w:w="55" w:type="dxa"/>
              <w:left w:w="10" w:type="dxa"/>
              <w:bottom w:w="30" w:type="dxa"/>
              <w:right w:w="25" w:type="dxa"/>
            </w:tcMar>
          </w:tcPr>
          <w:p w14:paraId="2D5446A6" w14:textId="77777777" w:rsidR="00327BED" w:rsidRDefault="00000000">
            <w:r>
              <w:rPr>
                <w:noProof/>
              </w:rPr>
              <w:drawing>
                <wp:inline distT="0" distB="0" distL="0" distR="0" wp14:anchorId="4B0160E4" wp14:editId="0EEEDEC0">
                  <wp:extent cx="356616" cy="356616"/>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5271989" w14:textId="77777777" w:rsidR="00327BED" w:rsidRDefault="00000000">
            <w:pPr>
              <w:spacing w:after="24"/>
            </w:pPr>
            <w:r>
              <w:rPr>
                <w:b/>
              </w:rPr>
              <w:t>Aperation</w:t>
            </w:r>
            <w:r>
              <w:rPr>
                <w:color w:val="949BA4"/>
                <w:sz w:val="15"/>
              </w:rPr>
              <w:t xml:space="preserve">  10/05/2026 1:54 AM</w:t>
            </w:r>
          </w:p>
          <w:p w14:paraId="180B5E56" w14:textId="77777777" w:rsidR="00327BED" w:rsidRDefault="00000000">
            <w:pPr>
              <w:spacing w:after="8" w:line="245" w:lineRule="auto"/>
            </w:pPr>
            <w:r>
              <w:t>What was the second time tho?</w:t>
            </w:r>
          </w:p>
          <w:p w14:paraId="072EBA40" w14:textId="77777777" w:rsidR="00327BED" w:rsidRDefault="00327BED">
            <w:pPr>
              <w:spacing w:line="84" w:lineRule="auto"/>
            </w:pPr>
          </w:p>
          <w:p w14:paraId="26ABD4C9" w14:textId="77777777" w:rsidR="00327BED" w:rsidRDefault="00000000">
            <w:pPr>
              <w:spacing w:before="10" w:after="8" w:line="245" w:lineRule="auto"/>
            </w:pPr>
            <w:r>
              <w:t>Just bring up the Izzy one I think</w:t>
            </w:r>
          </w:p>
          <w:p w14:paraId="290EEAF4" w14:textId="77777777" w:rsidR="00327BED" w:rsidRDefault="00327BED">
            <w:pPr>
              <w:spacing w:line="84" w:lineRule="auto"/>
            </w:pPr>
          </w:p>
          <w:p w14:paraId="3C585481" w14:textId="77777777" w:rsidR="00327BED" w:rsidRDefault="00000000">
            <w:pPr>
              <w:spacing w:before="10" w:after="8" w:line="245" w:lineRule="auto"/>
            </w:pPr>
            <w:r>
              <w:t>Okok say</w:t>
            </w:r>
          </w:p>
          <w:p w14:paraId="23AEA5BE" w14:textId="77777777" w:rsidR="00327BED" w:rsidRDefault="00327BED">
            <w:pPr>
              <w:spacing w:line="84" w:lineRule="auto"/>
            </w:pPr>
          </w:p>
          <w:p w14:paraId="7E192B6F" w14:textId="77777777" w:rsidR="00327BED" w:rsidRDefault="00000000">
            <w:pPr>
              <w:spacing w:before="10" w:after="8" w:line="245" w:lineRule="auto"/>
            </w:pPr>
            <w:r>
              <w:t>Yes yes say that</w:t>
            </w:r>
          </w:p>
          <w:p w14:paraId="26A4311E" w14:textId="77777777" w:rsidR="00327BED" w:rsidRDefault="00327BED">
            <w:pPr>
              <w:spacing w:line="84" w:lineRule="auto"/>
            </w:pPr>
          </w:p>
          <w:p w14:paraId="03FD260B" w14:textId="77777777" w:rsidR="00327BED" w:rsidRDefault="00000000">
            <w:pPr>
              <w:spacing w:before="10" w:after="8" w:line="245" w:lineRule="auto"/>
            </w:pPr>
            <w:r>
              <w:t>And then say the tiny bit of offense</w:t>
            </w:r>
          </w:p>
          <w:p w14:paraId="21A914D1" w14:textId="77777777" w:rsidR="00327BED" w:rsidRDefault="00327BED">
            <w:pPr>
              <w:spacing w:line="84" w:lineRule="auto"/>
            </w:pPr>
          </w:p>
          <w:p w14:paraId="6E905ED4" w14:textId="77777777" w:rsidR="00327BED" w:rsidRDefault="00000000">
            <w:pPr>
              <w:spacing w:before="10" w:after="8" w:line="245" w:lineRule="auto"/>
            </w:pPr>
            <w:r>
              <w:t>I’ve brought up the instagram thing twice and twice you haven’t responded or apologised it’s a bit of a double standard</w:t>
            </w:r>
          </w:p>
          <w:p w14:paraId="3392E11B" w14:textId="77777777" w:rsidR="00327BED" w:rsidRDefault="00327BED">
            <w:pPr>
              <w:spacing w:line="84" w:lineRule="auto"/>
            </w:pPr>
          </w:p>
          <w:p w14:paraId="24D2867A" w14:textId="77777777" w:rsidR="00327BED" w:rsidRDefault="00000000">
            <w:pPr>
              <w:spacing w:before="10" w:after="8" w:line="245" w:lineRule="auto"/>
            </w:pPr>
            <w:r>
              <w:t>She expects you to apologise for talking to her friends</w:t>
            </w:r>
          </w:p>
          <w:p w14:paraId="3B7DBC9B" w14:textId="77777777" w:rsidR="00327BED" w:rsidRDefault="00327BED">
            <w:pPr>
              <w:spacing w:line="84" w:lineRule="auto"/>
            </w:pPr>
          </w:p>
          <w:p w14:paraId="61B94852" w14:textId="77777777" w:rsidR="00327BED" w:rsidRDefault="00000000">
            <w:pPr>
              <w:spacing w:before="10" w:after="8" w:line="245" w:lineRule="auto"/>
            </w:pPr>
            <w:r>
              <w:t>But she doesn’t have to apologise for getting a guys instead to buy her a drink</w:t>
            </w:r>
          </w:p>
          <w:p w14:paraId="1C184C9B" w14:textId="77777777" w:rsidR="00327BED" w:rsidRDefault="00327BED">
            <w:pPr>
              <w:spacing w:line="84" w:lineRule="auto"/>
            </w:pPr>
          </w:p>
          <w:p w14:paraId="6B3F8F7A" w14:textId="77777777" w:rsidR="00327BED" w:rsidRDefault="00000000">
            <w:pPr>
              <w:spacing w:before="10" w:after="8" w:line="245" w:lineRule="auto"/>
            </w:pPr>
            <w:r>
              <w:t>W</w:t>
            </w:r>
          </w:p>
        </w:tc>
      </w:tr>
      <w:tr w:rsidR="00327BED" w14:paraId="06A86999" w14:textId="77777777">
        <w:trPr>
          <w:cantSplit/>
          <w:jc w:val="center"/>
        </w:trPr>
        <w:tc>
          <w:tcPr>
            <w:tcW w:w="778" w:type="dxa"/>
            <w:shd w:val="clear" w:color="auto" w:fill="313338"/>
            <w:tcMar>
              <w:top w:w="55" w:type="dxa"/>
              <w:left w:w="10" w:type="dxa"/>
              <w:bottom w:w="30" w:type="dxa"/>
              <w:right w:w="25" w:type="dxa"/>
            </w:tcMar>
          </w:tcPr>
          <w:p w14:paraId="6A4F9087" w14:textId="77777777" w:rsidR="00327BED" w:rsidRDefault="00000000">
            <w:r>
              <w:rPr>
                <w:noProof/>
              </w:rPr>
              <w:drawing>
                <wp:inline distT="0" distB="0" distL="0" distR="0" wp14:anchorId="7CE43002" wp14:editId="5912A8C6">
                  <wp:extent cx="356616" cy="356616"/>
                  <wp:effectExtent l="0" t="0" r="0" b="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096883AF" w14:textId="77777777" w:rsidR="00327BED" w:rsidRDefault="00000000">
            <w:pPr>
              <w:spacing w:after="24"/>
            </w:pPr>
            <w:r>
              <w:rPr>
                <w:b/>
                <w:color w:val="F0B232"/>
              </w:rPr>
              <w:t>Ev</w:t>
            </w:r>
            <w:r>
              <w:rPr>
                <w:color w:val="949BA4"/>
                <w:sz w:val="15"/>
              </w:rPr>
              <w:t xml:space="preserve">  10/05/2026 1:56 AM</w:t>
            </w:r>
          </w:p>
          <w:p w14:paraId="09907A17" w14:textId="77777777" w:rsidR="00327BED" w:rsidRDefault="00000000">
            <w:pPr>
              <w:spacing w:after="8" w:line="245" w:lineRule="auto"/>
            </w:pPr>
            <w:r>
              <w:t>YEAAHH</w:t>
            </w:r>
          </w:p>
        </w:tc>
      </w:tr>
      <w:tr w:rsidR="00327BED" w14:paraId="49D4FE7C" w14:textId="77777777">
        <w:trPr>
          <w:cantSplit/>
          <w:jc w:val="center"/>
        </w:trPr>
        <w:tc>
          <w:tcPr>
            <w:tcW w:w="778" w:type="dxa"/>
            <w:shd w:val="clear" w:color="auto" w:fill="313338"/>
            <w:tcMar>
              <w:top w:w="55" w:type="dxa"/>
              <w:left w:w="10" w:type="dxa"/>
              <w:bottom w:w="30" w:type="dxa"/>
              <w:right w:w="25" w:type="dxa"/>
            </w:tcMar>
          </w:tcPr>
          <w:p w14:paraId="05E7D0A0" w14:textId="77777777" w:rsidR="00327BED" w:rsidRDefault="00000000">
            <w:r>
              <w:rPr>
                <w:noProof/>
              </w:rPr>
              <w:drawing>
                <wp:inline distT="0" distB="0" distL="0" distR="0" wp14:anchorId="3BE18B12" wp14:editId="56A114E5">
                  <wp:extent cx="356616" cy="356616"/>
                  <wp:effectExtent l="0" t="0" r="0"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293B4CE3" w14:textId="77777777" w:rsidR="00327BED" w:rsidRDefault="00000000">
            <w:pPr>
              <w:spacing w:after="24"/>
            </w:pPr>
            <w:r>
              <w:rPr>
                <w:b/>
              </w:rPr>
              <w:t>Aperation</w:t>
            </w:r>
            <w:r>
              <w:rPr>
                <w:color w:val="949BA4"/>
                <w:sz w:val="15"/>
              </w:rPr>
              <w:t xml:space="preserve">  10/05/2026 1:56 AM</w:t>
            </w:r>
          </w:p>
          <w:p w14:paraId="6301743C" w14:textId="77777777" w:rsidR="00327BED" w:rsidRDefault="00000000">
            <w:pPr>
              <w:spacing w:after="8" w:line="245" w:lineRule="auto"/>
            </w:pPr>
            <w:r>
              <w:t>Say imagine if the roles were reversed</w:t>
            </w:r>
          </w:p>
        </w:tc>
      </w:tr>
      <w:tr w:rsidR="00327BED" w14:paraId="22344BCC" w14:textId="77777777">
        <w:trPr>
          <w:cantSplit/>
          <w:jc w:val="center"/>
        </w:trPr>
        <w:tc>
          <w:tcPr>
            <w:tcW w:w="778" w:type="dxa"/>
            <w:shd w:val="clear" w:color="auto" w:fill="313338"/>
            <w:tcMar>
              <w:top w:w="55" w:type="dxa"/>
              <w:left w:w="10" w:type="dxa"/>
              <w:bottom w:w="30" w:type="dxa"/>
              <w:right w:w="25" w:type="dxa"/>
            </w:tcMar>
          </w:tcPr>
          <w:p w14:paraId="0B33A8FA" w14:textId="77777777" w:rsidR="00327BED" w:rsidRDefault="00000000">
            <w:r>
              <w:rPr>
                <w:noProof/>
              </w:rPr>
              <w:drawing>
                <wp:inline distT="0" distB="0" distL="0" distR="0" wp14:anchorId="7CAB697B" wp14:editId="56FAA126">
                  <wp:extent cx="356616" cy="356616"/>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7E62EB3" w14:textId="77777777" w:rsidR="00327BED" w:rsidRDefault="00000000">
            <w:pPr>
              <w:spacing w:after="24"/>
            </w:pPr>
            <w:r>
              <w:rPr>
                <w:b/>
                <w:color w:val="F0B232"/>
              </w:rPr>
              <w:t>Ev</w:t>
            </w:r>
            <w:r>
              <w:rPr>
                <w:color w:val="949BA4"/>
                <w:sz w:val="15"/>
              </w:rPr>
              <w:t xml:space="preserve">  10/05/2026 1:56 AM</w:t>
            </w:r>
          </w:p>
          <w:p w14:paraId="349A657D" w14:textId="77777777" w:rsidR="00327BED" w:rsidRDefault="00000000">
            <w:pPr>
              <w:spacing w:after="8" w:line="245" w:lineRule="auto"/>
            </w:pPr>
            <w:r>
              <w:t>Insert squid game cheering gif</w:t>
            </w:r>
          </w:p>
        </w:tc>
      </w:tr>
      <w:tr w:rsidR="00327BED" w14:paraId="67C3AA40" w14:textId="77777777">
        <w:trPr>
          <w:cantSplit/>
          <w:jc w:val="center"/>
        </w:trPr>
        <w:tc>
          <w:tcPr>
            <w:tcW w:w="778" w:type="dxa"/>
            <w:shd w:val="clear" w:color="auto" w:fill="313338"/>
            <w:tcMar>
              <w:top w:w="55" w:type="dxa"/>
              <w:left w:w="10" w:type="dxa"/>
              <w:bottom w:w="30" w:type="dxa"/>
              <w:right w:w="25" w:type="dxa"/>
            </w:tcMar>
          </w:tcPr>
          <w:p w14:paraId="4B4C8D5A" w14:textId="77777777" w:rsidR="00327BED" w:rsidRDefault="00000000">
            <w:r>
              <w:rPr>
                <w:noProof/>
              </w:rPr>
              <w:drawing>
                <wp:inline distT="0" distB="0" distL="0" distR="0" wp14:anchorId="6805063E" wp14:editId="23CD77C1">
                  <wp:extent cx="356616" cy="356616"/>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2D79108" w14:textId="77777777" w:rsidR="00327BED" w:rsidRDefault="00000000">
            <w:pPr>
              <w:spacing w:after="24"/>
            </w:pPr>
            <w:r>
              <w:rPr>
                <w:b/>
              </w:rPr>
              <w:t>Aperation</w:t>
            </w:r>
            <w:r>
              <w:rPr>
                <w:color w:val="949BA4"/>
                <w:sz w:val="15"/>
              </w:rPr>
              <w:t xml:space="preserve">  10/05/2026 1:56 AM</w:t>
            </w:r>
          </w:p>
          <w:p w14:paraId="32E3C9DB" w14:textId="77777777" w:rsidR="00327BED" w:rsidRDefault="00000000">
            <w:pPr>
              <w:spacing w:after="8" w:line="245" w:lineRule="auto"/>
            </w:pPr>
            <w:r>
              <w:rPr>
                <w:i/>
                <w:color w:val="949BA4"/>
                <w:sz w:val="18"/>
              </w:rPr>
              <w:t>[No text captured in export]</w:t>
            </w:r>
          </w:p>
        </w:tc>
      </w:tr>
      <w:tr w:rsidR="00327BED" w14:paraId="434B5FB7" w14:textId="77777777">
        <w:trPr>
          <w:cantSplit/>
          <w:jc w:val="center"/>
        </w:trPr>
        <w:tc>
          <w:tcPr>
            <w:tcW w:w="778" w:type="dxa"/>
            <w:shd w:val="clear" w:color="auto" w:fill="313338"/>
            <w:tcMar>
              <w:top w:w="55" w:type="dxa"/>
              <w:left w:w="10" w:type="dxa"/>
              <w:bottom w:w="30" w:type="dxa"/>
              <w:right w:w="25" w:type="dxa"/>
            </w:tcMar>
          </w:tcPr>
          <w:p w14:paraId="58675555" w14:textId="77777777" w:rsidR="00327BED" w:rsidRDefault="00000000">
            <w:r>
              <w:rPr>
                <w:noProof/>
              </w:rPr>
              <w:lastRenderedPageBreak/>
              <w:drawing>
                <wp:inline distT="0" distB="0" distL="0" distR="0" wp14:anchorId="1C77EAED" wp14:editId="3F7C4856">
                  <wp:extent cx="356616" cy="356616"/>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karino.png"/>
                          <pic:cNvPicPr/>
                        </pic:nvPicPr>
                        <pic:blipFill>
                          <a:blip r:embed="rId6"/>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0F416FEE" w14:textId="77777777" w:rsidR="00327BED" w:rsidRDefault="00000000">
            <w:pPr>
              <w:spacing w:after="24"/>
            </w:pPr>
            <w:r>
              <w:rPr>
                <w:b/>
                <w:color w:val="58A6FF"/>
              </w:rPr>
              <w:t>oskarino [ADHC],</w:t>
            </w:r>
            <w:r>
              <w:rPr>
                <w:color w:val="949BA4"/>
                <w:sz w:val="15"/>
              </w:rPr>
              <w:t xml:space="preserve">  10/05/2026 1:56 AM</w:t>
            </w:r>
          </w:p>
          <w:p w14:paraId="5C6FACF7" w14:textId="77777777" w:rsidR="00327BED" w:rsidRDefault="00000000">
            <w:pPr>
              <w:spacing w:after="8" w:line="245" w:lineRule="auto"/>
            </w:pPr>
            <w:r>
              <w:rPr>
                <w:i/>
                <w:color w:val="949BA4"/>
                <w:sz w:val="18"/>
              </w:rPr>
              <w:t>[No text captured in export]</w:t>
            </w:r>
          </w:p>
        </w:tc>
      </w:tr>
      <w:tr w:rsidR="00327BED" w14:paraId="4474F42B" w14:textId="77777777">
        <w:trPr>
          <w:cantSplit/>
          <w:jc w:val="center"/>
        </w:trPr>
        <w:tc>
          <w:tcPr>
            <w:tcW w:w="778" w:type="dxa"/>
            <w:shd w:val="clear" w:color="auto" w:fill="313338"/>
            <w:tcMar>
              <w:top w:w="55" w:type="dxa"/>
              <w:left w:w="10" w:type="dxa"/>
              <w:bottom w:w="30" w:type="dxa"/>
              <w:right w:w="25" w:type="dxa"/>
            </w:tcMar>
          </w:tcPr>
          <w:p w14:paraId="3DA3BD1B" w14:textId="77777777" w:rsidR="00327BED" w:rsidRDefault="00000000">
            <w:r>
              <w:rPr>
                <w:noProof/>
              </w:rPr>
              <w:drawing>
                <wp:inline distT="0" distB="0" distL="0" distR="0" wp14:anchorId="1DEFD499" wp14:editId="14BBC4C1">
                  <wp:extent cx="356616" cy="356616"/>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D9A958A" w14:textId="77777777" w:rsidR="00327BED" w:rsidRDefault="00000000">
            <w:pPr>
              <w:spacing w:after="24"/>
            </w:pPr>
            <w:r>
              <w:rPr>
                <w:b/>
                <w:color w:val="F0B232"/>
              </w:rPr>
              <w:t>Ev</w:t>
            </w:r>
            <w:r>
              <w:rPr>
                <w:color w:val="949BA4"/>
                <w:sz w:val="15"/>
              </w:rPr>
              <w:t xml:space="preserve">  10/05/2026 1:56 AM</w:t>
            </w:r>
          </w:p>
          <w:p w14:paraId="3E67BC14" w14:textId="77777777" w:rsidR="00327BED" w:rsidRDefault="00000000">
            <w:pPr>
              <w:spacing w:after="8" w:line="245" w:lineRule="auto"/>
            </w:pPr>
            <w:r>
              <w:t>She never talks to boys at the parties she's the only one who doesn't socialize with both groups</w:t>
            </w:r>
          </w:p>
          <w:p w14:paraId="2CA72927" w14:textId="77777777" w:rsidR="00327BED" w:rsidRDefault="00327BED">
            <w:pPr>
              <w:spacing w:line="84" w:lineRule="auto"/>
            </w:pPr>
          </w:p>
          <w:p w14:paraId="23E28780" w14:textId="77777777" w:rsidR="00327BED" w:rsidRDefault="00000000">
            <w:pPr>
              <w:spacing w:before="10" w:after="8" w:line="245" w:lineRule="auto"/>
            </w:pPr>
            <w:r>
              <w:t>She's the odd one out</w:t>
            </w:r>
          </w:p>
        </w:tc>
      </w:tr>
      <w:tr w:rsidR="00327BED" w14:paraId="6F46EA3D" w14:textId="77777777">
        <w:trPr>
          <w:cantSplit/>
          <w:jc w:val="center"/>
        </w:trPr>
        <w:tc>
          <w:tcPr>
            <w:tcW w:w="778" w:type="dxa"/>
            <w:shd w:val="clear" w:color="auto" w:fill="313338"/>
            <w:tcMar>
              <w:top w:w="55" w:type="dxa"/>
              <w:left w:w="10" w:type="dxa"/>
              <w:bottom w:w="30" w:type="dxa"/>
              <w:right w:w="25" w:type="dxa"/>
            </w:tcMar>
          </w:tcPr>
          <w:p w14:paraId="55C7F813" w14:textId="77777777" w:rsidR="00327BED" w:rsidRDefault="00000000">
            <w:r>
              <w:rPr>
                <w:noProof/>
              </w:rPr>
              <w:drawing>
                <wp:inline distT="0" distB="0" distL="0" distR="0" wp14:anchorId="0277EB6C" wp14:editId="4D8F3067">
                  <wp:extent cx="356616" cy="356616"/>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7384E4AA" w14:textId="77777777" w:rsidR="00327BED" w:rsidRDefault="00000000">
            <w:pPr>
              <w:spacing w:after="24"/>
            </w:pPr>
            <w:r>
              <w:rPr>
                <w:b/>
              </w:rPr>
              <w:t>Aperation</w:t>
            </w:r>
            <w:r>
              <w:rPr>
                <w:color w:val="949BA4"/>
                <w:sz w:val="15"/>
              </w:rPr>
              <w:t xml:space="preserve">  10/05/2026 1:57 AM</w:t>
            </w:r>
          </w:p>
          <w:p w14:paraId="4C453FF3" w14:textId="77777777" w:rsidR="00327BED" w:rsidRDefault="00000000">
            <w:pPr>
              <w:spacing w:after="8" w:line="245" w:lineRule="auto"/>
            </w:pPr>
            <w:r>
              <w:t>Even then she was chatting away with me espionage pis and bando for a good 40 mins</w:t>
            </w:r>
          </w:p>
          <w:p w14:paraId="17B3203A" w14:textId="77777777" w:rsidR="00327BED" w:rsidRDefault="00327BED">
            <w:pPr>
              <w:spacing w:line="84" w:lineRule="auto"/>
            </w:pPr>
          </w:p>
          <w:p w14:paraId="4DE80778" w14:textId="77777777" w:rsidR="00327BED" w:rsidRDefault="00000000">
            <w:pPr>
              <w:spacing w:before="10" w:after="8" w:line="245" w:lineRule="auto"/>
            </w:pPr>
            <w:r>
              <w:t>Not like she excludes herself from chatting to every guy from the party</w:t>
            </w:r>
          </w:p>
          <w:p w14:paraId="59735B7C" w14:textId="77777777" w:rsidR="00327BED" w:rsidRDefault="00327BED">
            <w:pPr>
              <w:spacing w:line="84" w:lineRule="auto"/>
            </w:pPr>
          </w:p>
          <w:p w14:paraId="39899C88" w14:textId="77777777" w:rsidR="00327BED" w:rsidRDefault="00000000">
            <w:pPr>
              <w:spacing w:before="10" w:after="8" w:line="245" w:lineRule="auto"/>
            </w:pPr>
            <w:r>
              <w:t>Ermmmm no he’s getting w fucking comms</w:t>
            </w:r>
          </w:p>
        </w:tc>
      </w:tr>
      <w:tr w:rsidR="00327BED" w14:paraId="45E0622F" w14:textId="77777777">
        <w:trPr>
          <w:cantSplit/>
          <w:jc w:val="center"/>
        </w:trPr>
        <w:tc>
          <w:tcPr>
            <w:tcW w:w="778" w:type="dxa"/>
            <w:shd w:val="clear" w:color="auto" w:fill="313338"/>
            <w:tcMar>
              <w:top w:w="55" w:type="dxa"/>
              <w:left w:w="10" w:type="dxa"/>
              <w:bottom w:w="30" w:type="dxa"/>
              <w:right w:w="25" w:type="dxa"/>
            </w:tcMar>
          </w:tcPr>
          <w:p w14:paraId="0E952864" w14:textId="77777777" w:rsidR="00327BED" w:rsidRDefault="00000000">
            <w:r>
              <w:rPr>
                <w:noProof/>
              </w:rPr>
              <w:drawing>
                <wp:inline distT="0" distB="0" distL="0" distR="0" wp14:anchorId="0940B2AB" wp14:editId="12130D09">
                  <wp:extent cx="356616" cy="356616"/>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0B3B2C1E" w14:textId="77777777" w:rsidR="00327BED" w:rsidRDefault="00000000">
            <w:pPr>
              <w:spacing w:after="24"/>
            </w:pPr>
            <w:r>
              <w:rPr>
                <w:b/>
                <w:color w:val="F0B232"/>
              </w:rPr>
              <w:t>Ev</w:t>
            </w:r>
            <w:r>
              <w:rPr>
                <w:color w:val="949BA4"/>
                <w:sz w:val="15"/>
              </w:rPr>
              <w:t xml:space="preserve">  10/05/2026 1:58 AM</w:t>
            </w:r>
          </w:p>
          <w:p w14:paraId="78183FAE" w14:textId="77777777" w:rsidR="00327BED" w:rsidRDefault="00000000">
            <w:pPr>
              <w:spacing w:after="8" w:line="245" w:lineRule="auto"/>
            </w:pPr>
            <w:r>
              <w:t>Oskar she wants you to go solo</w:t>
            </w:r>
          </w:p>
          <w:p w14:paraId="554FECAC" w14:textId="77777777" w:rsidR="00327BED" w:rsidRDefault="00327BED">
            <w:pPr>
              <w:spacing w:line="84" w:lineRule="auto"/>
            </w:pPr>
          </w:p>
          <w:p w14:paraId="76376310" w14:textId="77777777" w:rsidR="00327BED" w:rsidRDefault="00000000">
            <w:pPr>
              <w:spacing w:before="10" w:after="8" w:line="245" w:lineRule="auto"/>
            </w:pPr>
            <w:r>
              <w:t>You gotta learn eventually</w:t>
            </w:r>
          </w:p>
        </w:tc>
      </w:tr>
      <w:tr w:rsidR="00327BED" w14:paraId="79FB284A" w14:textId="77777777">
        <w:trPr>
          <w:cantSplit/>
          <w:jc w:val="center"/>
        </w:trPr>
        <w:tc>
          <w:tcPr>
            <w:tcW w:w="778" w:type="dxa"/>
            <w:shd w:val="clear" w:color="auto" w:fill="313338"/>
            <w:tcMar>
              <w:top w:w="55" w:type="dxa"/>
              <w:left w:w="10" w:type="dxa"/>
              <w:bottom w:w="30" w:type="dxa"/>
              <w:right w:w="25" w:type="dxa"/>
            </w:tcMar>
          </w:tcPr>
          <w:p w14:paraId="4C238B33" w14:textId="77777777" w:rsidR="00327BED" w:rsidRDefault="00000000">
            <w:r>
              <w:rPr>
                <w:noProof/>
              </w:rPr>
              <w:drawing>
                <wp:inline distT="0" distB="0" distL="0" distR="0" wp14:anchorId="7FE7CD9C" wp14:editId="7AC7D47A">
                  <wp:extent cx="356616" cy="356616"/>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0AA01379" w14:textId="77777777" w:rsidR="00327BED" w:rsidRDefault="00000000">
            <w:pPr>
              <w:spacing w:after="24"/>
            </w:pPr>
            <w:r>
              <w:rPr>
                <w:b/>
              </w:rPr>
              <w:t>Aperation</w:t>
            </w:r>
            <w:r>
              <w:rPr>
                <w:color w:val="949BA4"/>
                <w:sz w:val="15"/>
              </w:rPr>
              <w:t xml:space="preserve">  10/05/2026 1:58 AM</w:t>
            </w:r>
          </w:p>
          <w:p w14:paraId="3A17CAAB" w14:textId="77777777" w:rsidR="00327BED" w:rsidRDefault="00000000">
            <w:pPr>
              <w:spacing w:after="8" w:line="245" w:lineRule="auto"/>
            </w:pPr>
            <w:r>
              <w:t>She’s panicking bc she has no hq backing her because her friends are dedicated to the cause at 2 am</w:t>
            </w:r>
          </w:p>
          <w:p w14:paraId="3DC6E76D" w14:textId="77777777" w:rsidR="00327BED" w:rsidRDefault="00327BED">
            <w:pPr>
              <w:spacing w:line="84" w:lineRule="auto"/>
            </w:pPr>
          </w:p>
          <w:p w14:paraId="12A90A41" w14:textId="77777777" w:rsidR="00327BED" w:rsidRDefault="00000000">
            <w:pPr>
              <w:spacing w:before="10" w:after="8" w:line="245" w:lineRule="auto"/>
            </w:pPr>
            <w:r>
              <w:t>Not.8</w:t>
            </w:r>
          </w:p>
        </w:tc>
      </w:tr>
      <w:tr w:rsidR="00327BED" w14:paraId="1371A4CB" w14:textId="77777777">
        <w:trPr>
          <w:cantSplit/>
          <w:jc w:val="center"/>
        </w:trPr>
        <w:tc>
          <w:tcPr>
            <w:tcW w:w="778" w:type="dxa"/>
            <w:shd w:val="clear" w:color="auto" w:fill="313338"/>
            <w:tcMar>
              <w:top w:w="55" w:type="dxa"/>
              <w:left w:w="10" w:type="dxa"/>
              <w:bottom w:w="30" w:type="dxa"/>
              <w:right w:w="25" w:type="dxa"/>
            </w:tcMar>
          </w:tcPr>
          <w:p w14:paraId="3345A66E" w14:textId="77777777" w:rsidR="00327BED" w:rsidRDefault="00000000">
            <w:r>
              <w:rPr>
                <w:noProof/>
              </w:rPr>
              <w:drawing>
                <wp:inline distT="0" distB="0" distL="0" distR="0" wp14:anchorId="5F2F416F" wp14:editId="32EE1591">
                  <wp:extent cx="356616" cy="356616"/>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20E9411" w14:textId="77777777" w:rsidR="00327BED" w:rsidRDefault="00000000">
            <w:pPr>
              <w:spacing w:after="24"/>
            </w:pPr>
            <w:r>
              <w:rPr>
                <w:b/>
                <w:color w:val="F0B232"/>
              </w:rPr>
              <w:t>Ev</w:t>
            </w:r>
            <w:r>
              <w:rPr>
                <w:color w:val="949BA4"/>
                <w:sz w:val="15"/>
              </w:rPr>
              <w:t xml:space="preserve">  10/05/2026 1:58 AM</w:t>
            </w:r>
          </w:p>
          <w:p w14:paraId="54531C4D" w14:textId="77777777" w:rsidR="00327BED" w:rsidRDefault="00000000">
            <w:pPr>
              <w:spacing w:after="8" w:line="245" w:lineRule="auto"/>
            </w:pPr>
            <w:r>
              <w:t>HQ works around the clock</w:t>
            </w:r>
          </w:p>
        </w:tc>
      </w:tr>
      <w:tr w:rsidR="00327BED" w14:paraId="52D2F6D4" w14:textId="77777777">
        <w:trPr>
          <w:cantSplit/>
          <w:jc w:val="center"/>
        </w:trPr>
        <w:tc>
          <w:tcPr>
            <w:tcW w:w="778" w:type="dxa"/>
            <w:shd w:val="clear" w:color="auto" w:fill="313338"/>
            <w:tcMar>
              <w:top w:w="55" w:type="dxa"/>
              <w:left w:w="10" w:type="dxa"/>
              <w:bottom w:w="30" w:type="dxa"/>
              <w:right w:w="25" w:type="dxa"/>
            </w:tcMar>
          </w:tcPr>
          <w:p w14:paraId="09CBCC07" w14:textId="77777777" w:rsidR="00327BED" w:rsidRDefault="00000000">
            <w:r>
              <w:rPr>
                <w:noProof/>
              </w:rPr>
              <w:drawing>
                <wp:inline distT="0" distB="0" distL="0" distR="0" wp14:anchorId="72BE3822" wp14:editId="067C761A">
                  <wp:extent cx="356616" cy="356616"/>
                  <wp:effectExtent l="0" t="0" r="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6A5ED892" w14:textId="77777777" w:rsidR="00327BED" w:rsidRDefault="00000000">
            <w:pPr>
              <w:spacing w:after="24"/>
            </w:pPr>
            <w:r>
              <w:rPr>
                <w:b/>
              </w:rPr>
              <w:t>Aperation</w:t>
            </w:r>
            <w:r>
              <w:rPr>
                <w:color w:val="949BA4"/>
                <w:sz w:val="15"/>
              </w:rPr>
              <w:t xml:space="preserve">  10/05/2026 1:58 AM</w:t>
            </w:r>
          </w:p>
          <w:p w14:paraId="53A74370" w14:textId="77777777" w:rsidR="00327BED" w:rsidRDefault="00000000">
            <w:pPr>
              <w:spacing w:after="8" w:line="245" w:lineRule="auto"/>
            </w:pPr>
            <w:r>
              <w:t>Yep yep</w:t>
            </w:r>
          </w:p>
        </w:tc>
      </w:tr>
      <w:tr w:rsidR="00327BED" w14:paraId="421A7731" w14:textId="77777777">
        <w:trPr>
          <w:cantSplit/>
          <w:jc w:val="center"/>
        </w:trPr>
        <w:tc>
          <w:tcPr>
            <w:tcW w:w="778" w:type="dxa"/>
            <w:shd w:val="clear" w:color="auto" w:fill="313338"/>
            <w:tcMar>
              <w:top w:w="55" w:type="dxa"/>
              <w:left w:w="10" w:type="dxa"/>
              <w:bottom w:w="30" w:type="dxa"/>
              <w:right w:w="25" w:type="dxa"/>
            </w:tcMar>
          </w:tcPr>
          <w:p w14:paraId="02540660" w14:textId="77777777" w:rsidR="00327BED" w:rsidRDefault="00000000">
            <w:r>
              <w:rPr>
                <w:noProof/>
              </w:rPr>
              <w:drawing>
                <wp:inline distT="0" distB="0" distL="0" distR="0" wp14:anchorId="6FCB7FC3" wp14:editId="6CF13E25">
                  <wp:extent cx="356616" cy="356616"/>
                  <wp:effectExtent l="0" t="0" r="0" b="0"/>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6C853ECE" w14:textId="77777777" w:rsidR="00327BED" w:rsidRDefault="00000000">
            <w:pPr>
              <w:spacing w:after="24"/>
            </w:pPr>
            <w:r>
              <w:rPr>
                <w:b/>
                <w:color w:val="F0B232"/>
              </w:rPr>
              <w:t>Ev</w:t>
            </w:r>
            <w:r>
              <w:rPr>
                <w:color w:val="949BA4"/>
                <w:sz w:val="15"/>
              </w:rPr>
              <w:t xml:space="preserve">  10/05/2026 1:58 AM</w:t>
            </w:r>
          </w:p>
          <w:p w14:paraId="4EC74BF0" w14:textId="77777777" w:rsidR="00327BED" w:rsidRDefault="00000000">
            <w:pPr>
              <w:spacing w:after="8" w:line="245" w:lineRule="auto"/>
            </w:pPr>
            <w:r>
              <w:t>Pete how you doing</w:t>
            </w:r>
          </w:p>
          <w:p w14:paraId="4EB924B5" w14:textId="77777777" w:rsidR="00327BED" w:rsidRDefault="00327BED">
            <w:pPr>
              <w:spacing w:line="84" w:lineRule="auto"/>
            </w:pPr>
          </w:p>
          <w:p w14:paraId="2FC20A86" w14:textId="77777777" w:rsidR="00327BED" w:rsidRDefault="00000000">
            <w:pPr>
              <w:spacing w:before="10" w:after="8" w:line="245" w:lineRule="auto"/>
            </w:pPr>
            <w:r>
              <w:t>My balls keep sticking to my legs</w:t>
            </w:r>
          </w:p>
        </w:tc>
      </w:tr>
      <w:tr w:rsidR="00327BED" w14:paraId="54355C41" w14:textId="77777777">
        <w:trPr>
          <w:cantSplit/>
          <w:jc w:val="center"/>
        </w:trPr>
        <w:tc>
          <w:tcPr>
            <w:tcW w:w="778" w:type="dxa"/>
            <w:shd w:val="clear" w:color="auto" w:fill="313338"/>
            <w:tcMar>
              <w:top w:w="55" w:type="dxa"/>
              <w:left w:w="10" w:type="dxa"/>
              <w:bottom w:w="30" w:type="dxa"/>
              <w:right w:w="25" w:type="dxa"/>
            </w:tcMar>
          </w:tcPr>
          <w:p w14:paraId="0C5B7BB4" w14:textId="77777777" w:rsidR="00327BED" w:rsidRDefault="00000000">
            <w:r>
              <w:rPr>
                <w:noProof/>
              </w:rPr>
              <w:drawing>
                <wp:inline distT="0" distB="0" distL="0" distR="0" wp14:anchorId="7DE9F744" wp14:editId="13BFE637">
                  <wp:extent cx="356616" cy="356616"/>
                  <wp:effectExtent l="0" t="0" r="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2CA56742" w14:textId="77777777" w:rsidR="00327BED" w:rsidRDefault="00000000">
            <w:pPr>
              <w:spacing w:after="24"/>
            </w:pPr>
            <w:r>
              <w:rPr>
                <w:b/>
              </w:rPr>
              <w:t>Aperation</w:t>
            </w:r>
            <w:r>
              <w:rPr>
                <w:color w:val="949BA4"/>
                <w:sz w:val="15"/>
              </w:rPr>
              <w:t xml:space="preserve">  10/05/2026 1:58 AM</w:t>
            </w:r>
          </w:p>
          <w:p w14:paraId="607711A9" w14:textId="77777777" w:rsidR="00327BED" w:rsidRDefault="00000000">
            <w:pPr>
              <w:spacing w:after="8" w:line="245" w:lineRule="auto"/>
            </w:pPr>
            <w:r>
              <w:t>Lovely jubbly rn</w:t>
            </w:r>
          </w:p>
          <w:p w14:paraId="52ED738F" w14:textId="77777777" w:rsidR="00327BED" w:rsidRDefault="00327BED">
            <w:pPr>
              <w:spacing w:line="84" w:lineRule="auto"/>
            </w:pPr>
          </w:p>
          <w:p w14:paraId="7A7715C1" w14:textId="77777777" w:rsidR="00327BED" w:rsidRDefault="00000000">
            <w:pPr>
              <w:spacing w:before="10" w:after="8" w:line="245" w:lineRule="auto"/>
            </w:pPr>
            <w:r>
              <w:t>Oh ok day</w:t>
            </w:r>
          </w:p>
          <w:p w14:paraId="458A8107" w14:textId="77777777" w:rsidR="00327BED" w:rsidRDefault="00327BED">
            <w:pPr>
              <w:spacing w:line="84" w:lineRule="auto"/>
            </w:pPr>
          </w:p>
          <w:p w14:paraId="6D84C361" w14:textId="77777777" w:rsidR="00327BED" w:rsidRDefault="00000000">
            <w:pPr>
              <w:spacing w:before="10" w:after="8" w:line="245" w:lineRule="auto"/>
            </w:pPr>
            <w:r>
              <w:t>Say*</w:t>
            </w:r>
          </w:p>
          <w:p w14:paraId="19485847" w14:textId="77777777" w:rsidR="00327BED" w:rsidRDefault="00327BED">
            <w:pPr>
              <w:spacing w:line="84" w:lineRule="auto"/>
            </w:pPr>
          </w:p>
          <w:p w14:paraId="076F4EF9" w14:textId="77777777" w:rsidR="00327BED" w:rsidRDefault="00000000">
            <w:pPr>
              <w:spacing w:before="10" w:after="8" w:line="245" w:lineRule="auto"/>
            </w:pPr>
            <w:r>
              <w:t>That’s fine I’m just trying to take me time to respond so I’m clear</w:t>
            </w:r>
          </w:p>
        </w:tc>
      </w:tr>
      <w:tr w:rsidR="00327BED" w14:paraId="41EBF855" w14:textId="77777777">
        <w:trPr>
          <w:cantSplit/>
          <w:jc w:val="center"/>
        </w:trPr>
        <w:tc>
          <w:tcPr>
            <w:tcW w:w="778" w:type="dxa"/>
            <w:shd w:val="clear" w:color="auto" w:fill="313338"/>
            <w:tcMar>
              <w:top w:w="55" w:type="dxa"/>
              <w:left w:w="10" w:type="dxa"/>
              <w:bottom w:w="30" w:type="dxa"/>
              <w:right w:w="25" w:type="dxa"/>
            </w:tcMar>
          </w:tcPr>
          <w:p w14:paraId="1E21137D" w14:textId="77777777" w:rsidR="00327BED" w:rsidRDefault="00000000">
            <w:r>
              <w:rPr>
                <w:noProof/>
              </w:rPr>
              <w:drawing>
                <wp:inline distT="0" distB="0" distL="0" distR="0" wp14:anchorId="43EF7EDB" wp14:editId="55E27E36">
                  <wp:extent cx="356616" cy="356616"/>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75F56F22" w14:textId="77777777" w:rsidR="00327BED" w:rsidRDefault="00000000">
            <w:pPr>
              <w:spacing w:after="24"/>
            </w:pPr>
            <w:r>
              <w:rPr>
                <w:b/>
                <w:color w:val="F0B232"/>
              </w:rPr>
              <w:t>Ev</w:t>
            </w:r>
            <w:r>
              <w:rPr>
                <w:color w:val="949BA4"/>
                <w:sz w:val="15"/>
              </w:rPr>
              <w:t xml:space="preserve">  10/05/2026 1:59 AM</w:t>
            </w:r>
          </w:p>
          <w:p w14:paraId="63B56B8D" w14:textId="77777777" w:rsidR="00327BED" w:rsidRDefault="00000000">
            <w:pPr>
              <w:spacing w:after="8" w:line="245" w:lineRule="auto"/>
            </w:pPr>
            <w:r>
              <w:t>Yeah</w:t>
            </w:r>
          </w:p>
        </w:tc>
      </w:tr>
      <w:tr w:rsidR="00327BED" w14:paraId="0CE561E2" w14:textId="77777777">
        <w:trPr>
          <w:cantSplit/>
          <w:jc w:val="center"/>
        </w:trPr>
        <w:tc>
          <w:tcPr>
            <w:tcW w:w="778" w:type="dxa"/>
            <w:shd w:val="clear" w:color="auto" w:fill="313338"/>
            <w:tcMar>
              <w:top w:w="55" w:type="dxa"/>
              <w:left w:w="10" w:type="dxa"/>
              <w:bottom w:w="30" w:type="dxa"/>
              <w:right w:w="25" w:type="dxa"/>
            </w:tcMar>
          </w:tcPr>
          <w:p w14:paraId="14A2B53D" w14:textId="77777777" w:rsidR="00327BED" w:rsidRDefault="00000000">
            <w:r>
              <w:rPr>
                <w:noProof/>
              </w:rPr>
              <w:drawing>
                <wp:inline distT="0" distB="0" distL="0" distR="0" wp14:anchorId="6D10B19C" wp14:editId="347A9F44">
                  <wp:extent cx="356616" cy="356616"/>
                  <wp:effectExtent l="0" t="0" r="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10FAF44" w14:textId="77777777" w:rsidR="00327BED" w:rsidRDefault="00000000">
            <w:pPr>
              <w:spacing w:after="24"/>
            </w:pPr>
            <w:r>
              <w:rPr>
                <w:b/>
              </w:rPr>
              <w:t>Aperation</w:t>
            </w:r>
            <w:r>
              <w:rPr>
                <w:color w:val="949BA4"/>
                <w:sz w:val="15"/>
              </w:rPr>
              <w:t xml:space="preserve">  10/05/2026 1:59 AM</w:t>
            </w:r>
          </w:p>
          <w:p w14:paraId="11C38FD5" w14:textId="77777777" w:rsidR="00327BED" w:rsidRDefault="00000000">
            <w:pPr>
              <w:spacing w:after="8" w:line="245" w:lineRule="auto"/>
            </w:pPr>
            <w:r>
              <w:t>Hahahah</w:t>
            </w:r>
          </w:p>
          <w:p w14:paraId="1671A6D6" w14:textId="77777777" w:rsidR="00327BED" w:rsidRDefault="00327BED">
            <w:pPr>
              <w:spacing w:line="84" w:lineRule="auto"/>
            </w:pPr>
          </w:p>
          <w:p w14:paraId="211A2C05" w14:textId="77777777" w:rsidR="00327BED" w:rsidRDefault="00000000">
            <w:pPr>
              <w:spacing w:before="10" w:after="8" w:line="245" w:lineRule="auto"/>
            </w:pPr>
            <w:r>
              <w:t>I’m lost in the v2 sauce again Evan</w:t>
            </w:r>
          </w:p>
          <w:p w14:paraId="04179236" w14:textId="77777777" w:rsidR="00327BED" w:rsidRDefault="00327BED">
            <w:pPr>
              <w:spacing w:line="84" w:lineRule="auto"/>
            </w:pPr>
          </w:p>
          <w:p w14:paraId="1750E5A8" w14:textId="77777777" w:rsidR="00327BED" w:rsidRDefault="00000000">
            <w:pPr>
              <w:spacing w:before="10" w:after="8" w:line="245" w:lineRule="auto"/>
            </w:pPr>
            <w:r>
              <w:t>Is she silly</w:t>
            </w:r>
          </w:p>
          <w:p w14:paraId="15870ED0" w14:textId="77777777" w:rsidR="00327BED" w:rsidRDefault="00327BED">
            <w:pPr>
              <w:spacing w:line="84" w:lineRule="auto"/>
            </w:pPr>
          </w:p>
          <w:p w14:paraId="794FFE8D" w14:textId="77777777" w:rsidR="00327BED" w:rsidRDefault="00000000">
            <w:pPr>
              <w:spacing w:before="10" w:after="8" w:line="245" w:lineRule="auto"/>
            </w:pPr>
            <w:r>
              <w:t>That’s her sign to start typing</w:t>
            </w:r>
          </w:p>
        </w:tc>
      </w:tr>
      <w:tr w:rsidR="00327BED" w14:paraId="6928A895" w14:textId="77777777">
        <w:trPr>
          <w:cantSplit/>
          <w:jc w:val="center"/>
        </w:trPr>
        <w:tc>
          <w:tcPr>
            <w:tcW w:w="778" w:type="dxa"/>
            <w:shd w:val="clear" w:color="auto" w:fill="313338"/>
            <w:tcMar>
              <w:top w:w="55" w:type="dxa"/>
              <w:left w:w="10" w:type="dxa"/>
              <w:bottom w:w="30" w:type="dxa"/>
              <w:right w:w="25" w:type="dxa"/>
            </w:tcMar>
          </w:tcPr>
          <w:p w14:paraId="56E8DBEA" w14:textId="77777777" w:rsidR="00327BED" w:rsidRDefault="00000000">
            <w:r>
              <w:rPr>
                <w:noProof/>
              </w:rPr>
              <w:drawing>
                <wp:inline distT="0" distB="0" distL="0" distR="0" wp14:anchorId="5F3CB544" wp14:editId="3702C912">
                  <wp:extent cx="356616" cy="356616"/>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3E497E6B" w14:textId="77777777" w:rsidR="00327BED" w:rsidRDefault="00000000">
            <w:pPr>
              <w:spacing w:after="24"/>
            </w:pPr>
            <w:r>
              <w:rPr>
                <w:b/>
                <w:color w:val="F0B232"/>
              </w:rPr>
              <w:t>Ev</w:t>
            </w:r>
            <w:r>
              <w:rPr>
                <w:color w:val="949BA4"/>
                <w:sz w:val="15"/>
              </w:rPr>
              <w:t xml:space="preserve">  10/05/2026 2:00 AM</w:t>
            </w:r>
          </w:p>
          <w:p w14:paraId="2483A39E" w14:textId="77777777" w:rsidR="00327BED" w:rsidRDefault="00000000">
            <w:pPr>
              <w:spacing w:after="8" w:line="245" w:lineRule="auto"/>
            </w:pPr>
            <w:r>
              <w:t>What a shmuck</w:t>
            </w:r>
          </w:p>
        </w:tc>
      </w:tr>
      <w:tr w:rsidR="00327BED" w14:paraId="79F5ED82" w14:textId="77777777">
        <w:trPr>
          <w:cantSplit/>
          <w:jc w:val="center"/>
        </w:trPr>
        <w:tc>
          <w:tcPr>
            <w:tcW w:w="778" w:type="dxa"/>
            <w:shd w:val="clear" w:color="auto" w:fill="313338"/>
            <w:tcMar>
              <w:top w:w="55" w:type="dxa"/>
              <w:left w:w="10" w:type="dxa"/>
              <w:bottom w:w="30" w:type="dxa"/>
              <w:right w:w="25" w:type="dxa"/>
            </w:tcMar>
          </w:tcPr>
          <w:p w14:paraId="57D84135" w14:textId="77777777" w:rsidR="00327BED" w:rsidRDefault="00000000">
            <w:r>
              <w:rPr>
                <w:noProof/>
              </w:rPr>
              <w:drawing>
                <wp:inline distT="0" distB="0" distL="0" distR="0" wp14:anchorId="00E88971" wp14:editId="73ED559E">
                  <wp:extent cx="356616" cy="356616"/>
                  <wp:effectExtent l="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E4A695E" w14:textId="77777777" w:rsidR="00327BED" w:rsidRDefault="00000000">
            <w:pPr>
              <w:spacing w:after="24"/>
            </w:pPr>
            <w:r>
              <w:rPr>
                <w:b/>
              </w:rPr>
              <w:t>Aperation</w:t>
            </w:r>
            <w:r>
              <w:rPr>
                <w:color w:val="949BA4"/>
                <w:sz w:val="15"/>
              </w:rPr>
              <w:t xml:space="preserve">  10/05/2026 2:00 AM</w:t>
            </w:r>
          </w:p>
          <w:p w14:paraId="27B91032" w14:textId="77777777" w:rsidR="00327BED" w:rsidRDefault="00000000">
            <w:pPr>
              <w:spacing w:after="8" w:line="245" w:lineRule="auto"/>
            </w:pPr>
            <w:r>
              <w:t>Yeah no shit fucking Sherlock your not telepathic eh</w:t>
            </w:r>
          </w:p>
          <w:p w14:paraId="01AF07DD" w14:textId="77777777" w:rsidR="00327BED" w:rsidRDefault="00327BED">
            <w:pPr>
              <w:spacing w:line="84" w:lineRule="auto"/>
            </w:pPr>
          </w:p>
          <w:p w14:paraId="32CD5784" w14:textId="77777777" w:rsidR="00327BED" w:rsidRDefault="00000000">
            <w:pPr>
              <w:spacing w:before="10" w:after="8" w:line="245" w:lineRule="auto"/>
            </w:pPr>
            <w:r>
              <w:t>She’s only burning this up 24 hours after it happened too</w:t>
            </w:r>
          </w:p>
          <w:p w14:paraId="0AA33F92" w14:textId="77777777" w:rsidR="00327BED" w:rsidRDefault="00327BED">
            <w:pPr>
              <w:spacing w:line="84" w:lineRule="auto"/>
            </w:pPr>
          </w:p>
          <w:p w14:paraId="33CA7BA3" w14:textId="77777777" w:rsidR="00327BED" w:rsidRDefault="00000000">
            <w:pPr>
              <w:spacing w:before="10" w:after="8" w:line="245" w:lineRule="auto"/>
            </w:pPr>
            <w:r>
              <w:t>Wanker</w:t>
            </w:r>
          </w:p>
        </w:tc>
      </w:tr>
      <w:tr w:rsidR="00327BED" w14:paraId="4D41EA36" w14:textId="77777777">
        <w:trPr>
          <w:cantSplit/>
          <w:jc w:val="center"/>
        </w:trPr>
        <w:tc>
          <w:tcPr>
            <w:tcW w:w="778" w:type="dxa"/>
            <w:shd w:val="clear" w:color="auto" w:fill="313338"/>
            <w:tcMar>
              <w:top w:w="55" w:type="dxa"/>
              <w:left w:w="10" w:type="dxa"/>
              <w:bottom w:w="30" w:type="dxa"/>
              <w:right w:w="25" w:type="dxa"/>
            </w:tcMar>
          </w:tcPr>
          <w:p w14:paraId="6AA59780" w14:textId="77777777" w:rsidR="00327BED" w:rsidRDefault="00000000">
            <w:r>
              <w:rPr>
                <w:noProof/>
              </w:rPr>
              <w:drawing>
                <wp:inline distT="0" distB="0" distL="0" distR="0" wp14:anchorId="72FA769F" wp14:editId="0DA5B09E">
                  <wp:extent cx="356616" cy="356616"/>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6DB1EC54" w14:textId="77777777" w:rsidR="00327BED" w:rsidRDefault="00000000">
            <w:pPr>
              <w:spacing w:after="24"/>
            </w:pPr>
            <w:r>
              <w:rPr>
                <w:b/>
                <w:color w:val="F0B232"/>
              </w:rPr>
              <w:t>Ev</w:t>
            </w:r>
            <w:r>
              <w:rPr>
                <w:color w:val="949BA4"/>
                <w:sz w:val="15"/>
              </w:rPr>
              <w:t xml:space="preserve">  10/05/2026 2:00 AM</w:t>
            </w:r>
          </w:p>
          <w:p w14:paraId="5DC442C2" w14:textId="77777777" w:rsidR="00327BED" w:rsidRDefault="00000000">
            <w:pPr>
              <w:spacing w:after="8" w:line="245" w:lineRule="auto"/>
            </w:pPr>
            <w:r>
              <w:t>SHE DOESN'T SAY ANYTHING AT THE PARTIES</w:t>
            </w:r>
          </w:p>
        </w:tc>
      </w:tr>
      <w:tr w:rsidR="00327BED" w14:paraId="41DFBD21" w14:textId="77777777">
        <w:trPr>
          <w:cantSplit/>
          <w:jc w:val="center"/>
        </w:trPr>
        <w:tc>
          <w:tcPr>
            <w:tcW w:w="778" w:type="dxa"/>
            <w:shd w:val="clear" w:color="auto" w:fill="313338"/>
            <w:tcMar>
              <w:top w:w="55" w:type="dxa"/>
              <w:left w:w="10" w:type="dxa"/>
              <w:bottom w:w="30" w:type="dxa"/>
              <w:right w:w="25" w:type="dxa"/>
            </w:tcMar>
          </w:tcPr>
          <w:p w14:paraId="74C2FC5F" w14:textId="77777777" w:rsidR="00327BED" w:rsidRDefault="00000000">
            <w:r>
              <w:rPr>
                <w:noProof/>
              </w:rPr>
              <w:lastRenderedPageBreak/>
              <w:drawing>
                <wp:inline distT="0" distB="0" distL="0" distR="0" wp14:anchorId="287564CF" wp14:editId="3AA910A6">
                  <wp:extent cx="356616" cy="356616"/>
                  <wp:effectExtent l="0" t="0" r="0"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7758B1C8" w14:textId="77777777" w:rsidR="00327BED" w:rsidRDefault="00000000">
            <w:pPr>
              <w:spacing w:after="24"/>
            </w:pPr>
            <w:r>
              <w:rPr>
                <w:b/>
              </w:rPr>
              <w:t>Aperation</w:t>
            </w:r>
            <w:r>
              <w:rPr>
                <w:color w:val="949BA4"/>
                <w:sz w:val="15"/>
              </w:rPr>
              <w:t xml:space="preserve">  10/05/2026 2:00 AM</w:t>
            </w:r>
          </w:p>
          <w:p w14:paraId="20A94DCE" w14:textId="77777777" w:rsidR="00327BED" w:rsidRDefault="00000000">
            <w:pPr>
              <w:spacing w:after="8" w:line="245" w:lineRule="auto"/>
            </w:pPr>
            <w:r>
              <w:t>FT</w:t>
            </w:r>
          </w:p>
          <w:p w14:paraId="1A1A8CF6" w14:textId="77777777" w:rsidR="00327BED" w:rsidRDefault="00327BED">
            <w:pPr>
              <w:spacing w:line="84" w:lineRule="auto"/>
            </w:pPr>
          </w:p>
          <w:p w14:paraId="079E8AE5" w14:textId="77777777" w:rsidR="00327BED" w:rsidRDefault="00000000">
            <w:pPr>
              <w:spacing w:before="10" w:after="8" w:line="245" w:lineRule="auto"/>
            </w:pPr>
            <w:r>
              <w:t>FR*</w:t>
            </w:r>
          </w:p>
          <w:p w14:paraId="68431847" w14:textId="77777777" w:rsidR="00327BED" w:rsidRDefault="00327BED">
            <w:pPr>
              <w:spacing w:line="84" w:lineRule="auto"/>
            </w:pPr>
          </w:p>
          <w:p w14:paraId="7107589F" w14:textId="77777777" w:rsidR="00327BED" w:rsidRDefault="00000000">
            <w:pPr>
              <w:spacing w:before="10" w:after="8" w:line="245" w:lineRule="auto"/>
            </w:pPr>
            <w:r>
              <w:t>HOLY SHIT IS SHE TAPPED</w:t>
            </w:r>
          </w:p>
        </w:tc>
      </w:tr>
      <w:tr w:rsidR="00327BED" w14:paraId="785FF190" w14:textId="77777777">
        <w:trPr>
          <w:cantSplit/>
          <w:jc w:val="center"/>
        </w:trPr>
        <w:tc>
          <w:tcPr>
            <w:tcW w:w="778" w:type="dxa"/>
            <w:shd w:val="clear" w:color="auto" w:fill="313338"/>
            <w:tcMar>
              <w:top w:w="55" w:type="dxa"/>
              <w:left w:w="10" w:type="dxa"/>
              <w:bottom w:w="30" w:type="dxa"/>
              <w:right w:w="25" w:type="dxa"/>
            </w:tcMar>
          </w:tcPr>
          <w:p w14:paraId="3F676E16" w14:textId="77777777" w:rsidR="00327BED" w:rsidRDefault="00000000">
            <w:r>
              <w:rPr>
                <w:noProof/>
              </w:rPr>
              <w:drawing>
                <wp:inline distT="0" distB="0" distL="0" distR="0" wp14:anchorId="02F073AB" wp14:editId="5D9225E9">
                  <wp:extent cx="356616" cy="356616"/>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7DF70653" w14:textId="77777777" w:rsidR="00327BED" w:rsidRDefault="00000000">
            <w:pPr>
              <w:spacing w:after="24"/>
            </w:pPr>
            <w:r>
              <w:rPr>
                <w:b/>
                <w:color w:val="F0B232"/>
              </w:rPr>
              <w:t>Ev</w:t>
            </w:r>
            <w:r>
              <w:rPr>
                <w:color w:val="949BA4"/>
                <w:sz w:val="15"/>
              </w:rPr>
              <w:t xml:space="preserve">  10/05/2026 2:01 AM</w:t>
            </w:r>
          </w:p>
          <w:p w14:paraId="08BA912C" w14:textId="77777777" w:rsidR="00327BED" w:rsidRDefault="00000000">
            <w:pPr>
              <w:spacing w:after="8" w:line="245" w:lineRule="auto"/>
            </w:pPr>
            <w:r>
              <w:t>SHE SAID LITERALLY JUST NOW SHE WAS JUST WATCHING YOU ALL NIGHT</w:t>
            </w:r>
          </w:p>
        </w:tc>
      </w:tr>
      <w:tr w:rsidR="00327BED" w14:paraId="58250EDE" w14:textId="77777777">
        <w:trPr>
          <w:cantSplit/>
          <w:jc w:val="center"/>
        </w:trPr>
        <w:tc>
          <w:tcPr>
            <w:tcW w:w="778" w:type="dxa"/>
            <w:shd w:val="clear" w:color="auto" w:fill="313338"/>
            <w:tcMar>
              <w:top w:w="55" w:type="dxa"/>
              <w:left w:w="10" w:type="dxa"/>
              <w:bottom w:w="30" w:type="dxa"/>
              <w:right w:w="25" w:type="dxa"/>
            </w:tcMar>
          </w:tcPr>
          <w:p w14:paraId="13C32471" w14:textId="77777777" w:rsidR="00327BED" w:rsidRDefault="00000000">
            <w:r>
              <w:rPr>
                <w:noProof/>
              </w:rPr>
              <w:drawing>
                <wp:inline distT="0" distB="0" distL="0" distR="0" wp14:anchorId="4AC53DBA" wp14:editId="0BDDF080">
                  <wp:extent cx="356616" cy="356616"/>
                  <wp:effectExtent l="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059B1BB" w14:textId="77777777" w:rsidR="00327BED" w:rsidRDefault="00000000">
            <w:pPr>
              <w:spacing w:after="24"/>
            </w:pPr>
            <w:r>
              <w:rPr>
                <w:b/>
              </w:rPr>
              <w:t>Aperation</w:t>
            </w:r>
            <w:r>
              <w:rPr>
                <w:color w:val="949BA4"/>
                <w:sz w:val="15"/>
              </w:rPr>
              <w:t xml:space="preserve">  10/05/2026 2:01 AM</w:t>
            </w:r>
          </w:p>
          <w:p w14:paraId="4C0432FE" w14:textId="77777777" w:rsidR="00327BED" w:rsidRDefault="00000000">
            <w:pPr>
              <w:spacing w:after="8" w:line="245" w:lineRule="auto"/>
            </w:pPr>
            <w:r>
              <w:t>UGHHHHHHHH</w:t>
            </w:r>
          </w:p>
        </w:tc>
      </w:tr>
      <w:tr w:rsidR="00327BED" w14:paraId="7BD6818A" w14:textId="77777777">
        <w:trPr>
          <w:cantSplit/>
          <w:jc w:val="center"/>
        </w:trPr>
        <w:tc>
          <w:tcPr>
            <w:tcW w:w="778" w:type="dxa"/>
            <w:shd w:val="clear" w:color="auto" w:fill="313338"/>
            <w:tcMar>
              <w:top w:w="55" w:type="dxa"/>
              <w:left w:w="10" w:type="dxa"/>
              <w:bottom w:w="30" w:type="dxa"/>
              <w:right w:w="25" w:type="dxa"/>
            </w:tcMar>
          </w:tcPr>
          <w:p w14:paraId="20B83743" w14:textId="77777777" w:rsidR="00327BED" w:rsidRDefault="00000000">
            <w:r>
              <w:rPr>
                <w:noProof/>
              </w:rPr>
              <w:drawing>
                <wp:inline distT="0" distB="0" distL="0" distR="0" wp14:anchorId="5C600F80" wp14:editId="6C3F99C2">
                  <wp:extent cx="356616" cy="356616"/>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62CCC4C" w14:textId="77777777" w:rsidR="00327BED" w:rsidRDefault="00000000">
            <w:pPr>
              <w:spacing w:after="24"/>
            </w:pPr>
            <w:r>
              <w:rPr>
                <w:b/>
                <w:color w:val="F0B232"/>
              </w:rPr>
              <w:t>Ev</w:t>
            </w:r>
            <w:r>
              <w:rPr>
                <w:color w:val="949BA4"/>
                <w:sz w:val="15"/>
              </w:rPr>
              <w:t xml:space="preserve">  10/05/2026 2:01 AM</w:t>
            </w:r>
          </w:p>
          <w:p w14:paraId="0FA659FA" w14:textId="77777777" w:rsidR="00327BED" w:rsidRDefault="00000000">
            <w:pPr>
              <w:spacing w:after="8" w:line="245" w:lineRule="auto"/>
            </w:pPr>
            <w:r>
              <w:t>Bro she's tryna make out your some sort of pred</w:t>
            </w:r>
          </w:p>
        </w:tc>
      </w:tr>
      <w:tr w:rsidR="00327BED" w14:paraId="7E05ECAF" w14:textId="77777777">
        <w:trPr>
          <w:cantSplit/>
          <w:jc w:val="center"/>
        </w:trPr>
        <w:tc>
          <w:tcPr>
            <w:tcW w:w="778" w:type="dxa"/>
            <w:shd w:val="clear" w:color="auto" w:fill="313338"/>
            <w:tcMar>
              <w:top w:w="55" w:type="dxa"/>
              <w:left w:w="10" w:type="dxa"/>
              <w:bottom w:w="30" w:type="dxa"/>
              <w:right w:w="25" w:type="dxa"/>
            </w:tcMar>
          </w:tcPr>
          <w:p w14:paraId="6F349466" w14:textId="77777777" w:rsidR="00327BED" w:rsidRDefault="00000000">
            <w:r>
              <w:rPr>
                <w:noProof/>
              </w:rPr>
              <w:drawing>
                <wp:inline distT="0" distB="0" distL="0" distR="0" wp14:anchorId="5EFA95C5" wp14:editId="4E508ECB">
                  <wp:extent cx="356616" cy="356616"/>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F2E0444" w14:textId="77777777" w:rsidR="00327BED" w:rsidRDefault="00000000">
            <w:pPr>
              <w:spacing w:after="24"/>
            </w:pPr>
            <w:r>
              <w:rPr>
                <w:b/>
              </w:rPr>
              <w:t>Aperation</w:t>
            </w:r>
            <w:r>
              <w:rPr>
                <w:color w:val="949BA4"/>
                <w:sz w:val="15"/>
              </w:rPr>
              <w:t xml:space="preserve">  10/05/2026 2:01 AM</w:t>
            </w:r>
          </w:p>
          <w:p w14:paraId="33667E3E" w14:textId="77777777" w:rsidR="00327BED" w:rsidRDefault="00000000">
            <w:pPr>
              <w:spacing w:after="8" w:line="245" w:lineRule="auto"/>
            </w:pPr>
            <w:r>
              <w:t>Woah holy deep lore that’s not on</w:t>
            </w:r>
          </w:p>
        </w:tc>
      </w:tr>
      <w:tr w:rsidR="00327BED" w14:paraId="52548DF4" w14:textId="77777777">
        <w:trPr>
          <w:cantSplit/>
          <w:jc w:val="center"/>
        </w:trPr>
        <w:tc>
          <w:tcPr>
            <w:tcW w:w="778" w:type="dxa"/>
            <w:shd w:val="clear" w:color="auto" w:fill="313338"/>
            <w:tcMar>
              <w:top w:w="55" w:type="dxa"/>
              <w:left w:w="10" w:type="dxa"/>
              <w:bottom w:w="30" w:type="dxa"/>
              <w:right w:w="25" w:type="dxa"/>
            </w:tcMar>
          </w:tcPr>
          <w:p w14:paraId="4455DF73" w14:textId="77777777" w:rsidR="00327BED" w:rsidRDefault="00000000">
            <w:r>
              <w:rPr>
                <w:noProof/>
              </w:rPr>
              <w:drawing>
                <wp:inline distT="0" distB="0" distL="0" distR="0" wp14:anchorId="0382CEA0" wp14:editId="4C3D9189">
                  <wp:extent cx="356616" cy="356616"/>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2D6A0B95" w14:textId="77777777" w:rsidR="00327BED" w:rsidRDefault="00000000">
            <w:pPr>
              <w:spacing w:after="24"/>
            </w:pPr>
            <w:r>
              <w:rPr>
                <w:b/>
                <w:color w:val="F0B232"/>
              </w:rPr>
              <w:t>Ev</w:t>
            </w:r>
            <w:r>
              <w:rPr>
                <w:color w:val="949BA4"/>
                <w:sz w:val="15"/>
              </w:rPr>
              <w:t xml:space="preserve">  10/05/2026 2:02 AM</w:t>
            </w:r>
          </w:p>
          <w:p w14:paraId="584B0D92" w14:textId="77777777" w:rsidR="00327BED" w:rsidRDefault="00000000">
            <w:pPr>
              <w:spacing w:after="8" w:line="245" w:lineRule="auto"/>
            </w:pPr>
            <w:r>
              <w:t>She's messing her own night up</w:t>
            </w:r>
          </w:p>
        </w:tc>
      </w:tr>
      <w:tr w:rsidR="00327BED" w14:paraId="592B34CC" w14:textId="77777777">
        <w:trPr>
          <w:cantSplit/>
          <w:jc w:val="center"/>
        </w:trPr>
        <w:tc>
          <w:tcPr>
            <w:tcW w:w="778" w:type="dxa"/>
            <w:shd w:val="clear" w:color="auto" w:fill="313338"/>
            <w:tcMar>
              <w:top w:w="55" w:type="dxa"/>
              <w:left w:w="10" w:type="dxa"/>
              <w:bottom w:w="30" w:type="dxa"/>
              <w:right w:w="25" w:type="dxa"/>
            </w:tcMar>
          </w:tcPr>
          <w:p w14:paraId="10D6A368" w14:textId="77777777" w:rsidR="00327BED" w:rsidRDefault="00000000">
            <w:r>
              <w:rPr>
                <w:noProof/>
              </w:rPr>
              <w:drawing>
                <wp:inline distT="0" distB="0" distL="0" distR="0" wp14:anchorId="7105248F" wp14:editId="6D588273">
                  <wp:extent cx="356616" cy="356616"/>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547977D" w14:textId="77777777" w:rsidR="00327BED" w:rsidRDefault="00000000">
            <w:pPr>
              <w:spacing w:after="24"/>
            </w:pPr>
            <w:r>
              <w:rPr>
                <w:b/>
              </w:rPr>
              <w:t>Aperation</w:t>
            </w:r>
            <w:r>
              <w:rPr>
                <w:color w:val="949BA4"/>
                <w:sz w:val="15"/>
              </w:rPr>
              <w:t xml:space="preserve">  10/05/2026 2:02 AM</w:t>
            </w:r>
          </w:p>
          <w:p w14:paraId="768B4D8E" w14:textId="77777777" w:rsidR="00327BED" w:rsidRDefault="00000000">
            <w:pPr>
              <w:spacing w:after="8" w:line="245" w:lineRule="auto"/>
            </w:pPr>
            <w:r>
              <w:t>SHE SOENT HER NIGHT IN A CORNER WSGCHING YOU</w:t>
            </w:r>
          </w:p>
        </w:tc>
      </w:tr>
      <w:tr w:rsidR="00327BED" w14:paraId="20BB2EC7" w14:textId="77777777">
        <w:trPr>
          <w:cantSplit/>
          <w:jc w:val="center"/>
        </w:trPr>
        <w:tc>
          <w:tcPr>
            <w:tcW w:w="778" w:type="dxa"/>
            <w:shd w:val="clear" w:color="auto" w:fill="313338"/>
            <w:tcMar>
              <w:top w:w="55" w:type="dxa"/>
              <w:left w:w="10" w:type="dxa"/>
              <w:bottom w:w="30" w:type="dxa"/>
              <w:right w:w="25" w:type="dxa"/>
            </w:tcMar>
          </w:tcPr>
          <w:p w14:paraId="69956BD2" w14:textId="77777777" w:rsidR="00327BED" w:rsidRDefault="00000000">
            <w:r>
              <w:rPr>
                <w:noProof/>
              </w:rPr>
              <w:drawing>
                <wp:inline distT="0" distB="0" distL="0" distR="0" wp14:anchorId="77916365" wp14:editId="1F9F1001">
                  <wp:extent cx="356616" cy="356616"/>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24563ED8" w14:textId="77777777" w:rsidR="00327BED" w:rsidRDefault="00000000">
            <w:pPr>
              <w:spacing w:after="24"/>
            </w:pPr>
            <w:r>
              <w:rPr>
                <w:b/>
                <w:color w:val="F0B232"/>
              </w:rPr>
              <w:t>Ev</w:t>
            </w:r>
            <w:r>
              <w:rPr>
                <w:color w:val="949BA4"/>
                <w:sz w:val="15"/>
              </w:rPr>
              <w:t xml:space="preserve">  10/05/2026 2:02 AM</w:t>
            </w:r>
          </w:p>
          <w:p w14:paraId="1BB598FF" w14:textId="77777777" w:rsidR="00327BED" w:rsidRDefault="00000000">
            <w:pPr>
              <w:spacing w:after="8" w:line="245" w:lineRule="auto"/>
            </w:pPr>
            <w:r>
              <w:t>She's the only one with a problem</w:t>
            </w:r>
          </w:p>
        </w:tc>
      </w:tr>
      <w:tr w:rsidR="00327BED" w14:paraId="03073F7B" w14:textId="77777777">
        <w:trPr>
          <w:cantSplit/>
          <w:jc w:val="center"/>
        </w:trPr>
        <w:tc>
          <w:tcPr>
            <w:tcW w:w="778" w:type="dxa"/>
            <w:shd w:val="clear" w:color="auto" w:fill="313338"/>
            <w:tcMar>
              <w:top w:w="55" w:type="dxa"/>
              <w:left w:w="10" w:type="dxa"/>
              <w:bottom w:w="30" w:type="dxa"/>
              <w:right w:w="25" w:type="dxa"/>
            </w:tcMar>
          </w:tcPr>
          <w:p w14:paraId="47FE4E5A" w14:textId="77777777" w:rsidR="00327BED" w:rsidRDefault="00000000">
            <w:r>
              <w:rPr>
                <w:noProof/>
              </w:rPr>
              <w:drawing>
                <wp:inline distT="0" distB="0" distL="0" distR="0" wp14:anchorId="3435C903" wp14:editId="0E6D38FB">
                  <wp:extent cx="356616" cy="356616"/>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0210A62B" w14:textId="77777777" w:rsidR="00327BED" w:rsidRDefault="00000000">
            <w:pPr>
              <w:spacing w:after="24"/>
            </w:pPr>
            <w:r>
              <w:rPr>
                <w:b/>
              </w:rPr>
              <w:t>Aperation</w:t>
            </w:r>
            <w:r>
              <w:rPr>
                <w:color w:val="949BA4"/>
                <w:sz w:val="15"/>
              </w:rPr>
              <w:t xml:space="preserve">  10/05/2026 2:02 AM</w:t>
            </w:r>
          </w:p>
          <w:p w14:paraId="53C3806F" w14:textId="77777777" w:rsidR="00327BED" w:rsidRDefault="00000000">
            <w:pPr>
              <w:spacing w:after="8" w:line="245" w:lineRule="auto"/>
            </w:pPr>
            <w:r>
              <w:t>FUN FUCKING NIGHT EH</w:t>
            </w:r>
          </w:p>
          <w:p w14:paraId="0E2300BD" w14:textId="77777777" w:rsidR="00327BED" w:rsidRDefault="00327BED">
            <w:pPr>
              <w:spacing w:line="84" w:lineRule="auto"/>
            </w:pPr>
          </w:p>
          <w:p w14:paraId="6FE0180B" w14:textId="77777777" w:rsidR="00327BED" w:rsidRDefault="00000000">
            <w:pPr>
              <w:spacing w:before="10" w:after="8" w:line="245" w:lineRule="auto"/>
            </w:pPr>
            <w:r>
              <w:t>Yeah try stalk you</w:t>
            </w:r>
          </w:p>
        </w:tc>
      </w:tr>
      <w:tr w:rsidR="00327BED" w14:paraId="6DC0389F" w14:textId="77777777">
        <w:trPr>
          <w:cantSplit/>
          <w:jc w:val="center"/>
        </w:trPr>
        <w:tc>
          <w:tcPr>
            <w:tcW w:w="778" w:type="dxa"/>
            <w:shd w:val="clear" w:color="auto" w:fill="313338"/>
            <w:tcMar>
              <w:top w:w="55" w:type="dxa"/>
              <w:left w:w="10" w:type="dxa"/>
              <w:bottom w:w="30" w:type="dxa"/>
              <w:right w:w="25" w:type="dxa"/>
            </w:tcMar>
          </w:tcPr>
          <w:p w14:paraId="481B114C" w14:textId="77777777" w:rsidR="00327BED" w:rsidRDefault="00000000">
            <w:r>
              <w:rPr>
                <w:noProof/>
              </w:rPr>
              <w:drawing>
                <wp:inline distT="0" distB="0" distL="0" distR="0" wp14:anchorId="0F2FB434" wp14:editId="3420D927">
                  <wp:extent cx="356616" cy="356616"/>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173729E" w14:textId="77777777" w:rsidR="00327BED" w:rsidRDefault="00000000">
            <w:pPr>
              <w:spacing w:after="24"/>
            </w:pPr>
            <w:r>
              <w:rPr>
                <w:b/>
                <w:color w:val="F0B232"/>
              </w:rPr>
              <w:t>Ev</w:t>
            </w:r>
            <w:r>
              <w:rPr>
                <w:color w:val="949BA4"/>
                <w:sz w:val="15"/>
              </w:rPr>
              <w:t xml:space="preserve">  10/05/2026 2:02 AM</w:t>
            </w:r>
          </w:p>
          <w:p w14:paraId="5500F85B" w14:textId="77777777" w:rsidR="00327BED" w:rsidRDefault="00000000">
            <w:pPr>
              <w:spacing w:after="8" w:line="245" w:lineRule="auto"/>
            </w:pPr>
            <w:r>
              <w:t>More like nothing but watch and judge</w:t>
            </w:r>
          </w:p>
          <w:p w14:paraId="2144968C" w14:textId="77777777" w:rsidR="00327BED" w:rsidRDefault="00327BED">
            <w:pPr>
              <w:spacing w:line="84" w:lineRule="auto"/>
            </w:pPr>
          </w:p>
          <w:p w14:paraId="5F504A61" w14:textId="77777777" w:rsidR="00327BED" w:rsidRDefault="00000000">
            <w:pPr>
              <w:spacing w:before="10" w:after="8" w:line="245" w:lineRule="auto"/>
            </w:pPr>
            <w:r>
              <w:t>While she stays sober</w:t>
            </w:r>
          </w:p>
          <w:p w14:paraId="26425D0E" w14:textId="77777777" w:rsidR="00327BED" w:rsidRDefault="00327BED">
            <w:pPr>
              <w:spacing w:line="84" w:lineRule="auto"/>
            </w:pPr>
          </w:p>
          <w:p w14:paraId="5AF8B88D" w14:textId="77777777" w:rsidR="00327BED" w:rsidRDefault="00000000">
            <w:pPr>
              <w:spacing w:before="10" w:after="8" w:line="245" w:lineRule="auto"/>
            </w:pPr>
            <w:r>
              <w:t>Omd</w:t>
            </w:r>
          </w:p>
          <w:p w14:paraId="12CCEA98" w14:textId="77777777" w:rsidR="00327BED" w:rsidRDefault="00327BED">
            <w:pPr>
              <w:spacing w:line="84" w:lineRule="auto"/>
            </w:pPr>
          </w:p>
          <w:p w14:paraId="5A5075E0" w14:textId="77777777" w:rsidR="00327BED" w:rsidRDefault="00000000">
            <w:pPr>
              <w:spacing w:before="10" w:after="8" w:line="245" w:lineRule="auto"/>
            </w:pPr>
            <w:r>
              <w:t>She's so dry I can confirm</w:t>
            </w:r>
          </w:p>
          <w:p w14:paraId="5BC6F61A" w14:textId="77777777" w:rsidR="00327BED" w:rsidRDefault="00327BED">
            <w:pPr>
              <w:spacing w:line="84" w:lineRule="auto"/>
            </w:pPr>
          </w:p>
          <w:p w14:paraId="7ADC3A94" w14:textId="77777777" w:rsidR="00327BED" w:rsidRDefault="00000000">
            <w:pPr>
              <w:spacing w:before="10" w:after="8" w:line="245" w:lineRule="auto"/>
            </w:pPr>
            <w:r>
              <w:t>Yeah</w:t>
            </w:r>
          </w:p>
        </w:tc>
      </w:tr>
      <w:tr w:rsidR="00327BED" w14:paraId="3705AF1A" w14:textId="77777777">
        <w:trPr>
          <w:cantSplit/>
          <w:jc w:val="center"/>
        </w:trPr>
        <w:tc>
          <w:tcPr>
            <w:tcW w:w="778" w:type="dxa"/>
            <w:shd w:val="clear" w:color="auto" w:fill="313338"/>
            <w:tcMar>
              <w:top w:w="55" w:type="dxa"/>
              <w:left w:w="10" w:type="dxa"/>
              <w:bottom w:w="30" w:type="dxa"/>
              <w:right w:w="25" w:type="dxa"/>
            </w:tcMar>
          </w:tcPr>
          <w:p w14:paraId="02492B85" w14:textId="77777777" w:rsidR="00327BED" w:rsidRDefault="00000000">
            <w:r>
              <w:rPr>
                <w:noProof/>
              </w:rPr>
              <w:drawing>
                <wp:inline distT="0" distB="0" distL="0" distR="0" wp14:anchorId="6B3771BA" wp14:editId="4912CE20">
                  <wp:extent cx="356616" cy="356616"/>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C173541" w14:textId="77777777" w:rsidR="00327BED" w:rsidRDefault="00000000">
            <w:pPr>
              <w:spacing w:after="24"/>
            </w:pPr>
            <w:r>
              <w:rPr>
                <w:b/>
              </w:rPr>
              <w:t>Aperation</w:t>
            </w:r>
            <w:r>
              <w:rPr>
                <w:color w:val="949BA4"/>
                <w:sz w:val="15"/>
              </w:rPr>
              <w:t xml:space="preserve">  10/05/2026 2:02 AM</w:t>
            </w:r>
          </w:p>
          <w:p w14:paraId="3162D156" w14:textId="77777777" w:rsidR="00327BED" w:rsidRDefault="00000000">
            <w:pPr>
              <w:spacing w:after="8" w:line="245" w:lineRule="auto"/>
            </w:pPr>
            <w:r>
              <w:t>We mention this 55 fucking times that you try meet her and she says nah</w:t>
            </w:r>
          </w:p>
        </w:tc>
      </w:tr>
      <w:tr w:rsidR="00327BED" w14:paraId="549AFA90" w14:textId="77777777">
        <w:trPr>
          <w:cantSplit/>
          <w:jc w:val="center"/>
        </w:trPr>
        <w:tc>
          <w:tcPr>
            <w:tcW w:w="778" w:type="dxa"/>
            <w:shd w:val="clear" w:color="auto" w:fill="313338"/>
            <w:tcMar>
              <w:top w:w="55" w:type="dxa"/>
              <w:left w:w="10" w:type="dxa"/>
              <w:bottom w:w="30" w:type="dxa"/>
              <w:right w:w="25" w:type="dxa"/>
            </w:tcMar>
          </w:tcPr>
          <w:p w14:paraId="701B50A2" w14:textId="77777777" w:rsidR="00327BED" w:rsidRDefault="00000000">
            <w:r>
              <w:rPr>
                <w:noProof/>
              </w:rPr>
              <w:drawing>
                <wp:inline distT="0" distB="0" distL="0" distR="0" wp14:anchorId="717A8EA5" wp14:editId="05BF34CC">
                  <wp:extent cx="356616" cy="356616"/>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62F14F09" w14:textId="77777777" w:rsidR="00327BED" w:rsidRDefault="00000000">
            <w:pPr>
              <w:spacing w:after="24"/>
            </w:pPr>
            <w:r>
              <w:rPr>
                <w:b/>
                <w:color w:val="F0B232"/>
              </w:rPr>
              <w:t>Ev</w:t>
            </w:r>
            <w:r>
              <w:rPr>
                <w:color w:val="949BA4"/>
                <w:sz w:val="15"/>
              </w:rPr>
              <w:t xml:space="preserve">  10/05/2026 2:03 AM</w:t>
            </w:r>
          </w:p>
          <w:p w14:paraId="5E71F398" w14:textId="77777777" w:rsidR="00327BED" w:rsidRDefault="00000000">
            <w:pPr>
              <w:spacing w:after="8" w:line="245" w:lineRule="auto"/>
            </w:pPr>
            <w:r>
              <w:t>OH YEAH SHE ALWAYS CANCELS</w:t>
            </w:r>
          </w:p>
        </w:tc>
      </w:tr>
      <w:tr w:rsidR="00327BED" w14:paraId="7E96B1C0" w14:textId="77777777">
        <w:trPr>
          <w:cantSplit/>
          <w:jc w:val="center"/>
        </w:trPr>
        <w:tc>
          <w:tcPr>
            <w:tcW w:w="778" w:type="dxa"/>
            <w:shd w:val="clear" w:color="auto" w:fill="313338"/>
            <w:tcMar>
              <w:top w:w="55" w:type="dxa"/>
              <w:left w:w="10" w:type="dxa"/>
              <w:bottom w:w="30" w:type="dxa"/>
              <w:right w:w="25" w:type="dxa"/>
            </w:tcMar>
          </w:tcPr>
          <w:p w14:paraId="588B592D" w14:textId="77777777" w:rsidR="00327BED" w:rsidRDefault="00000000">
            <w:r>
              <w:rPr>
                <w:noProof/>
              </w:rPr>
              <w:drawing>
                <wp:inline distT="0" distB="0" distL="0" distR="0" wp14:anchorId="13593C78" wp14:editId="61719092">
                  <wp:extent cx="356616" cy="356616"/>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74E8FEA4" w14:textId="77777777" w:rsidR="00327BED" w:rsidRDefault="00000000">
            <w:pPr>
              <w:spacing w:after="24"/>
            </w:pPr>
            <w:r>
              <w:rPr>
                <w:b/>
              </w:rPr>
              <w:t>Aperation</w:t>
            </w:r>
            <w:r>
              <w:rPr>
                <w:color w:val="949BA4"/>
                <w:sz w:val="15"/>
              </w:rPr>
              <w:t xml:space="preserve">  10/05/2026 2:03 AM</w:t>
            </w:r>
          </w:p>
          <w:p w14:paraId="297DDDFA" w14:textId="77777777" w:rsidR="00327BED" w:rsidRDefault="00000000">
            <w:pPr>
              <w:spacing w:after="8" w:line="245" w:lineRule="auto"/>
            </w:pPr>
            <w:r>
              <w:t>Same convo everyone</w:t>
            </w:r>
          </w:p>
          <w:p w14:paraId="5CB99829" w14:textId="77777777" w:rsidR="00327BED" w:rsidRDefault="00327BED">
            <w:pPr>
              <w:spacing w:line="84" w:lineRule="auto"/>
            </w:pPr>
          </w:p>
          <w:p w14:paraId="570F3CA7" w14:textId="77777777" w:rsidR="00327BED" w:rsidRDefault="00000000">
            <w:pPr>
              <w:spacing w:before="10" w:after="8" w:line="245" w:lineRule="auto"/>
            </w:pPr>
            <w:r>
              <w:t>Every time</w:t>
            </w:r>
          </w:p>
        </w:tc>
      </w:tr>
      <w:tr w:rsidR="00327BED" w14:paraId="69FD3687" w14:textId="77777777">
        <w:trPr>
          <w:cantSplit/>
          <w:jc w:val="center"/>
        </w:trPr>
        <w:tc>
          <w:tcPr>
            <w:tcW w:w="778" w:type="dxa"/>
            <w:shd w:val="clear" w:color="auto" w:fill="313338"/>
            <w:tcMar>
              <w:top w:w="55" w:type="dxa"/>
              <w:left w:w="10" w:type="dxa"/>
              <w:bottom w:w="30" w:type="dxa"/>
              <w:right w:w="25" w:type="dxa"/>
            </w:tcMar>
          </w:tcPr>
          <w:p w14:paraId="762DFFD8" w14:textId="77777777" w:rsidR="00327BED" w:rsidRDefault="00000000">
            <w:r>
              <w:rPr>
                <w:noProof/>
              </w:rPr>
              <w:drawing>
                <wp:inline distT="0" distB="0" distL="0" distR="0" wp14:anchorId="5CC42E18" wp14:editId="6D292EA0">
                  <wp:extent cx="356616" cy="356616"/>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DBCED4A" w14:textId="77777777" w:rsidR="00327BED" w:rsidRDefault="00000000">
            <w:pPr>
              <w:spacing w:after="24"/>
            </w:pPr>
            <w:r>
              <w:rPr>
                <w:b/>
                <w:color w:val="F0B232"/>
              </w:rPr>
              <w:t>Ev</w:t>
            </w:r>
            <w:r>
              <w:rPr>
                <w:color w:val="949BA4"/>
                <w:sz w:val="15"/>
              </w:rPr>
              <w:t xml:space="preserve">  10/05/2026 2:03 AM</w:t>
            </w:r>
          </w:p>
          <w:p w14:paraId="33E81869" w14:textId="77777777" w:rsidR="00327BED" w:rsidRDefault="00000000">
            <w:pPr>
              <w:spacing w:after="8" w:line="245" w:lineRule="auto"/>
            </w:pPr>
            <w:r>
              <w:t>Bring out the archives</w:t>
            </w:r>
          </w:p>
        </w:tc>
      </w:tr>
      <w:tr w:rsidR="00327BED" w14:paraId="2C797583" w14:textId="77777777">
        <w:trPr>
          <w:cantSplit/>
          <w:jc w:val="center"/>
        </w:trPr>
        <w:tc>
          <w:tcPr>
            <w:tcW w:w="778" w:type="dxa"/>
            <w:shd w:val="clear" w:color="auto" w:fill="313338"/>
            <w:tcMar>
              <w:top w:w="55" w:type="dxa"/>
              <w:left w:w="10" w:type="dxa"/>
              <w:bottom w:w="30" w:type="dxa"/>
              <w:right w:w="25" w:type="dxa"/>
            </w:tcMar>
          </w:tcPr>
          <w:p w14:paraId="3221D6B3" w14:textId="77777777" w:rsidR="00327BED" w:rsidRDefault="00000000">
            <w:r>
              <w:rPr>
                <w:noProof/>
              </w:rPr>
              <w:drawing>
                <wp:inline distT="0" distB="0" distL="0" distR="0" wp14:anchorId="5FEE9D25" wp14:editId="600F795E">
                  <wp:extent cx="356616" cy="356616"/>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7365BF4" w14:textId="77777777" w:rsidR="00327BED" w:rsidRDefault="00000000">
            <w:pPr>
              <w:spacing w:after="24"/>
            </w:pPr>
            <w:r>
              <w:rPr>
                <w:b/>
              </w:rPr>
              <w:t>Aperation</w:t>
            </w:r>
            <w:r>
              <w:rPr>
                <w:color w:val="949BA4"/>
                <w:sz w:val="15"/>
              </w:rPr>
              <w:t xml:space="preserve">  10/05/2026 2:03 AM</w:t>
            </w:r>
          </w:p>
          <w:p w14:paraId="5B72920E" w14:textId="77777777" w:rsidR="00327BED" w:rsidRDefault="00000000">
            <w:pPr>
              <w:spacing w:after="8" w:line="245" w:lineRule="auto"/>
            </w:pPr>
            <w:r>
              <w:t>Can’t speak abt this one idrk it</w:t>
            </w:r>
          </w:p>
          <w:p w14:paraId="555A0AF0" w14:textId="77777777" w:rsidR="00327BED" w:rsidRDefault="00327BED">
            <w:pPr>
              <w:spacing w:line="84" w:lineRule="auto"/>
            </w:pPr>
          </w:p>
          <w:p w14:paraId="7A626995" w14:textId="77777777" w:rsidR="00327BED" w:rsidRDefault="00000000">
            <w:pPr>
              <w:spacing w:before="10" w:after="8" w:line="245" w:lineRule="auto"/>
            </w:pPr>
            <w:r>
              <w:t>WOAHHHHHH</w:t>
            </w:r>
          </w:p>
        </w:tc>
      </w:tr>
      <w:tr w:rsidR="00327BED" w14:paraId="4A66A846" w14:textId="77777777">
        <w:trPr>
          <w:cantSplit/>
          <w:jc w:val="center"/>
        </w:trPr>
        <w:tc>
          <w:tcPr>
            <w:tcW w:w="778" w:type="dxa"/>
            <w:shd w:val="clear" w:color="auto" w:fill="313338"/>
            <w:tcMar>
              <w:top w:w="55" w:type="dxa"/>
              <w:left w:w="10" w:type="dxa"/>
              <w:bottom w:w="30" w:type="dxa"/>
              <w:right w:w="25" w:type="dxa"/>
            </w:tcMar>
          </w:tcPr>
          <w:p w14:paraId="4A9DEA25" w14:textId="77777777" w:rsidR="00327BED" w:rsidRDefault="00000000">
            <w:r>
              <w:rPr>
                <w:noProof/>
              </w:rPr>
              <w:drawing>
                <wp:inline distT="0" distB="0" distL="0" distR="0" wp14:anchorId="4CAFFEB0" wp14:editId="16CA833A">
                  <wp:extent cx="356616" cy="356616"/>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272C7931" w14:textId="77777777" w:rsidR="00327BED" w:rsidRDefault="00000000">
            <w:pPr>
              <w:spacing w:after="24"/>
            </w:pPr>
            <w:r>
              <w:rPr>
                <w:b/>
                <w:color w:val="F0B232"/>
              </w:rPr>
              <w:t>Ev</w:t>
            </w:r>
            <w:r>
              <w:rPr>
                <w:color w:val="949BA4"/>
                <w:sz w:val="15"/>
              </w:rPr>
              <w:t xml:space="preserve">  10/05/2026 2:03 AM</w:t>
            </w:r>
          </w:p>
          <w:p w14:paraId="703207EB" w14:textId="77777777" w:rsidR="00327BED" w:rsidRDefault="00000000">
            <w:pPr>
              <w:spacing w:after="8" w:line="245" w:lineRule="auto"/>
            </w:pPr>
            <w:r>
              <w:t>You literally talk in maths</w:t>
            </w:r>
          </w:p>
        </w:tc>
      </w:tr>
      <w:tr w:rsidR="00327BED" w14:paraId="55256C47" w14:textId="77777777">
        <w:trPr>
          <w:cantSplit/>
          <w:jc w:val="center"/>
        </w:trPr>
        <w:tc>
          <w:tcPr>
            <w:tcW w:w="778" w:type="dxa"/>
            <w:shd w:val="clear" w:color="auto" w:fill="313338"/>
            <w:tcMar>
              <w:top w:w="55" w:type="dxa"/>
              <w:left w:w="10" w:type="dxa"/>
              <w:bottom w:w="30" w:type="dxa"/>
              <w:right w:w="25" w:type="dxa"/>
            </w:tcMar>
          </w:tcPr>
          <w:p w14:paraId="5F526077" w14:textId="77777777" w:rsidR="00327BED" w:rsidRDefault="00000000">
            <w:r>
              <w:rPr>
                <w:noProof/>
              </w:rPr>
              <w:drawing>
                <wp:inline distT="0" distB="0" distL="0" distR="0" wp14:anchorId="72190103" wp14:editId="4448D217">
                  <wp:extent cx="356616" cy="356616"/>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764BA9AB" w14:textId="77777777" w:rsidR="00327BED" w:rsidRDefault="00000000">
            <w:pPr>
              <w:spacing w:after="24"/>
            </w:pPr>
            <w:r>
              <w:rPr>
                <w:b/>
              </w:rPr>
              <w:t>Aperation</w:t>
            </w:r>
            <w:r>
              <w:rPr>
                <w:color w:val="949BA4"/>
                <w:sz w:val="15"/>
              </w:rPr>
              <w:t xml:space="preserve">  10/05/2026 2:03 AM</w:t>
            </w:r>
          </w:p>
          <w:p w14:paraId="4FB8E94D" w14:textId="77777777" w:rsidR="00327BED" w:rsidRDefault="00000000">
            <w:pPr>
              <w:spacing w:after="8" w:line="245" w:lineRule="auto"/>
            </w:pPr>
            <w:r>
              <w:t>🚩🚩🚩🚩🚩🚩🚩🚩🚩</w:t>
            </w:r>
          </w:p>
          <w:p w14:paraId="03DB0345" w14:textId="77777777" w:rsidR="00327BED" w:rsidRDefault="00327BED">
            <w:pPr>
              <w:spacing w:line="84" w:lineRule="auto"/>
            </w:pPr>
          </w:p>
          <w:p w14:paraId="04192ECF" w14:textId="77777777" w:rsidR="00327BED" w:rsidRDefault="00000000">
            <w:pPr>
              <w:spacing w:before="10" w:after="8" w:line="245" w:lineRule="auto"/>
            </w:pPr>
            <w:r>
              <w:t>🚨🚨🚨🚨🚨</w:t>
            </w:r>
          </w:p>
        </w:tc>
      </w:tr>
      <w:tr w:rsidR="00327BED" w14:paraId="717F9DB1" w14:textId="77777777">
        <w:trPr>
          <w:cantSplit/>
          <w:jc w:val="center"/>
        </w:trPr>
        <w:tc>
          <w:tcPr>
            <w:tcW w:w="778" w:type="dxa"/>
            <w:shd w:val="clear" w:color="auto" w:fill="313338"/>
            <w:tcMar>
              <w:top w:w="55" w:type="dxa"/>
              <w:left w:w="10" w:type="dxa"/>
              <w:bottom w:w="30" w:type="dxa"/>
              <w:right w:w="25" w:type="dxa"/>
            </w:tcMar>
          </w:tcPr>
          <w:p w14:paraId="17B7B8A9" w14:textId="77777777" w:rsidR="00327BED" w:rsidRDefault="00000000">
            <w:r>
              <w:rPr>
                <w:noProof/>
              </w:rPr>
              <w:lastRenderedPageBreak/>
              <w:drawing>
                <wp:inline distT="0" distB="0" distL="0" distR="0" wp14:anchorId="38B09BE4" wp14:editId="6A594401">
                  <wp:extent cx="356616" cy="356616"/>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7E33EF33" w14:textId="77777777" w:rsidR="00327BED" w:rsidRDefault="00000000">
            <w:pPr>
              <w:spacing w:after="24"/>
            </w:pPr>
            <w:r>
              <w:rPr>
                <w:b/>
                <w:color w:val="F0B232"/>
              </w:rPr>
              <w:t>Ev</w:t>
            </w:r>
            <w:r>
              <w:rPr>
                <w:color w:val="949BA4"/>
                <w:sz w:val="15"/>
              </w:rPr>
              <w:t xml:space="preserve">  10/05/2026 2:04 AM</w:t>
            </w:r>
          </w:p>
          <w:p w14:paraId="296C867E" w14:textId="77777777" w:rsidR="00327BED" w:rsidRDefault="00000000">
            <w:pPr>
              <w:spacing w:after="8" w:line="245" w:lineRule="auto"/>
            </w:pPr>
            <w:r>
              <w:t>Bru she literally blew everything up on her own for no reason what an idiot 😂😂</w:t>
            </w:r>
          </w:p>
          <w:p w14:paraId="43705921" w14:textId="77777777" w:rsidR="00327BED" w:rsidRDefault="00327BED">
            <w:pPr>
              <w:spacing w:line="84" w:lineRule="auto"/>
            </w:pPr>
          </w:p>
          <w:p w14:paraId="48181A29" w14:textId="77777777" w:rsidR="00327BED" w:rsidRDefault="00000000">
            <w:pPr>
              <w:spacing w:before="10" w:after="8" w:line="245" w:lineRule="auto"/>
            </w:pPr>
            <w:r>
              <w:t>All over every girl</w:t>
            </w:r>
          </w:p>
          <w:p w14:paraId="5FB06232" w14:textId="77777777" w:rsidR="00327BED" w:rsidRDefault="00327BED">
            <w:pPr>
              <w:spacing w:line="84" w:lineRule="auto"/>
            </w:pPr>
          </w:p>
          <w:p w14:paraId="0CB40710" w14:textId="77777777" w:rsidR="00327BED" w:rsidRDefault="00000000">
            <w:pPr>
              <w:spacing w:before="10" w:after="8" w:line="245" w:lineRule="auto"/>
            </w:pPr>
            <w:r>
              <w:t>What the fuck</w:t>
            </w:r>
          </w:p>
        </w:tc>
      </w:tr>
      <w:tr w:rsidR="00327BED" w14:paraId="5826006C" w14:textId="77777777">
        <w:trPr>
          <w:cantSplit/>
          <w:jc w:val="center"/>
        </w:trPr>
        <w:tc>
          <w:tcPr>
            <w:tcW w:w="778" w:type="dxa"/>
            <w:shd w:val="clear" w:color="auto" w:fill="313338"/>
            <w:tcMar>
              <w:top w:w="55" w:type="dxa"/>
              <w:left w:w="10" w:type="dxa"/>
              <w:bottom w:w="30" w:type="dxa"/>
              <w:right w:w="25" w:type="dxa"/>
            </w:tcMar>
          </w:tcPr>
          <w:p w14:paraId="47D187EF" w14:textId="77777777" w:rsidR="00327BED" w:rsidRDefault="00000000">
            <w:r>
              <w:rPr>
                <w:noProof/>
              </w:rPr>
              <w:drawing>
                <wp:inline distT="0" distB="0" distL="0" distR="0" wp14:anchorId="7D92D3D2" wp14:editId="04D509FE">
                  <wp:extent cx="356616" cy="356616"/>
                  <wp:effectExtent l="0" t="0" r="0"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C58C6BF" w14:textId="77777777" w:rsidR="00327BED" w:rsidRDefault="00000000">
            <w:pPr>
              <w:spacing w:after="24"/>
            </w:pPr>
            <w:r>
              <w:rPr>
                <w:b/>
              </w:rPr>
              <w:t>Aperation</w:t>
            </w:r>
            <w:r>
              <w:rPr>
                <w:color w:val="949BA4"/>
                <w:sz w:val="15"/>
              </w:rPr>
              <w:t xml:space="preserve">  10/05/2026 2:04 AM</w:t>
            </w:r>
          </w:p>
          <w:p w14:paraId="04CD6EF3" w14:textId="77777777" w:rsidR="00327BED" w:rsidRDefault="00000000">
            <w:pPr>
              <w:spacing w:after="8" w:line="245" w:lineRule="auto"/>
            </w:pPr>
            <w:r>
              <w:t>MATE THERES 25 FUCKING PICTURES KF YOU AND HER</w:t>
            </w:r>
          </w:p>
        </w:tc>
      </w:tr>
      <w:tr w:rsidR="00327BED" w14:paraId="2BE40911" w14:textId="77777777">
        <w:trPr>
          <w:cantSplit/>
          <w:jc w:val="center"/>
        </w:trPr>
        <w:tc>
          <w:tcPr>
            <w:tcW w:w="778" w:type="dxa"/>
            <w:shd w:val="clear" w:color="auto" w:fill="313338"/>
            <w:tcMar>
              <w:top w:w="55" w:type="dxa"/>
              <w:left w:w="10" w:type="dxa"/>
              <w:bottom w:w="30" w:type="dxa"/>
              <w:right w:w="25" w:type="dxa"/>
            </w:tcMar>
          </w:tcPr>
          <w:p w14:paraId="44EB0627" w14:textId="77777777" w:rsidR="00327BED" w:rsidRDefault="00000000">
            <w:r>
              <w:rPr>
                <w:noProof/>
              </w:rPr>
              <w:drawing>
                <wp:inline distT="0" distB="0" distL="0" distR="0" wp14:anchorId="7BECFB8F" wp14:editId="4D7B962F">
                  <wp:extent cx="356616" cy="356616"/>
                  <wp:effectExtent l="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0757D49F" w14:textId="77777777" w:rsidR="00327BED" w:rsidRDefault="00000000">
            <w:pPr>
              <w:spacing w:after="24"/>
            </w:pPr>
            <w:r>
              <w:rPr>
                <w:b/>
                <w:color w:val="F0B232"/>
              </w:rPr>
              <w:t>Ev</w:t>
            </w:r>
            <w:r>
              <w:rPr>
                <w:color w:val="949BA4"/>
                <w:sz w:val="15"/>
              </w:rPr>
              <w:t xml:space="preserve">  10/05/2026 2:04 AM</w:t>
            </w:r>
          </w:p>
          <w:p w14:paraId="4F84920E" w14:textId="77777777" w:rsidR="00327BED" w:rsidRDefault="00000000">
            <w:pPr>
              <w:spacing w:after="8" w:line="245" w:lineRule="auto"/>
            </w:pPr>
            <w:r>
              <w:t>Bro she thinks she's in a movie 😭</w:t>
            </w:r>
          </w:p>
        </w:tc>
      </w:tr>
      <w:tr w:rsidR="00327BED" w14:paraId="58DCC448" w14:textId="77777777">
        <w:trPr>
          <w:cantSplit/>
          <w:jc w:val="center"/>
        </w:trPr>
        <w:tc>
          <w:tcPr>
            <w:tcW w:w="778" w:type="dxa"/>
            <w:shd w:val="clear" w:color="auto" w:fill="313338"/>
            <w:tcMar>
              <w:top w:w="55" w:type="dxa"/>
              <w:left w:w="10" w:type="dxa"/>
              <w:bottom w:w="30" w:type="dxa"/>
              <w:right w:w="25" w:type="dxa"/>
            </w:tcMar>
          </w:tcPr>
          <w:p w14:paraId="663C8CD1" w14:textId="77777777" w:rsidR="00327BED" w:rsidRDefault="00000000">
            <w:r>
              <w:rPr>
                <w:noProof/>
              </w:rPr>
              <w:drawing>
                <wp:inline distT="0" distB="0" distL="0" distR="0" wp14:anchorId="193D5F05" wp14:editId="62730367">
                  <wp:extent cx="356616" cy="356616"/>
                  <wp:effectExtent l="0" t="0" r="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3BF31E3E" w14:textId="77777777" w:rsidR="00327BED" w:rsidRDefault="00000000">
            <w:pPr>
              <w:spacing w:after="24"/>
            </w:pPr>
            <w:r>
              <w:rPr>
                <w:b/>
              </w:rPr>
              <w:t>Aperation</w:t>
            </w:r>
            <w:r>
              <w:rPr>
                <w:color w:val="949BA4"/>
                <w:sz w:val="15"/>
              </w:rPr>
              <w:t xml:space="preserve">  10/05/2026 2:04 AM</w:t>
            </w:r>
          </w:p>
          <w:p w14:paraId="78DC1513" w14:textId="77777777" w:rsidR="00327BED" w:rsidRDefault="00000000">
            <w:pPr>
              <w:spacing w:after="8" w:line="245" w:lineRule="auto"/>
            </w:pPr>
            <w:r>
              <w:t>TALKING LIKE SHES A CHIKD FROM GHANA MAKING IT TO INVESTMENT BANKJNG</w:t>
            </w:r>
          </w:p>
          <w:p w14:paraId="2E2170F7" w14:textId="77777777" w:rsidR="00327BED" w:rsidRDefault="00327BED">
            <w:pPr>
              <w:spacing w:line="84" w:lineRule="auto"/>
            </w:pPr>
          </w:p>
          <w:p w14:paraId="53F77F55" w14:textId="77777777" w:rsidR="00327BED" w:rsidRDefault="00000000">
            <w:pPr>
              <w:spacing w:before="10" w:after="8" w:line="245" w:lineRule="auto"/>
            </w:pPr>
            <w:r>
              <w:t>She not even letting you respond</w:t>
            </w:r>
          </w:p>
        </w:tc>
      </w:tr>
      <w:tr w:rsidR="00327BED" w14:paraId="0592EAE3" w14:textId="77777777">
        <w:trPr>
          <w:cantSplit/>
          <w:jc w:val="center"/>
        </w:trPr>
        <w:tc>
          <w:tcPr>
            <w:tcW w:w="778" w:type="dxa"/>
            <w:shd w:val="clear" w:color="auto" w:fill="313338"/>
            <w:tcMar>
              <w:top w:w="55" w:type="dxa"/>
              <w:left w:w="10" w:type="dxa"/>
              <w:bottom w:w="30" w:type="dxa"/>
              <w:right w:w="25" w:type="dxa"/>
            </w:tcMar>
          </w:tcPr>
          <w:p w14:paraId="2862E748" w14:textId="77777777" w:rsidR="00327BED" w:rsidRDefault="00000000">
            <w:r>
              <w:rPr>
                <w:noProof/>
              </w:rPr>
              <w:drawing>
                <wp:inline distT="0" distB="0" distL="0" distR="0" wp14:anchorId="71567649" wp14:editId="1D04AFA1">
                  <wp:extent cx="356616" cy="356616"/>
                  <wp:effectExtent l="0" t="0" r="0"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754F88EC" w14:textId="77777777" w:rsidR="00327BED" w:rsidRDefault="00000000">
            <w:pPr>
              <w:spacing w:after="24"/>
            </w:pPr>
            <w:r>
              <w:rPr>
                <w:b/>
                <w:color w:val="F0B232"/>
              </w:rPr>
              <w:t>Ev</w:t>
            </w:r>
            <w:r>
              <w:rPr>
                <w:color w:val="949BA4"/>
                <w:sz w:val="15"/>
              </w:rPr>
              <w:t xml:space="preserve">  10/05/2026 2:05 AM</w:t>
            </w:r>
          </w:p>
          <w:p w14:paraId="0744C8CA" w14:textId="77777777" w:rsidR="00327BED" w:rsidRDefault="00000000">
            <w:pPr>
              <w:spacing w:after="8" w:line="245" w:lineRule="auto"/>
            </w:pPr>
            <w:r>
              <w:t>"a picture of my hand pointing at ana means I'm going after every girl but you?"</w:t>
            </w:r>
          </w:p>
          <w:p w14:paraId="74D79504" w14:textId="77777777" w:rsidR="00327BED" w:rsidRDefault="00327BED">
            <w:pPr>
              <w:spacing w:line="84" w:lineRule="auto"/>
            </w:pPr>
          </w:p>
          <w:p w14:paraId="0D7CBE08" w14:textId="77777777" w:rsidR="00327BED" w:rsidRDefault="00000000">
            <w:pPr>
              <w:spacing w:before="10" w:after="8" w:line="245" w:lineRule="auto"/>
            </w:pPr>
            <w:r>
              <w:t>Dude this is genuinely funny I can't understand</w:t>
            </w:r>
          </w:p>
        </w:tc>
      </w:tr>
      <w:tr w:rsidR="00327BED" w14:paraId="3314C533" w14:textId="77777777">
        <w:trPr>
          <w:cantSplit/>
          <w:jc w:val="center"/>
        </w:trPr>
        <w:tc>
          <w:tcPr>
            <w:tcW w:w="778" w:type="dxa"/>
            <w:shd w:val="clear" w:color="auto" w:fill="313338"/>
            <w:tcMar>
              <w:top w:w="55" w:type="dxa"/>
              <w:left w:w="10" w:type="dxa"/>
              <w:bottom w:w="30" w:type="dxa"/>
              <w:right w:w="25" w:type="dxa"/>
            </w:tcMar>
          </w:tcPr>
          <w:p w14:paraId="7049BFDB" w14:textId="77777777" w:rsidR="00327BED" w:rsidRDefault="00000000">
            <w:r>
              <w:rPr>
                <w:noProof/>
              </w:rPr>
              <w:drawing>
                <wp:inline distT="0" distB="0" distL="0" distR="0" wp14:anchorId="57D2768C" wp14:editId="401AC881">
                  <wp:extent cx="356616" cy="356616"/>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8523A01" w14:textId="77777777" w:rsidR="00327BED" w:rsidRDefault="00000000">
            <w:pPr>
              <w:spacing w:after="24"/>
            </w:pPr>
            <w:r>
              <w:rPr>
                <w:b/>
              </w:rPr>
              <w:t>Aperation</w:t>
            </w:r>
            <w:r>
              <w:rPr>
                <w:color w:val="949BA4"/>
                <w:sz w:val="15"/>
              </w:rPr>
              <w:t xml:space="preserve">  10/05/2026 2:05 AM</w:t>
            </w:r>
          </w:p>
          <w:p w14:paraId="65882588" w14:textId="77777777" w:rsidR="00327BED" w:rsidRDefault="00000000">
            <w:pPr>
              <w:spacing w:after="8" w:line="245" w:lineRule="auto"/>
            </w:pPr>
            <w:r>
              <w:t>Holy fuck the fucking catalyst for this is you being sat on grass with Anna and pia</w:t>
            </w:r>
          </w:p>
        </w:tc>
      </w:tr>
      <w:tr w:rsidR="00327BED" w14:paraId="541A6D02" w14:textId="77777777">
        <w:trPr>
          <w:cantSplit/>
          <w:jc w:val="center"/>
        </w:trPr>
        <w:tc>
          <w:tcPr>
            <w:tcW w:w="778" w:type="dxa"/>
            <w:shd w:val="clear" w:color="auto" w:fill="313338"/>
            <w:tcMar>
              <w:top w:w="55" w:type="dxa"/>
              <w:left w:w="10" w:type="dxa"/>
              <w:bottom w:w="30" w:type="dxa"/>
              <w:right w:w="25" w:type="dxa"/>
            </w:tcMar>
          </w:tcPr>
          <w:p w14:paraId="3EDDF37E" w14:textId="77777777" w:rsidR="00327BED" w:rsidRDefault="00000000">
            <w:r>
              <w:rPr>
                <w:noProof/>
              </w:rPr>
              <w:drawing>
                <wp:inline distT="0" distB="0" distL="0" distR="0" wp14:anchorId="5E8AC910" wp14:editId="0D50609A">
                  <wp:extent cx="356616" cy="356616"/>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63D30AED" w14:textId="77777777" w:rsidR="00327BED" w:rsidRDefault="00000000">
            <w:pPr>
              <w:spacing w:after="24"/>
            </w:pPr>
            <w:r>
              <w:rPr>
                <w:b/>
                <w:color w:val="F0B232"/>
              </w:rPr>
              <w:t>Ev</w:t>
            </w:r>
            <w:r>
              <w:rPr>
                <w:color w:val="949BA4"/>
                <w:sz w:val="15"/>
              </w:rPr>
              <w:t xml:space="preserve">  10/05/2026 2:05 AM</w:t>
            </w:r>
          </w:p>
          <w:p w14:paraId="3257245A" w14:textId="77777777" w:rsidR="00327BED" w:rsidRDefault="00000000">
            <w:pPr>
              <w:spacing w:after="8" w:line="245" w:lineRule="auto"/>
            </w:pPr>
            <w:r>
              <w:t>That's retarded 😭</w:t>
            </w:r>
          </w:p>
        </w:tc>
      </w:tr>
      <w:tr w:rsidR="00327BED" w14:paraId="2C8F813B" w14:textId="77777777">
        <w:trPr>
          <w:cantSplit/>
          <w:jc w:val="center"/>
        </w:trPr>
        <w:tc>
          <w:tcPr>
            <w:tcW w:w="778" w:type="dxa"/>
            <w:shd w:val="clear" w:color="auto" w:fill="313338"/>
            <w:tcMar>
              <w:top w:w="55" w:type="dxa"/>
              <w:left w:w="10" w:type="dxa"/>
              <w:bottom w:w="30" w:type="dxa"/>
              <w:right w:w="25" w:type="dxa"/>
            </w:tcMar>
          </w:tcPr>
          <w:p w14:paraId="14D4B72D" w14:textId="77777777" w:rsidR="00327BED" w:rsidRDefault="00000000">
            <w:r>
              <w:rPr>
                <w:noProof/>
              </w:rPr>
              <w:drawing>
                <wp:inline distT="0" distB="0" distL="0" distR="0" wp14:anchorId="5F96BC1A" wp14:editId="34BB0837">
                  <wp:extent cx="356616" cy="356616"/>
                  <wp:effectExtent l="0" t="0" r="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3F83FDD5" w14:textId="77777777" w:rsidR="00327BED" w:rsidRDefault="00000000">
            <w:pPr>
              <w:spacing w:after="24"/>
            </w:pPr>
            <w:r>
              <w:rPr>
                <w:b/>
              </w:rPr>
              <w:t>Aperation</w:t>
            </w:r>
            <w:r>
              <w:rPr>
                <w:color w:val="949BA4"/>
                <w:sz w:val="15"/>
              </w:rPr>
              <w:t xml:space="preserve">  10/05/2026 2:05 AM</w:t>
            </w:r>
          </w:p>
          <w:p w14:paraId="45ADAEF8" w14:textId="77777777" w:rsidR="00327BED" w:rsidRDefault="00000000">
            <w:pPr>
              <w:spacing w:after="8" w:line="245" w:lineRule="auto"/>
            </w:pPr>
            <w:r>
              <w:t>And taking with Anna on chairs next to each other</w:t>
            </w:r>
          </w:p>
          <w:p w14:paraId="331E2AB9" w14:textId="77777777" w:rsidR="00327BED" w:rsidRDefault="00327BED">
            <w:pPr>
              <w:spacing w:line="84" w:lineRule="auto"/>
            </w:pPr>
          </w:p>
          <w:p w14:paraId="2759D1C0" w14:textId="77777777" w:rsidR="00327BED" w:rsidRDefault="00000000">
            <w:pPr>
              <w:spacing w:before="10" w:after="8" w:line="245" w:lineRule="auto"/>
            </w:pPr>
            <w:r>
              <w:t>Like holy fuck</w:t>
            </w:r>
          </w:p>
          <w:p w14:paraId="3BD084B9" w14:textId="77777777" w:rsidR="00327BED" w:rsidRDefault="00327BED">
            <w:pPr>
              <w:spacing w:line="84" w:lineRule="auto"/>
            </w:pPr>
          </w:p>
          <w:p w14:paraId="49807C1B" w14:textId="77777777" w:rsidR="00327BED" w:rsidRDefault="00000000">
            <w:pPr>
              <w:spacing w:before="10" w:after="8" w:line="245" w:lineRule="auto"/>
            </w:pPr>
            <w:r>
              <w:t>Meanwhile took no accountability for the instagram saying you didn’t say anything at the time</w:t>
            </w:r>
          </w:p>
          <w:p w14:paraId="6125FBE9" w14:textId="77777777" w:rsidR="00327BED" w:rsidRDefault="00327BED">
            <w:pPr>
              <w:spacing w:line="84" w:lineRule="auto"/>
            </w:pPr>
          </w:p>
          <w:p w14:paraId="093E0D43" w14:textId="77777777" w:rsidR="00327BED" w:rsidRDefault="00000000">
            <w:pPr>
              <w:spacing w:before="10" w:after="8" w:line="245" w:lineRule="auto"/>
            </w:pPr>
            <w:r>
              <w:t>When she says nothing until after parties</w:t>
            </w:r>
          </w:p>
        </w:tc>
      </w:tr>
      <w:tr w:rsidR="00327BED" w14:paraId="16639E87" w14:textId="77777777">
        <w:trPr>
          <w:cantSplit/>
          <w:jc w:val="center"/>
        </w:trPr>
        <w:tc>
          <w:tcPr>
            <w:tcW w:w="778" w:type="dxa"/>
            <w:shd w:val="clear" w:color="auto" w:fill="313338"/>
            <w:tcMar>
              <w:top w:w="55" w:type="dxa"/>
              <w:left w:w="10" w:type="dxa"/>
              <w:bottom w:w="30" w:type="dxa"/>
              <w:right w:w="25" w:type="dxa"/>
            </w:tcMar>
          </w:tcPr>
          <w:p w14:paraId="185D8FA0" w14:textId="77777777" w:rsidR="00327BED" w:rsidRDefault="00000000">
            <w:r>
              <w:rPr>
                <w:noProof/>
              </w:rPr>
              <w:drawing>
                <wp:inline distT="0" distB="0" distL="0" distR="0" wp14:anchorId="0636E67F" wp14:editId="033558AD">
                  <wp:extent cx="356616" cy="356616"/>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85BA2C6" w14:textId="77777777" w:rsidR="00327BED" w:rsidRDefault="00000000">
            <w:pPr>
              <w:spacing w:after="24"/>
            </w:pPr>
            <w:r>
              <w:rPr>
                <w:b/>
                <w:color w:val="F0B232"/>
              </w:rPr>
              <w:t>Ev</w:t>
            </w:r>
            <w:r>
              <w:rPr>
                <w:color w:val="949BA4"/>
                <w:sz w:val="15"/>
              </w:rPr>
              <w:t xml:space="preserve">  10/05/2026 2:06 AM</w:t>
            </w:r>
          </w:p>
          <w:p w14:paraId="4E8061DE" w14:textId="77777777" w:rsidR="00327BED" w:rsidRDefault="00000000">
            <w:pPr>
              <w:spacing w:after="8" w:line="245" w:lineRule="auto"/>
            </w:pPr>
            <w:r>
              <w:t>Guys</w:t>
            </w:r>
          </w:p>
          <w:p w14:paraId="2E37569E" w14:textId="77777777" w:rsidR="00327BED" w:rsidRDefault="00327BED">
            <w:pPr>
              <w:spacing w:line="84" w:lineRule="auto"/>
            </w:pPr>
          </w:p>
          <w:p w14:paraId="1C02C47E" w14:textId="77777777" w:rsidR="00327BED" w:rsidRDefault="00000000">
            <w:pPr>
              <w:spacing w:before="10" w:after="8" w:line="245" w:lineRule="auto"/>
            </w:pPr>
            <w:r>
              <w:t>The root problem</w:t>
            </w:r>
          </w:p>
          <w:p w14:paraId="3138C820" w14:textId="77777777" w:rsidR="00327BED" w:rsidRDefault="00327BED">
            <w:pPr>
              <w:spacing w:line="84" w:lineRule="auto"/>
            </w:pPr>
          </w:p>
          <w:p w14:paraId="6A624FDC" w14:textId="77777777" w:rsidR="00327BED" w:rsidRDefault="00000000">
            <w:pPr>
              <w:spacing w:before="10" w:after="8" w:line="245" w:lineRule="auto"/>
            </w:pPr>
            <w:r>
              <w:t>Is that she doesn't understand</w:t>
            </w:r>
          </w:p>
          <w:p w14:paraId="589E9BC3" w14:textId="77777777" w:rsidR="00327BED" w:rsidRDefault="00327BED">
            <w:pPr>
              <w:spacing w:line="84" w:lineRule="auto"/>
            </w:pPr>
          </w:p>
          <w:p w14:paraId="57CA76CF" w14:textId="77777777" w:rsidR="00327BED" w:rsidRDefault="00000000">
            <w:pPr>
              <w:spacing w:before="10" w:after="8" w:line="245" w:lineRule="auto"/>
            </w:pPr>
            <w:r>
              <w:t>What any of it means</w:t>
            </w:r>
          </w:p>
          <w:p w14:paraId="0D3CBD6B" w14:textId="77777777" w:rsidR="00327BED" w:rsidRDefault="00327BED">
            <w:pPr>
              <w:spacing w:line="84" w:lineRule="auto"/>
            </w:pPr>
          </w:p>
          <w:p w14:paraId="6E3B59A8" w14:textId="77777777" w:rsidR="00327BED" w:rsidRDefault="00000000">
            <w:pPr>
              <w:spacing w:before="10" w:after="8" w:line="245" w:lineRule="auto"/>
            </w:pPr>
            <w:r>
              <w:t>She doesn't understand how talking to new people and hugging and touching hands and legs doesn't mean anything</w:t>
            </w:r>
          </w:p>
          <w:p w14:paraId="75EB6D2D" w14:textId="77777777" w:rsidR="00327BED" w:rsidRDefault="00327BED">
            <w:pPr>
              <w:spacing w:line="84" w:lineRule="auto"/>
            </w:pPr>
          </w:p>
          <w:p w14:paraId="63C84DF5" w14:textId="77777777" w:rsidR="00327BED" w:rsidRDefault="00000000">
            <w:pPr>
              <w:spacing w:before="10" w:after="8" w:line="245" w:lineRule="auto"/>
            </w:pPr>
            <w:r>
              <w:t>She's never been buzzed drunk on a blanket talking getting to know people</w:t>
            </w:r>
          </w:p>
        </w:tc>
      </w:tr>
      <w:tr w:rsidR="00327BED" w14:paraId="0075F1E3" w14:textId="77777777">
        <w:trPr>
          <w:cantSplit/>
          <w:jc w:val="center"/>
        </w:trPr>
        <w:tc>
          <w:tcPr>
            <w:tcW w:w="778" w:type="dxa"/>
            <w:shd w:val="clear" w:color="auto" w:fill="313338"/>
            <w:tcMar>
              <w:top w:w="55" w:type="dxa"/>
              <w:left w:w="10" w:type="dxa"/>
              <w:bottom w:w="30" w:type="dxa"/>
              <w:right w:w="25" w:type="dxa"/>
            </w:tcMar>
          </w:tcPr>
          <w:p w14:paraId="06C55173" w14:textId="77777777" w:rsidR="00327BED" w:rsidRDefault="00000000">
            <w:r>
              <w:rPr>
                <w:noProof/>
              </w:rPr>
              <w:drawing>
                <wp:inline distT="0" distB="0" distL="0" distR="0" wp14:anchorId="3097A3B7" wp14:editId="4470662B">
                  <wp:extent cx="356616" cy="356616"/>
                  <wp:effectExtent l="0" t="0"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AD2694A" w14:textId="77777777" w:rsidR="00327BED" w:rsidRDefault="00000000">
            <w:pPr>
              <w:spacing w:after="24"/>
            </w:pPr>
            <w:r>
              <w:rPr>
                <w:b/>
              </w:rPr>
              <w:t>Aperation</w:t>
            </w:r>
            <w:r>
              <w:rPr>
                <w:color w:val="949BA4"/>
                <w:sz w:val="15"/>
              </w:rPr>
              <w:t xml:space="preserve">  10/05/2026 2:07 AM</w:t>
            </w:r>
          </w:p>
          <w:p w14:paraId="551E24C8" w14:textId="77777777" w:rsidR="00327BED" w:rsidRDefault="00000000">
            <w:pPr>
              <w:spacing w:after="8" w:line="245" w:lineRule="auto"/>
            </w:pPr>
            <w:r>
              <w:t>Yes say something like</w:t>
            </w:r>
          </w:p>
        </w:tc>
      </w:tr>
      <w:tr w:rsidR="00327BED" w14:paraId="58EA41AE" w14:textId="77777777">
        <w:trPr>
          <w:cantSplit/>
          <w:jc w:val="center"/>
        </w:trPr>
        <w:tc>
          <w:tcPr>
            <w:tcW w:w="778" w:type="dxa"/>
            <w:shd w:val="clear" w:color="auto" w:fill="313338"/>
            <w:tcMar>
              <w:top w:w="55" w:type="dxa"/>
              <w:left w:w="10" w:type="dxa"/>
              <w:bottom w:w="30" w:type="dxa"/>
              <w:right w:w="25" w:type="dxa"/>
            </w:tcMar>
          </w:tcPr>
          <w:p w14:paraId="47CD5427" w14:textId="77777777" w:rsidR="00327BED" w:rsidRDefault="00000000">
            <w:r>
              <w:rPr>
                <w:noProof/>
              </w:rPr>
              <w:drawing>
                <wp:inline distT="0" distB="0" distL="0" distR="0" wp14:anchorId="270C636D" wp14:editId="214F2457">
                  <wp:extent cx="356616" cy="356616"/>
                  <wp:effectExtent l="0" t="0" r="0"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2B2228F9" w14:textId="77777777" w:rsidR="00327BED" w:rsidRDefault="00000000">
            <w:pPr>
              <w:spacing w:after="24"/>
            </w:pPr>
            <w:r>
              <w:rPr>
                <w:b/>
                <w:color w:val="F0B232"/>
              </w:rPr>
              <w:t>Ev</w:t>
            </w:r>
            <w:r>
              <w:rPr>
                <w:color w:val="949BA4"/>
                <w:sz w:val="15"/>
              </w:rPr>
              <w:t xml:space="preserve">  10/05/2026 2:07 AM</w:t>
            </w:r>
          </w:p>
          <w:p w14:paraId="588A9E5D" w14:textId="77777777" w:rsidR="00327BED" w:rsidRDefault="00000000">
            <w:pPr>
              <w:spacing w:after="8" w:line="245" w:lineRule="auto"/>
            </w:pPr>
            <w:r>
              <w:t>She thinks she's being ignored just because you aren't agreeing with her</w:t>
            </w:r>
          </w:p>
        </w:tc>
      </w:tr>
      <w:tr w:rsidR="00327BED" w14:paraId="7219503F" w14:textId="77777777">
        <w:trPr>
          <w:cantSplit/>
          <w:jc w:val="center"/>
        </w:trPr>
        <w:tc>
          <w:tcPr>
            <w:tcW w:w="778" w:type="dxa"/>
            <w:shd w:val="clear" w:color="auto" w:fill="313338"/>
            <w:tcMar>
              <w:top w:w="55" w:type="dxa"/>
              <w:left w:w="10" w:type="dxa"/>
              <w:bottom w:w="30" w:type="dxa"/>
              <w:right w:w="25" w:type="dxa"/>
            </w:tcMar>
          </w:tcPr>
          <w:p w14:paraId="2DE69FA1" w14:textId="77777777" w:rsidR="00327BED" w:rsidRDefault="00000000">
            <w:r>
              <w:rPr>
                <w:noProof/>
              </w:rPr>
              <w:drawing>
                <wp:inline distT="0" distB="0" distL="0" distR="0" wp14:anchorId="7431EBFA" wp14:editId="3A36D5E0">
                  <wp:extent cx="356616" cy="356616"/>
                  <wp:effectExtent l="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0386C127" w14:textId="77777777" w:rsidR="00327BED" w:rsidRDefault="00000000">
            <w:pPr>
              <w:spacing w:after="24"/>
            </w:pPr>
            <w:r>
              <w:rPr>
                <w:b/>
              </w:rPr>
              <w:t>Aperation</w:t>
            </w:r>
            <w:r>
              <w:rPr>
                <w:color w:val="949BA4"/>
                <w:sz w:val="15"/>
              </w:rPr>
              <w:t xml:space="preserve">  10/05/2026 2:07 AM</w:t>
            </w:r>
          </w:p>
          <w:p w14:paraId="63ACAA97" w14:textId="77777777" w:rsidR="00327BED" w:rsidRDefault="00000000">
            <w:pPr>
              <w:spacing w:after="8" w:line="245" w:lineRule="auto"/>
            </w:pPr>
            <w:r>
              <w:t>Your taking pictures of me talking to three of your friends as a sign that I don’t want to chat to you and want other girls</w:t>
            </w:r>
          </w:p>
        </w:tc>
      </w:tr>
      <w:tr w:rsidR="00327BED" w14:paraId="7500CA3E" w14:textId="77777777">
        <w:trPr>
          <w:cantSplit/>
          <w:jc w:val="center"/>
        </w:trPr>
        <w:tc>
          <w:tcPr>
            <w:tcW w:w="778" w:type="dxa"/>
            <w:shd w:val="clear" w:color="auto" w:fill="313338"/>
            <w:tcMar>
              <w:top w:w="55" w:type="dxa"/>
              <w:left w:w="10" w:type="dxa"/>
              <w:bottom w:w="30" w:type="dxa"/>
              <w:right w:w="25" w:type="dxa"/>
            </w:tcMar>
          </w:tcPr>
          <w:p w14:paraId="50288895" w14:textId="77777777" w:rsidR="00327BED" w:rsidRDefault="00000000">
            <w:r>
              <w:rPr>
                <w:noProof/>
              </w:rPr>
              <w:drawing>
                <wp:inline distT="0" distB="0" distL="0" distR="0" wp14:anchorId="64B7B62F" wp14:editId="76D511AC">
                  <wp:extent cx="356616" cy="356616"/>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3E0C942C" w14:textId="77777777" w:rsidR="00327BED" w:rsidRDefault="00000000">
            <w:pPr>
              <w:spacing w:after="24"/>
            </w:pPr>
            <w:r>
              <w:rPr>
                <w:b/>
                <w:color w:val="F0B232"/>
              </w:rPr>
              <w:t>Ev</w:t>
            </w:r>
            <w:r>
              <w:rPr>
                <w:color w:val="949BA4"/>
                <w:sz w:val="15"/>
              </w:rPr>
              <w:t xml:space="preserve">  10/05/2026 2:08 AM</w:t>
            </w:r>
          </w:p>
          <w:p w14:paraId="039D1FE0" w14:textId="77777777" w:rsidR="00327BED" w:rsidRDefault="00000000">
            <w:pPr>
              <w:spacing w:after="8" w:line="245" w:lineRule="auto"/>
            </w:pPr>
            <w:r>
              <w:t>Does she ever come up to you and spark up an interesting convo</w:t>
            </w:r>
          </w:p>
          <w:p w14:paraId="3DDC7738" w14:textId="77777777" w:rsidR="00327BED" w:rsidRDefault="00327BED">
            <w:pPr>
              <w:spacing w:line="84" w:lineRule="auto"/>
            </w:pPr>
          </w:p>
          <w:p w14:paraId="4DD66494" w14:textId="77777777" w:rsidR="00327BED" w:rsidRDefault="00000000">
            <w:pPr>
              <w:spacing w:before="10" w:after="8" w:line="245" w:lineRule="auto"/>
            </w:pPr>
            <w:r>
              <w:t>Or just watch you and judge you</w:t>
            </w:r>
          </w:p>
          <w:p w14:paraId="34DD5550" w14:textId="77777777" w:rsidR="00327BED" w:rsidRDefault="00327BED">
            <w:pPr>
              <w:spacing w:line="84" w:lineRule="auto"/>
            </w:pPr>
          </w:p>
          <w:p w14:paraId="2A1EA5D8" w14:textId="77777777" w:rsidR="00327BED" w:rsidRDefault="00000000">
            <w:pPr>
              <w:spacing w:before="10" w:after="8" w:line="245" w:lineRule="auto"/>
            </w:pPr>
            <w:r>
              <w:t>Good stuff</w:t>
            </w:r>
          </w:p>
          <w:p w14:paraId="74CD29C1" w14:textId="77777777" w:rsidR="00327BED" w:rsidRDefault="00327BED">
            <w:pPr>
              <w:spacing w:line="84" w:lineRule="auto"/>
            </w:pPr>
          </w:p>
          <w:p w14:paraId="7DC7CC97" w14:textId="77777777" w:rsidR="00327BED" w:rsidRDefault="00000000">
            <w:pPr>
              <w:spacing w:before="10" w:after="8" w:line="245" w:lineRule="auto"/>
            </w:pPr>
            <w:r>
              <w:t>But she's always mad</w:t>
            </w:r>
          </w:p>
        </w:tc>
      </w:tr>
      <w:tr w:rsidR="00327BED" w14:paraId="2967EE06" w14:textId="77777777">
        <w:trPr>
          <w:cantSplit/>
          <w:jc w:val="center"/>
        </w:trPr>
        <w:tc>
          <w:tcPr>
            <w:tcW w:w="778" w:type="dxa"/>
            <w:shd w:val="clear" w:color="auto" w:fill="313338"/>
            <w:tcMar>
              <w:top w:w="55" w:type="dxa"/>
              <w:left w:w="10" w:type="dxa"/>
              <w:bottom w:w="30" w:type="dxa"/>
              <w:right w:w="25" w:type="dxa"/>
            </w:tcMar>
          </w:tcPr>
          <w:p w14:paraId="3A5BA36F" w14:textId="77777777" w:rsidR="00327BED" w:rsidRDefault="00000000">
            <w:r>
              <w:rPr>
                <w:noProof/>
              </w:rPr>
              <w:lastRenderedPageBreak/>
              <w:drawing>
                <wp:inline distT="0" distB="0" distL="0" distR="0" wp14:anchorId="6713E333" wp14:editId="01001524">
                  <wp:extent cx="356616" cy="356616"/>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6899BD5A" w14:textId="77777777" w:rsidR="00327BED" w:rsidRDefault="00000000">
            <w:pPr>
              <w:spacing w:after="24"/>
            </w:pPr>
            <w:r>
              <w:rPr>
                <w:b/>
              </w:rPr>
              <w:t>Aperation</w:t>
            </w:r>
            <w:r>
              <w:rPr>
                <w:color w:val="949BA4"/>
                <w:sz w:val="15"/>
              </w:rPr>
              <w:t xml:space="preserve">  10/05/2026 2:09 AM</w:t>
            </w:r>
          </w:p>
          <w:p w14:paraId="6D021257" w14:textId="77777777" w:rsidR="00327BED" w:rsidRDefault="00000000">
            <w:pPr>
              <w:spacing w:after="8" w:line="245" w:lineRule="auto"/>
            </w:pPr>
            <w:r>
              <w:t>And there’s been hella times you try to meet</w:t>
            </w:r>
          </w:p>
          <w:p w14:paraId="03867BFC" w14:textId="77777777" w:rsidR="00327BED" w:rsidRDefault="00327BED">
            <w:pPr>
              <w:spacing w:line="84" w:lineRule="auto"/>
            </w:pPr>
          </w:p>
          <w:p w14:paraId="594F2712" w14:textId="77777777" w:rsidR="00327BED" w:rsidRDefault="00000000">
            <w:pPr>
              <w:spacing w:before="10" w:after="8" w:line="245" w:lineRule="auto"/>
            </w:pPr>
            <w:r>
              <w:t>You’ve told us abt some before when we have these arguments</w:t>
            </w:r>
          </w:p>
          <w:p w14:paraId="4C9AC40A" w14:textId="77777777" w:rsidR="00327BED" w:rsidRDefault="00327BED">
            <w:pPr>
              <w:spacing w:line="84" w:lineRule="auto"/>
            </w:pPr>
          </w:p>
          <w:p w14:paraId="685FA00D" w14:textId="77777777" w:rsidR="00327BED" w:rsidRDefault="00000000">
            <w:pPr>
              <w:spacing w:before="10" w:after="8" w:line="245" w:lineRule="auto"/>
            </w:pPr>
            <w:r>
              <w:t>Genuinely the most circular conservation and thought process fuck sakes</w:t>
            </w:r>
          </w:p>
          <w:p w14:paraId="378C0C8F" w14:textId="77777777" w:rsidR="00327BED" w:rsidRDefault="00327BED">
            <w:pPr>
              <w:spacing w:line="84" w:lineRule="auto"/>
            </w:pPr>
          </w:p>
          <w:p w14:paraId="12CA8AC4" w14:textId="77777777" w:rsidR="00327BED" w:rsidRDefault="00000000">
            <w:pPr>
              <w:spacing w:before="10" w:after="8" w:line="245" w:lineRule="auto"/>
            </w:pPr>
            <w:r>
              <w:t>Conversation*</w:t>
            </w:r>
          </w:p>
          <w:p w14:paraId="7F3A393F" w14:textId="77777777" w:rsidR="00327BED" w:rsidRDefault="00327BED">
            <w:pPr>
              <w:spacing w:line="84" w:lineRule="auto"/>
            </w:pPr>
          </w:p>
          <w:p w14:paraId="77B320FE" w14:textId="77777777" w:rsidR="00327BED" w:rsidRDefault="00000000">
            <w:pPr>
              <w:spacing w:before="10" w:after="8" w:line="245" w:lineRule="auto"/>
            </w:pPr>
            <w:r>
              <w:t>Like bear in mind her sign from this party too aren’t interested in her is talking to ppl and then not talking to her when she’s the sober one and your drunk just talking to whoever speaks to you</w:t>
            </w:r>
          </w:p>
          <w:p w14:paraId="2E059AE6" w14:textId="77777777" w:rsidR="00327BED" w:rsidRDefault="00327BED">
            <w:pPr>
              <w:spacing w:line="84" w:lineRule="auto"/>
            </w:pPr>
          </w:p>
          <w:p w14:paraId="28142F51" w14:textId="77777777" w:rsidR="00327BED" w:rsidRDefault="00000000">
            <w:pPr>
              <w:spacing w:before="10" w:after="8" w:line="245" w:lineRule="auto"/>
            </w:pPr>
            <w:r>
              <w:t>Erm you were not gone in 20 mins we were still playing fucking cards</w:t>
            </w:r>
          </w:p>
        </w:tc>
      </w:tr>
      <w:tr w:rsidR="00327BED" w14:paraId="2F7CD84E" w14:textId="77777777">
        <w:trPr>
          <w:cantSplit/>
          <w:jc w:val="center"/>
        </w:trPr>
        <w:tc>
          <w:tcPr>
            <w:tcW w:w="778" w:type="dxa"/>
            <w:shd w:val="clear" w:color="auto" w:fill="313338"/>
            <w:tcMar>
              <w:top w:w="55" w:type="dxa"/>
              <w:left w:w="10" w:type="dxa"/>
              <w:bottom w:w="30" w:type="dxa"/>
              <w:right w:w="25" w:type="dxa"/>
            </w:tcMar>
          </w:tcPr>
          <w:p w14:paraId="13232D7B" w14:textId="77777777" w:rsidR="00327BED" w:rsidRDefault="00000000">
            <w:r>
              <w:rPr>
                <w:noProof/>
              </w:rPr>
              <w:drawing>
                <wp:inline distT="0" distB="0" distL="0" distR="0" wp14:anchorId="7B37B1FC" wp14:editId="22B3FB53">
                  <wp:extent cx="356616" cy="356616"/>
                  <wp:effectExtent l="0" t="0" r="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7947E3B" w14:textId="77777777" w:rsidR="00327BED" w:rsidRDefault="00000000">
            <w:pPr>
              <w:spacing w:after="24"/>
            </w:pPr>
            <w:r>
              <w:rPr>
                <w:b/>
                <w:color w:val="F0B232"/>
              </w:rPr>
              <w:t>Ev</w:t>
            </w:r>
            <w:r>
              <w:rPr>
                <w:color w:val="949BA4"/>
                <w:sz w:val="15"/>
              </w:rPr>
              <w:t xml:space="preserve">  10/05/2026 2:11 AM</w:t>
            </w:r>
          </w:p>
          <w:p w14:paraId="26BB8044" w14:textId="77777777" w:rsidR="00327BED" w:rsidRDefault="00000000">
            <w:pPr>
              <w:spacing w:after="8" w:line="245" w:lineRule="auto"/>
            </w:pPr>
            <w:r>
              <w:t>Parties are to socialize with people you have no other reason to see, if she wants your attention she should try and see you</w:t>
            </w:r>
          </w:p>
          <w:p w14:paraId="02347A96" w14:textId="77777777" w:rsidR="00327BED" w:rsidRDefault="00327BED">
            <w:pPr>
              <w:spacing w:line="84" w:lineRule="auto"/>
            </w:pPr>
          </w:p>
          <w:p w14:paraId="324F83B7" w14:textId="77777777" w:rsidR="00327BED" w:rsidRDefault="00000000">
            <w:pPr>
              <w:spacing w:before="10" w:after="8" w:line="245" w:lineRule="auto"/>
            </w:pPr>
            <w:r>
              <w:t>That's how relationships work</w:t>
            </w:r>
          </w:p>
        </w:tc>
      </w:tr>
      <w:tr w:rsidR="00327BED" w14:paraId="5DFCCD2B" w14:textId="77777777">
        <w:trPr>
          <w:cantSplit/>
          <w:jc w:val="center"/>
        </w:trPr>
        <w:tc>
          <w:tcPr>
            <w:tcW w:w="778" w:type="dxa"/>
            <w:shd w:val="clear" w:color="auto" w:fill="313338"/>
            <w:tcMar>
              <w:top w:w="55" w:type="dxa"/>
              <w:left w:w="10" w:type="dxa"/>
              <w:bottom w:w="30" w:type="dxa"/>
              <w:right w:w="25" w:type="dxa"/>
            </w:tcMar>
          </w:tcPr>
          <w:p w14:paraId="6382E420" w14:textId="77777777" w:rsidR="00327BED" w:rsidRDefault="00000000">
            <w:r>
              <w:rPr>
                <w:noProof/>
              </w:rPr>
              <w:drawing>
                <wp:inline distT="0" distB="0" distL="0" distR="0" wp14:anchorId="6DBD5805" wp14:editId="13E6B2DA">
                  <wp:extent cx="356616" cy="356616"/>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2F769DE1" w14:textId="77777777" w:rsidR="00327BED" w:rsidRDefault="00000000">
            <w:pPr>
              <w:spacing w:after="24"/>
            </w:pPr>
            <w:r>
              <w:rPr>
                <w:b/>
              </w:rPr>
              <w:t>Aperation</w:t>
            </w:r>
            <w:r>
              <w:rPr>
                <w:color w:val="949BA4"/>
                <w:sz w:val="15"/>
              </w:rPr>
              <w:t xml:space="preserve">  10/05/2026 2:12 AM</w:t>
            </w:r>
          </w:p>
          <w:p w14:paraId="74939D0C" w14:textId="77777777" w:rsidR="00327BED" w:rsidRDefault="00000000">
            <w:pPr>
              <w:spacing w:after="8" w:line="245" w:lineRule="auto"/>
            </w:pPr>
            <w:r>
              <w:t>And bare in mind there’s genuinely 10x the photos of you and her compared to espionage and jarring with their bfs</w:t>
            </w:r>
          </w:p>
        </w:tc>
      </w:tr>
      <w:tr w:rsidR="00327BED" w14:paraId="2FB9B78E" w14:textId="77777777">
        <w:trPr>
          <w:cantSplit/>
          <w:jc w:val="center"/>
        </w:trPr>
        <w:tc>
          <w:tcPr>
            <w:tcW w:w="778" w:type="dxa"/>
            <w:shd w:val="clear" w:color="auto" w:fill="313338"/>
            <w:tcMar>
              <w:top w:w="55" w:type="dxa"/>
              <w:left w:w="10" w:type="dxa"/>
              <w:bottom w:w="30" w:type="dxa"/>
              <w:right w:w="25" w:type="dxa"/>
            </w:tcMar>
          </w:tcPr>
          <w:p w14:paraId="4657D58B" w14:textId="77777777" w:rsidR="00327BED" w:rsidRDefault="00000000">
            <w:r>
              <w:rPr>
                <w:noProof/>
              </w:rPr>
              <w:drawing>
                <wp:inline distT="0" distB="0" distL="0" distR="0" wp14:anchorId="14681291" wp14:editId="779CEF15">
                  <wp:extent cx="356616" cy="356616"/>
                  <wp:effectExtent l="0" t="0" r="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32A8170E" w14:textId="77777777" w:rsidR="00327BED" w:rsidRDefault="00000000">
            <w:pPr>
              <w:spacing w:after="24"/>
            </w:pPr>
            <w:r>
              <w:rPr>
                <w:b/>
                <w:color w:val="F0B232"/>
              </w:rPr>
              <w:t>Ev</w:t>
            </w:r>
            <w:r>
              <w:rPr>
                <w:color w:val="949BA4"/>
                <w:sz w:val="15"/>
              </w:rPr>
              <w:t xml:space="preserve">  10/05/2026 2:12 AM</w:t>
            </w:r>
          </w:p>
          <w:p w14:paraId="75893A97" w14:textId="77777777" w:rsidR="00327BED" w:rsidRDefault="00000000">
            <w:pPr>
              <w:spacing w:after="8" w:line="245" w:lineRule="auto"/>
            </w:pPr>
            <w:r>
              <w:t>YEAAHH</w:t>
            </w:r>
          </w:p>
          <w:p w14:paraId="2C99B023" w14:textId="77777777" w:rsidR="00327BED" w:rsidRDefault="00327BED">
            <w:pPr>
              <w:spacing w:line="84" w:lineRule="auto"/>
            </w:pPr>
          </w:p>
          <w:p w14:paraId="1F06FD2B" w14:textId="77777777" w:rsidR="00327BED" w:rsidRDefault="00000000">
            <w:pPr>
              <w:spacing w:before="10" w:after="8" w:line="245" w:lineRule="auto"/>
            </w:pPr>
            <w:r>
              <w:t>Bring that you</w:t>
            </w:r>
          </w:p>
          <w:p w14:paraId="6A2B14EA" w14:textId="77777777" w:rsidR="00327BED" w:rsidRDefault="00327BED">
            <w:pPr>
              <w:spacing w:line="84" w:lineRule="auto"/>
            </w:pPr>
          </w:p>
          <w:p w14:paraId="11CE3AFD" w14:textId="77777777" w:rsidR="00327BED" w:rsidRDefault="00000000">
            <w:pPr>
              <w:spacing w:before="10" w:after="8" w:line="245" w:lineRule="auto"/>
            </w:pPr>
            <w:r>
              <w:t>Up*</w:t>
            </w:r>
          </w:p>
        </w:tc>
      </w:tr>
      <w:tr w:rsidR="00327BED" w14:paraId="04D91DC0" w14:textId="77777777">
        <w:trPr>
          <w:cantSplit/>
          <w:jc w:val="center"/>
        </w:trPr>
        <w:tc>
          <w:tcPr>
            <w:tcW w:w="778" w:type="dxa"/>
            <w:shd w:val="clear" w:color="auto" w:fill="313338"/>
            <w:tcMar>
              <w:top w:w="55" w:type="dxa"/>
              <w:left w:w="10" w:type="dxa"/>
              <w:bottom w:w="30" w:type="dxa"/>
              <w:right w:w="25" w:type="dxa"/>
            </w:tcMar>
          </w:tcPr>
          <w:p w14:paraId="02C38C8B" w14:textId="77777777" w:rsidR="00327BED" w:rsidRDefault="00000000">
            <w:r>
              <w:rPr>
                <w:noProof/>
              </w:rPr>
              <w:drawing>
                <wp:inline distT="0" distB="0" distL="0" distR="0" wp14:anchorId="5A8CF17D" wp14:editId="6C1921CC">
                  <wp:extent cx="356616" cy="356616"/>
                  <wp:effectExtent l="0" t="0" r="0" b="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22F36EB0" w14:textId="77777777" w:rsidR="00327BED" w:rsidRDefault="00000000">
            <w:pPr>
              <w:spacing w:after="24"/>
            </w:pPr>
            <w:r>
              <w:rPr>
                <w:b/>
              </w:rPr>
              <w:t>Aperation</w:t>
            </w:r>
            <w:r>
              <w:rPr>
                <w:color w:val="949BA4"/>
                <w:sz w:val="15"/>
              </w:rPr>
              <w:t xml:space="preserve">  10/05/2026 2:12 AM</w:t>
            </w:r>
          </w:p>
          <w:p w14:paraId="6FEA26A3" w14:textId="77777777" w:rsidR="00327BED" w:rsidRDefault="00000000">
            <w:pPr>
              <w:spacing w:after="8" w:line="245" w:lineRule="auto"/>
            </w:pPr>
            <w:r>
              <w:t>Like if any of the bfs make an effort it’s you</w:t>
            </w:r>
          </w:p>
        </w:tc>
      </w:tr>
      <w:tr w:rsidR="00327BED" w14:paraId="69F50822" w14:textId="77777777">
        <w:trPr>
          <w:cantSplit/>
          <w:jc w:val="center"/>
        </w:trPr>
        <w:tc>
          <w:tcPr>
            <w:tcW w:w="778" w:type="dxa"/>
            <w:shd w:val="clear" w:color="auto" w:fill="313338"/>
            <w:tcMar>
              <w:top w:w="55" w:type="dxa"/>
              <w:left w:w="10" w:type="dxa"/>
              <w:bottom w:w="30" w:type="dxa"/>
              <w:right w:w="25" w:type="dxa"/>
            </w:tcMar>
          </w:tcPr>
          <w:p w14:paraId="1856FCD5" w14:textId="77777777" w:rsidR="00327BED" w:rsidRDefault="00000000">
            <w:r>
              <w:rPr>
                <w:noProof/>
              </w:rPr>
              <w:drawing>
                <wp:inline distT="0" distB="0" distL="0" distR="0" wp14:anchorId="1B3283B3" wp14:editId="7BF335C7">
                  <wp:extent cx="356616" cy="356616"/>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C2E460D" w14:textId="77777777" w:rsidR="00327BED" w:rsidRDefault="00000000">
            <w:pPr>
              <w:spacing w:after="24"/>
            </w:pPr>
            <w:r>
              <w:rPr>
                <w:b/>
                <w:color w:val="F0B232"/>
              </w:rPr>
              <w:t>Ev</w:t>
            </w:r>
            <w:r>
              <w:rPr>
                <w:color w:val="949BA4"/>
                <w:sz w:val="15"/>
              </w:rPr>
              <w:t xml:space="preserve">  10/05/2026 2:12 AM</w:t>
            </w:r>
          </w:p>
          <w:p w14:paraId="76425648" w14:textId="77777777" w:rsidR="00327BED" w:rsidRDefault="00000000">
            <w:pPr>
              <w:spacing w:after="8" w:line="245" w:lineRule="auto"/>
            </w:pPr>
            <w:r>
              <w:t>Yeah because it's true</w:t>
            </w:r>
          </w:p>
        </w:tc>
      </w:tr>
      <w:tr w:rsidR="00327BED" w14:paraId="7D605F70" w14:textId="77777777">
        <w:trPr>
          <w:cantSplit/>
          <w:jc w:val="center"/>
        </w:trPr>
        <w:tc>
          <w:tcPr>
            <w:tcW w:w="778" w:type="dxa"/>
            <w:shd w:val="clear" w:color="auto" w:fill="313338"/>
            <w:tcMar>
              <w:top w:w="55" w:type="dxa"/>
              <w:left w:w="10" w:type="dxa"/>
              <w:bottom w:w="30" w:type="dxa"/>
              <w:right w:w="25" w:type="dxa"/>
            </w:tcMar>
          </w:tcPr>
          <w:p w14:paraId="7845E37B" w14:textId="77777777" w:rsidR="00327BED" w:rsidRDefault="00000000">
            <w:r>
              <w:rPr>
                <w:noProof/>
              </w:rPr>
              <w:drawing>
                <wp:inline distT="0" distB="0" distL="0" distR="0" wp14:anchorId="3C6305A2" wp14:editId="3DDBF8E2">
                  <wp:extent cx="356616" cy="356616"/>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2C34CB70" w14:textId="77777777" w:rsidR="00327BED" w:rsidRDefault="00000000">
            <w:pPr>
              <w:spacing w:after="24"/>
            </w:pPr>
            <w:r>
              <w:rPr>
                <w:b/>
              </w:rPr>
              <w:t>Aperation</w:t>
            </w:r>
            <w:r>
              <w:rPr>
                <w:color w:val="949BA4"/>
                <w:sz w:val="15"/>
              </w:rPr>
              <w:t xml:space="preserve">  10/05/2026 2:13 AM</w:t>
            </w:r>
          </w:p>
          <w:p w14:paraId="006D54F1" w14:textId="77777777" w:rsidR="00327BED" w:rsidRDefault="00000000">
            <w:pPr>
              <w:spacing w:after="8" w:line="245" w:lineRule="auto"/>
            </w:pPr>
            <w:r>
              <w:t>Damn fucking right</w:t>
            </w:r>
          </w:p>
        </w:tc>
      </w:tr>
      <w:tr w:rsidR="00327BED" w14:paraId="688977A0" w14:textId="77777777">
        <w:trPr>
          <w:cantSplit/>
          <w:jc w:val="center"/>
        </w:trPr>
        <w:tc>
          <w:tcPr>
            <w:tcW w:w="778" w:type="dxa"/>
            <w:shd w:val="clear" w:color="auto" w:fill="313338"/>
            <w:tcMar>
              <w:top w:w="55" w:type="dxa"/>
              <w:left w:w="10" w:type="dxa"/>
              <w:bottom w:w="30" w:type="dxa"/>
              <w:right w:w="25" w:type="dxa"/>
            </w:tcMar>
          </w:tcPr>
          <w:p w14:paraId="753A4D3D" w14:textId="77777777" w:rsidR="00327BED" w:rsidRDefault="00000000">
            <w:r>
              <w:rPr>
                <w:noProof/>
              </w:rPr>
              <w:drawing>
                <wp:inline distT="0" distB="0" distL="0" distR="0" wp14:anchorId="3AE7D88F" wp14:editId="6B6BB359">
                  <wp:extent cx="356616" cy="356616"/>
                  <wp:effectExtent l="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8B204C9" w14:textId="77777777" w:rsidR="00327BED" w:rsidRDefault="00000000">
            <w:pPr>
              <w:spacing w:after="24"/>
            </w:pPr>
            <w:r>
              <w:rPr>
                <w:b/>
                <w:color w:val="F0B232"/>
              </w:rPr>
              <w:t>Ev</w:t>
            </w:r>
            <w:r>
              <w:rPr>
                <w:color w:val="949BA4"/>
                <w:sz w:val="15"/>
              </w:rPr>
              <w:t xml:space="preserve">  10/05/2026 2:13 AM</w:t>
            </w:r>
          </w:p>
          <w:p w14:paraId="406E74F3" w14:textId="77777777" w:rsidR="00327BED" w:rsidRDefault="00000000">
            <w:pPr>
              <w:spacing w:after="8" w:line="245" w:lineRule="auto"/>
            </w:pPr>
            <w:r>
              <w:t>HAHAHA</w:t>
            </w:r>
          </w:p>
        </w:tc>
      </w:tr>
      <w:tr w:rsidR="00327BED" w14:paraId="2602469D" w14:textId="77777777">
        <w:trPr>
          <w:cantSplit/>
          <w:jc w:val="center"/>
        </w:trPr>
        <w:tc>
          <w:tcPr>
            <w:tcW w:w="778" w:type="dxa"/>
            <w:shd w:val="clear" w:color="auto" w:fill="313338"/>
            <w:tcMar>
              <w:top w:w="55" w:type="dxa"/>
              <w:left w:w="10" w:type="dxa"/>
              <w:bottom w:w="30" w:type="dxa"/>
              <w:right w:w="25" w:type="dxa"/>
            </w:tcMar>
          </w:tcPr>
          <w:p w14:paraId="7CBF1DCC" w14:textId="77777777" w:rsidR="00327BED" w:rsidRDefault="00000000">
            <w:r>
              <w:rPr>
                <w:noProof/>
              </w:rPr>
              <w:drawing>
                <wp:inline distT="0" distB="0" distL="0" distR="0" wp14:anchorId="1DCC4F86" wp14:editId="42139AA0">
                  <wp:extent cx="356616" cy="356616"/>
                  <wp:effectExtent l="0" t="0" r="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AE711CC" w14:textId="77777777" w:rsidR="00327BED" w:rsidRDefault="00000000">
            <w:pPr>
              <w:spacing w:after="24"/>
            </w:pPr>
            <w:r>
              <w:rPr>
                <w:b/>
              </w:rPr>
              <w:t>Aperation</w:t>
            </w:r>
            <w:r>
              <w:rPr>
                <w:color w:val="949BA4"/>
                <w:sz w:val="15"/>
              </w:rPr>
              <w:t xml:space="preserve">  10/05/2026 2:13 AM</w:t>
            </w:r>
          </w:p>
          <w:p w14:paraId="1DA28E29" w14:textId="77777777" w:rsidR="00327BED" w:rsidRDefault="00000000">
            <w:pPr>
              <w:spacing w:after="8" w:line="245" w:lineRule="auto"/>
            </w:pPr>
            <w:r>
              <w:t>SHE SPENT</w:t>
            </w:r>
          </w:p>
          <w:p w14:paraId="00348694" w14:textId="77777777" w:rsidR="00327BED" w:rsidRDefault="00327BED">
            <w:pPr>
              <w:spacing w:line="84" w:lineRule="auto"/>
            </w:pPr>
          </w:p>
          <w:p w14:paraId="7A1B7A68" w14:textId="77777777" w:rsidR="00327BED" w:rsidRDefault="00000000">
            <w:pPr>
              <w:spacing w:before="10" w:after="8" w:line="245" w:lineRule="auto"/>
            </w:pPr>
            <w:r>
              <w:t>THE WHOLR PARTY</w:t>
            </w:r>
          </w:p>
          <w:p w14:paraId="0B33F327" w14:textId="77777777" w:rsidR="00327BED" w:rsidRDefault="00327BED">
            <w:pPr>
              <w:spacing w:line="84" w:lineRule="auto"/>
            </w:pPr>
          </w:p>
          <w:p w14:paraId="6303DB55" w14:textId="77777777" w:rsidR="00327BED" w:rsidRDefault="00000000">
            <w:pPr>
              <w:spacing w:before="10" w:after="8" w:line="245" w:lineRule="auto"/>
            </w:pPr>
            <w:r>
              <w:t>WITH HER FUCJING FRIENDS</w:t>
            </w:r>
          </w:p>
        </w:tc>
      </w:tr>
      <w:tr w:rsidR="00327BED" w14:paraId="361374E8" w14:textId="77777777">
        <w:trPr>
          <w:cantSplit/>
          <w:jc w:val="center"/>
        </w:trPr>
        <w:tc>
          <w:tcPr>
            <w:tcW w:w="778" w:type="dxa"/>
            <w:shd w:val="clear" w:color="auto" w:fill="313338"/>
            <w:tcMar>
              <w:top w:w="55" w:type="dxa"/>
              <w:left w:w="10" w:type="dxa"/>
              <w:bottom w:w="30" w:type="dxa"/>
              <w:right w:w="25" w:type="dxa"/>
            </w:tcMar>
          </w:tcPr>
          <w:p w14:paraId="405BBCBE" w14:textId="77777777" w:rsidR="00327BED" w:rsidRDefault="00000000">
            <w:r>
              <w:rPr>
                <w:noProof/>
              </w:rPr>
              <w:drawing>
                <wp:inline distT="0" distB="0" distL="0" distR="0" wp14:anchorId="051FC8E4" wp14:editId="2F6A815C">
                  <wp:extent cx="356616" cy="356616"/>
                  <wp:effectExtent l="0" t="0" r="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A649859" w14:textId="77777777" w:rsidR="00327BED" w:rsidRDefault="00000000">
            <w:pPr>
              <w:spacing w:after="24"/>
            </w:pPr>
            <w:r>
              <w:rPr>
                <w:b/>
                <w:color w:val="F0B232"/>
              </w:rPr>
              <w:t>Ev</w:t>
            </w:r>
            <w:r>
              <w:rPr>
                <w:color w:val="949BA4"/>
                <w:sz w:val="15"/>
              </w:rPr>
              <w:t xml:space="preserve">  10/05/2026 2:13 AM</w:t>
            </w:r>
          </w:p>
          <w:p w14:paraId="20354136" w14:textId="77777777" w:rsidR="00327BED" w:rsidRDefault="00000000">
            <w:pPr>
              <w:spacing w:after="8" w:line="245" w:lineRule="auto"/>
            </w:pPr>
            <w:r>
              <w:t>W OSKARRR</w:t>
            </w:r>
          </w:p>
        </w:tc>
      </w:tr>
      <w:tr w:rsidR="00327BED" w14:paraId="517DCE64" w14:textId="77777777">
        <w:trPr>
          <w:cantSplit/>
          <w:jc w:val="center"/>
        </w:trPr>
        <w:tc>
          <w:tcPr>
            <w:tcW w:w="778" w:type="dxa"/>
            <w:shd w:val="clear" w:color="auto" w:fill="313338"/>
            <w:tcMar>
              <w:top w:w="55" w:type="dxa"/>
              <w:left w:w="10" w:type="dxa"/>
              <w:bottom w:w="30" w:type="dxa"/>
              <w:right w:w="25" w:type="dxa"/>
            </w:tcMar>
          </w:tcPr>
          <w:p w14:paraId="2378BC47" w14:textId="77777777" w:rsidR="00327BED" w:rsidRDefault="00000000">
            <w:r>
              <w:rPr>
                <w:noProof/>
              </w:rPr>
              <w:drawing>
                <wp:inline distT="0" distB="0" distL="0" distR="0" wp14:anchorId="23F1788C" wp14:editId="01AA4956">
                  <wp:extent cx="356616" cy="356616"/>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69DBBB05" w14:textId="77777777" w:rsidR="00327BED" w:rsidRDefault="00000000">
            <w:pPr>
              <w:spacing w:after="24"/>
            </w:pPr>
            <w:r>
              <w:rPr>
                <w:b/>
              </w:rPr>
              <w:t>Aperation</w:t>
            </w:r>
            <w:r>
              <w:rPr>
                <w:color w:val="949BA4"/>
                <w:sz w:val="15"/>
              </w:rPr>
              <w:t xml:space="preserve">  10/05/2026 2:13 AM</w:t>
            </w:r>
          </w:p>
          <w:p w14:paraId="2DA296BE" w14:textId="77777777" w:rsidR="00327BED" w:rsidRDefault="00000000">
            <w:pPr>
              <w:spacing w:after="8" w:line="245" w:lineRule="auto"/>
            </w:pPr>
            <w:r>
              <w:t>SHE LITERALLY SPOKE TO ME FOR A BIT AND THATD ABT IT</w:t>
            </w:r>
          </w:p>
        </w:tc>
      </w:tr>
      <w:tr w:rsidR="00327BED" w14:paraId="2E78FAF3" w14:textId="77777777">
        <w:trPr>
          <w:cantSplit/>
          <w:jc w:val="center"/>
        </w:trPr>
        <w:tc>
          <w:tcPr>
            <w:tcW w:w="778" w:type="dxa"/>
            <w:shd w:val="clear" w:color="auto" w:fill="313338"/>
            <w:tcMar>
              <w:top w:w="55" w:type="dxa"/>
              <w:left w:w="10" w:type="dxa"/>
              <w:bottom w:w="30" w:type="dxa"/>
              <w:right w:w="25" w:type="dxa"/>
            </w:tcMar>
          </w:tcPr>
          <w:p w14:paraId="6263A439" w14:textId="77777777" w:rsidR="00327BED" w:rsidRDefault="00000000">
            <w:r>
              <w:rPr>
                <w:noProof/>
              </w:rPr>
              <w:drawing>
                <wp:inline distT="0" distB="0" distL="0" distR="0" wp14:anchorId="7CCC1DBD" wp14:editId="3D9DD007">
                  <wp:extent cx="356616" cy="356616"/>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23A00D01" w14:textId="77777777" w:rsidR="00327BED" w:rsidRDefault="00000000">
            <w:pPr>
              <w:spacing w:after="24"/>
            </w:pPr>
            <w:r>
              <w:rPr>
                <w:b/>
                <w:color w:val="F0B232"/>
              </w:rPr>
              <w:t>Ev</w:t>
            </w:r>
            <w:r>
              <w:rPr>
                <w:color w:val="949BA4"/>
                <w:sz w:val="15"/>
              </w:rPr>
              <w:t xml:space="preserve">  10/05/2026 2:14 AM</w:t>
            </w:r>
          </w:p>
          <w:p w14:paraId="4E1FA13A" w14:textId="77777777" w:rsidR="00327BED" w:rsidRDefault="00000000">
            <w:pPr>
              <w:spacing w:after="8" w:line="245" w:lineRule="auto"/>
            </w:pPr>
            <w:r>
              <w:t>No, no one keeps track of who they spend their time at the parties no one fucking cares</w:t>
            </w:r>
          </w:p>
        </w:tc>
      </w:tr>
      <w:tr w:rsidR="00327BED" w14:paraId="27195A49" w14:textId="77777777">
        <w:trPr>
          <w:cantSplit/>
          <w:jc w:val="center"/>
        </w:trPr>
        <w:tc>
          <w:tcPr>
            <w:tcW w:w="778" w:type="dxa"/>
            <w:shd w:val="clear" w:color="auto" w:fill="313338"/>
            <w:tcMar>
              <w:top w:w="55" w:type="dxa"/>
              <w:left w:w="10" w:type="dxa"/>
              <w:bottom w:w="30" w:type="dxa"/>
              <w:right w:w="25" w:type="dxa"/>
            </w:tcMar>
          </w:tcPr>
          <w:p w14:paraId="723FFDB0" w14:textId="77777777" w:rsidR="00327BED" w:rsidRDefault="00000000">
            <w:r>
              <w:rPr>
                <w:noProof/>
              </w:rPr>
              <w:drawing>
                <wp:inline distT="0" distB="0" distL="0" distR="0" wp14:anchorId="6A425F01" wp14:editId="0F4387A0">
                  <wp:extent cx="356616" cy="356616"/>
                  <wp:effectExtent l="0" t="0" r="0" b="0"/>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BF438BC" w14:textId="77777777" w:rsidR="00327BED" w:rsidRDefault="00000000">
            <w:pPr>
              <w:spacing w:after="24"/>
            </w:pPr>
            <w:r>
              <w:rPr>
                <w:b/>
              </w:rPr>
              <w:t>Aperation</w:t>
            </w:r>
            <w:r>
              <w:rPr>
                <w:color w:val="949BA4"/>
                <w:sz w:val="15"/>
              </w:rPr>
              <w:t xml:space="preserve">  10/05/2026 2:14 AM</w:t>
            </w:r>
          </w:p>
          <w:p w14:paraId="03313814" w14:textId="77777777" w:rsidR="00327BED" w:rsidRDefault="00000000">
            <w:pPr>
              <w:spacing w:after="8" w:line="245" w:lineRule="auto"/>
            </w:pPr>
            <w:r>
              <w:t>Tell us her response and if it’s still related to the boys bring up the fact she spoke to her girls for practically the whole night</w:t>
            </w:r>
          </w:p>
          <w:p w14:paraId="1240F816" w14:textId="77777777" w:rsidR="00327BED" w:rsidRDefault="00327BED">
            <w:pPr>
              <w:spacing w:line="84" w:lineRule="auto"/>
            </w:pPr>
          </w:p>
          <w:p w14:paraId="617A2CE6" w14:textId="77777777" w:rsidR="00327BED" w:rsidRDefault="00000000">
            <w:pPr>
              <w:spacing w:before="10" w:after="8" w:line="245" w:lineRule="auto"/>
            </w:pPr>
            <w:r>
              <w:t>SHES FUCKING SOBER</w:t>
            </w:r>
          </w:p>
        </w:tc>
      </w:tr>
      <w:tr w:rsidR="00327BED" w14:paraId="0550D4A0" w14:textId="77777777">
        <w:trPr>
          <w:cantSplit/>
          <w:jc w:val="center"/>
        </w:trPr>
        <w:tc>
          <w:tcPr>
            <w:tcW w:w="778" w:type="dxa"/>
            <w:shd w:val="clear" w:color="auto" w:fill="313338"/>
            <w:tcMar>
              <w:top w:w="55" w:type="dxa"/>
              <w:left w:w="10" w:type="dxa"/>
              <w:bottom w:w="30" w:type="dxa"/>
              <w:right w:w="25" w:type="dxa"/>
            </w:tcMar>
          </w:tcPr>
          <w:p w14:paraId="12A9571F" w14:textId="77777777" w:rsidR="00327BED" w:rsidRDefault="00000000">
            <w:r>
              <w:rPr>
                <w:noProof/>
              </w:rPr>
              <w:drawing>
                <wp:inline distT="0" distB="0" distL="0" distR="0" wp14:anchorId="2CB6CBEF" wp14:editId="7BBA5C3F">
                  <wp:extent cx="356616" cy="356616"/>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0580075F" w14:textId="77777777" w:rsidR="00327BED" w:rsidRDefault="00000000">
            <w:pPr>
              <w:spacing w:after="24"/>
            </w:pPr>
            <w:r>
              <w:rPr>
                <w:b/>
                <w:color w:val="F0B232"/>
              </w:rPr>
              <w:t>Ev</w:t>
            </w:r>
            <w:r>
              <w:rPr>
                <w:color w:val="949BA4"/>
                <w:sz w:val="15"/>
              </w:rPr>
              <w:t xml:space="preserve">  10/05/2026 2:15 AM</w:t>
            </w:r>
          </w:p>
          <w:p w14:paraId="1BA78973" w14:textId="77777777" w:rsidR="00327BED" w:rsidRDefault="00000000">
            <w:pPr>
              <w:spacing w:after="8" w:line="245" w:lineRule="auto"/>
            </w:pPr>
            <w:r>
              <w:t>HAHAHAHAHA</w:t>
            </w:r>
          </w:p>
        </w:tc>
      </w:tr>
      <w:tr w:rsidR="00327BED" w14:paraId="5FC90E2B" w14:textId="77777777">
        <w:trPr>
          <w:cantSplit/>
          <w:jc w:val="center"/>
        </w:trPr>
        <w:tc>
          <w:tcPr>
            <w:tcW w:w="778" w:type="dxa"/>
            <w:shd w:val="clear" w:color="auto" w:fill="313338"/>
            <w:tcMar>
              <w:top w:w="55" w:type="dxa"/>
              <w:left w:w="10" w:type="dxa"/>
              <w:bottom w:w="30" w:type="dxa"/>
              <w:right w:w="25" w:type="dxa"/>
            </w:tcMar>
          </w:tcPr>
          <w:p w14:paraId="08F9BB6C" w14:textId="77777777" w:rsidR="00327BED" w:rsidRDefault="00000000">
            <w:r>
              <w:rPr>
                <w:noProof/>
              </w:rPr>
              <w:drawing>
                <wp:inline distT="0" distB="0" distL="0" distR="0" wp14:anchorId="3771E794" wp14:editId="27CDFB00">
                  <wp:extent cx="356616" cy="356616"/>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6F97C1AC" w14:textId="77777777" w:rsidR="00327BED" w:rsidRDefault="00000000">
            <w:pPr>
              <w:spacing w:after="24"/>
            </w:pPr>
            <w:r>
              <w:rPr>
                <w:b/>
              </w:rPr>
              <w:t>Aperation</w:t>
            </w:r>
            <w:r>
              <w:rPr>
                <w:color w:val="949BA4"/>
                <w:sz w:val="15"/>
              </w:rPr>
              <w:t xml:space="preserve">  10/05/2026 2:15 AM</w:t>
            </w:r>
          </w:p>
          <w:p w14:paraId="2BEDE077" w14:textId="77777777" w:rsidR="00327BED" w:rsidRDefault="00000000">
            <w:pPr>
              <w:spacing w:after="8" w:line="245" w:lineRule="auto"/>
            </w:pPr>
            <w:r>
              <w:t>HOW MANY TIMES DID SHE ASK IF YOUR OK</w:t>
            </w:r>
          </w:p>
        </w:tc>
      </w:tr>
      <w:tr w:rsidR="00327BED" w14:paraId="171BA92C" w14:textId="77777777">
        <w:trPr>
          <w:cantSplit/>
          <w:jc w:val="center"/>
        </w:trPr>
        <w:tc>
          <w:tcPr>
            <w:tcW w:w="778" w:type="dxa"/>
            <w:shd w:val="clear" w:color="auto" w:fill="313338"/>
            <w:tcMar>
              <w:top w:w="55" w:type="dxa"/>
              <w:left w:w="10" w:type="dxa"/>
              <w:bottom w:w="30" w:type="dxa"/>
              <w:right w:w="25" w:type="dxa"/>
            </w:tcMar>
          </w:tcPr>
          <w:p w14:paraId="3F3178C3" w14:textId="77777777" w:rsidR="00327BED" w:rsidRDefault="00000000">
            <w:r>
              <w:rPr>
                <w:noProof/>
              </w:rPr>
              <w:lastRenderedPageBreak/>
              <w:drawing>
                <wp:inline distT="0" distB="0" distL="0" distR="0" wp14:anchorId="2422E77F" wp14:editId="6A17CB53">
                  <wp:extent cx="356616" cy="356616"/>
                  <wp:effectExtent l="0" t="0" r="0" b="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67F2B551" w14:textId="77777777" w:rsidR="00327BED" w:rsidRDefault="00000000">
            <w:pPr>
              <w:spacing w:after="24"/>
            </w:pPr>
            <w:r>
              <w:rPr>
                <w:b/>
                <w:color w:val="F0B232"/>
              </w:rPr>
              <w:t>Ev</w:t>
            </w:r>
            <w:r>
              <w:rPr>
                <w:color w:val="949BA4"/>
                <w:sz w:val="15"/>
              </w:rPr>
              <w:t xml:space="preserve">  10/05/2026 2:15 AM</w:t>
            </w:r>
          </w:p>
          <w:p w14:paraId="6522D484" w14:textId="77777777" w:rsidR="00327BED" w:rsidRDefault="00000000">
            <w:pPr>
              <w:spacing w:after="8" w:line="245" w:lineRule="auto"/>
            </w:pPr>
            <w:r>
              <w:t>She should be asking you if you're ok</w:t>
            </w:r>
          </w:p>
          <w:p w14:paraId="043FC1F8" w14:textId="77777777" w:rsidR="00327BED" w:rsidRDefault="00327BED">
            <w:pPr>
              <w:spacing w:line="84" w:lineRule="auto"/>
            </w:pPr>
          </w:p>
          <w:p w14:paraId="1D00FDCB" w14:textId="77777777" w:rsidR="00327BED" w:rsidRDefault="00000000">
            <w:pPr>
              <w:spacing w:before="10" w:after="8" w:line="245" w:lineRule="auto"/>
            </w:pPr>
            <w:r>
              <w:t>Say again?</w:t>
            </w:r>
          </w:p>
          <w:p w14:paraId="4A151F26" w14:textId="77777777" w:rsidR="00327BED" w:rsidRDefault="00327BED">
            <w:pPr>
              <w:spacing w:line="84" w:lineRule="auto"/>
            </w:pPr>
          </w:p>
          <w:p w14:paraId="2758DCCF" w14:textId="77777777" w:rsidR="00327BED" w:rsidRDefault="00000000">
            <w:pPr>
              <w:spacing w:before="10" w:after="8" w:line="245" w:lineRule="auto"/>
            </w:pPr>
            <w:r>
              <w:t>Yeah</w:t>
            </w:r>
          </w:p>
        </w:tc>
      </w:tr>
      <w:tr w:rsidR="00327BED" w14:paraId="26139648" w14:textId="77777777">
        <w:trPr>
          <w:cantSplit/>
          <w:jc w:val="center"/>
        </w:trPr>
        <w:tc>
          <w:tcPr>
            <w:tcW w:w="778" w:type="dxa"/>
            <w:shd w:val="clear" w:color="auto" w:fill="313338"/>
            <w:tcMar>
              <w:top w:w="55" w:type="dxa"/>
              <w:left w:w="10" w:type="dxa"/>
              <w:bottom w:w="30" w:type="dxa"/>
              <w:right w:w="25" w:type="dxa"/>
            </w:tcMar>
          </w:tcPr>
          <w:p w14:paraId="1B35CAC3" w14:textId="77777777" w:rsidR="00327BED" w:rsidRDefault="00000000">
            <w:r>
              <w:rPr>
                <w:noProof/>
              </w:rPr>
              <w:drawing>
                <wp:inline distT="0" distB="0" distL="0" distR="0" wp14:anchorId="2DE02757" wp14:editId="0B51F592">
                  <wp:extent cx="356616" cy="356616"/>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79B06324" w14:textId="77777777" w:rsidR="00327BED" w:rsidRDefault="00000000">
            <w:pPr>
              <w:spacing w:after="24"/>
            </w:pPr>
            <w:r>
              <w:rPr>
                <w:b/>
              </w:rPr>
              <w:t>Aperation</w:t>
            </w:r>
            <w:r>
              <w:rPr>
                <w:color w:val="949BA4"/>
                <w:sz w:val="15"/>
              </w:rPr>
              <w:t xml:space="preserve">  10/05/2026 2:16 AM</w:t>
            </w:r>
          </w:p>
          <w:p w14:paraId="7ED86724" w14:textId="77777777" w:rsidR="00327BED" w:rsidRDefault="00000000">
            <w:pPr>
              <w:spacing w:after="8" w:line="245" w:lineRule="auto"/>
            </w:pPr>
            <w:r>
              <w:t>Yeah say that you would have no problem with that at all that’s the point in the parties</w:t>
            </w:r>
          </w:p>
          <w:p w14:paraId="4EF9D513" w14:textId="77777777" w:rsidR="00327BED" w:rsidRDefault="00327BED">
            <w:pPr>
              <w:spacing w:line="84" w:lineRule="auto"/>
            </w:pPr>
          </w:p>
          <w:p w14:paraId="617023A0" w14:textId="77777777" w:rsidR="00327BED" w:rsidRDefault="00000000">
            <w:pPr>
              <w:spacing w:before="10" w:after="8" w:line="245" w:lineRule="auto"/>
            </w:pPr>
            <w:r>
              <w:t>Why would she come if she just wants to speak to her friends and you</w:t>
            </w:r>
          </w:p>
        </w:tc>
      </w:tr>
      <w:tr w:rsidR="00327BED" w14:paraId="7E712C11" w14:textId="77777777">
        <w:trPr>
          <w:cantSplit/>
          <w:jc w:val="center"/>
        </w:trPr>
        <w:tc>
          <w:tcPr>
            <w:tcW w:w="778" w:type="dxa"/>
            <w:shd w:val="clear" w:color="auto" w:fill="313338"/>
            <w:tcMar>
              <w:top w:w="55" w:type="dxa"/>
              <w:left w:w="10" w:type="dxa"/>
              <w:bottom w:w="30" w:type="dxa"/>
              <w:right w:w="25" w:type="dxa"/>
            </w:tcMar>
          </w:tcPr>
          <w:p w14:paraId="587903DF" w14:textId="77777777" w:rsidR="00327BED" w:rsidRDefault="00000000">
            <w:r>
              <w:rPr>
                <w:noProof/>
              </w:rPr>
              <w:drawing>
                <wp:inline distT="0" distB="0" distL="0" distR="0" wp14:anchorId="6246A805" wp14:editId="4BA8BAAE">
                  <wp:extent cx="356616" cy="356616"/>
                  <wp:effectExtent l="0" t="0" r="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3596794C" w14:textId="77777777" w:rsidR="00327BED" w:rsidRDefault="00000000">
            <w:pPr>
              <w:spacing w:after="24"/>
            </w:pPr>
            <w:r>
              <w:rPr>
                <w:b/>
                <w:color w:val="F0B232"/>
              </w:rPr>
              <w:t>Ev</w:t>
            </w:r>
            <w:r>
              <w:rPr>
                <w:color w:val="949BA4"/>
                <w:sz w:val="15"/>
              </w:rPr>
              <w:t xml:space="preserve">  10/05/2026 2:16 AM</w:t>
            </w:r>
          </w:p>
          <w:p w14:paraId="68B8390A" w14:textId="77777777" w:rsidR="00327BED" w:rsidRDefault="00000000">
            <w:pPr>
              <w:spacing w:after="8" w:line="245" w:lineRule="auto"/>
            </w:pPr>
            <w:r>
              <w:t>Yeah</w:t>
            </w:r>
          </w:p>
        </w:tc>
      </w:tr>
      <w:tr w:rsidR="00327BED" w14:paraId="41221671" w14:textId="77777777">
        <w:trPr>
          <w:cantSplit/>
          <w:jc w:val="center"/>
        </w:trPr>
        <w:tc>
          <w:tcPr>
            <w:tcW w:w="778" w:type="dxa"/>
            <w:shd w:val="clear" w:color="auto" w:fill="313338"/>
            <w:tcMar>
              <w:top w:w="55" w:type="dxa"/>
              <w:left w:w="10" w:type="dxa"/>
              <w:bottom w:w="30" w:type="dxa"/>
              <w:right w:w="25" w:type="dxa"/>
            </w:tcMar>
          </w:tcPr>
          <w:p w14:paraId="56B4768B" w14:textId="77777777" w:rsidR="00327BED" w:rsidRDefault="00000000">
            <w:r>
              <w:rPr>
                <w:noProof/>
              </w:rPr>
              <w:drawing>
                <wp:inline distT="0" distB="0" distL="0" distR="0" wp14:anchorId="230E9083" wp14:editId="00CAA944">
                  <wp:extent cx="356616" cy="356616"/>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6434A1C3" w14:textId="77777777" w:rsidR="00327BED" w:rsidRDefault="00000000">
            <w:pPr>
              <w:spacing w:after="24"/>
            </w:pPr>
            <w:r>
              <w:rPr>
                <w:b/>
              </w:rPr>
              <w:t>Aperation</w:t>
            </w:r>
            <w:r>
              <w:rPr>
                <w:color w:val="949BA4"/>
                <w:sz w:val="15"/>
              </w:rPr>
              <w:t xml:space="preserve">  10/05/2026 2:16 AM</w:t>
            </w:r>
          </w:p>
          <w:p w14:paraId="522EABED" w14:textId="77777777" w:rsidR="00327BED" w:rsidRDefault="00000000">
            <w:pPr>
              <w:spacing w:after="8" w:line="245" w:lineRule="auto"/>
            </w:pPr>
            <w:r>
              <w:t>Just go to school atp?</w:t>
            </w:r>
          </w:p>
          <w:p w14:paraId="63868720" w14:textId="77777777" w:rsidR="00327BED" w:rsidRDefault="00327BED">
            <w:pPr>
              <w:spacing w:line="84" w:lineRule="auto"/>
            </w:pPr>
          </w:p>
          <w:p w14:paraId="3AFAC346" w14:textId="77777777" w:rsidR="00327BED" w:rsidRDefault="00000000">
            <w:pPr>
              <w:spacing w:before="10" w:after="8" w:line="245" w:lineRule="auto"/>
            </w:pPr>
            <w:r>
              <w:t>If she genuinely wasn’t crying what’s she on abt</w:t>
            </w:r>
          </w:p>
        </w:tc>
      </w:tr>
      <w:tr w:rsidR="00327BED" w14:paraId="352E50B1" w14:textId="77777777">
        <w:trPr>
          <w:cantSplit/>
          <w:jc w:val="center"/>
        </w:trPr>
        <w:tc>
          <w:tcPr>
            <w:tcW w:w="778" w:type="dxa"/>
            <w:shd w:val="clear" w:color="auto" w:fill="313338"/>
            <w:tcMar>
              <w:top w:w="55" w:type="dxa"/>
              <w:left w:w="10" w:type="dxa"/>
              <w:bottom w:w="30" w:type="dxa"/>
              <w:right w:w="25" w:type="dxa"/>
            </w:tcMar>
          </w:tcPr>
          <w:p w14:paraId="53C3C7DD" w14:textId="77777777" w:rsidR="00327BED" w:rsidRDefault="00000000">
            <w:r>
              <w:rPr>
                <w:noProof/>
              </w:rPr>
              <w:drawing>
                <wp:inline distT="0" distB="0" distL="0" distR="0" wp14:anchorId="79CC479A" wp14:editId="2CE3DE1A">
                  <wp:extent cx="356616" cy="356616"/>
                  <wp:effectExtent l="0" t="0" r="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8D748D2" w14:textId="77777777" w:rsidR="00327BED" w:rsidRDefault="00000000">
            <w:pPr>
              <w:spacing w:after="24"/>
            </w:pPr>
            <w:r>
              <w:rPr>
                <w:b/>
                <w:color w:val="F0B232"/>
              </w:rPr>
              <w:t>Ev</w:t>
            </w:r>
            <w:r>
              <w:rPr>
                <w:color w:val="949BA4"/>
                <w:sz w:val="15"/>
              </w:rPr>
              <w:t xml:space="preserve">  10/05/2026 2:17 AM</w:t>
            </w:r>
          </w:p>
          <w:p w14:paraId="16116A79" w14:textId="77777777" w:rsidR="00327BED" w:rsidRDefault="00000000">
            <w:pPr>
              <w:spacing w:after="8" w:line="245" w:lineRule="auto"/>
            </w:pPr>
            <w:r>
              <w:t>I don't even remember seeing her after the bbq went on</w:t>
            </w:r>
          </w:p>
        </w:tc>
      </w:tr>
      <w:tr w:rsidR="00327BED" w14:paraId="4D254E2A" w14:textId="77777777">
        <w:trPr>
          <w:cantSplit/>
          <w:jc w:val="center"/>
        </w:trPr>
        <w:tc>
          <w:tcPr>
            <w:tcW w:w="778" w:type="dxa"/>
            <w:shd w:val="clear" w:color="auto" w:fill="313338"/>
            <w:tcMar>
              <w:top w:w="55" w:type="dxa"/>
              <w:left w:w="10" w:type="dxa"/>
              <w:bottom w:w="30" w:type="dxa"/>
              <w:right w:w="25" w:type="dxa"/>
            </w:tcMar>
          </w:tcPr>
          <w:p w14:paraId="4CDA5AA3" w14:textId="77777777" w:rsidR="00327BED" w:rsidRDefault="00000000">
            <w:r>
              <w:rPr>
                <w:noProof/>
              </w:rPr>
              <w:drawing>
                <wp:inline distT="0" distB="0" distL="0" distR="0" wp14:anchorId="3CCC53E7" wp14:editId="05BB9133">
                  <wp:extent cx="356616" cy="356616"/>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6FD3EBDD" w14:textId="77777777" w:rsidR="00327BED" w:rsidRDefault="00000000">
            <w:pPr>
              <w:spacing w:after="24"/>
            </w:pPr>
            <w:r>
              <w:rPr>
                <w:b/>
              </w:rPr>
              <w:t>Aperation</w:t>
            </w:r>
            <w:r>
              <w:rPr>
                <w:color w:val="949BA4"/>
                <w:sz w:val="15"/>
              </w:rPr>
              <w:t xml:space="preserve">  10/05/2026 2:17 AM</w:t>
            </w:r>
          </w:p>
          <w:p w14:paraId="300C7685" w14:textId="77777777" w:rsidR="00327BED" w:rsidRDefault="00000000">
            <w:pPr>
              <w:spacing w:after="8" w:line="245" w:lineRule="auto"/>
            </w:pPr>
            <w:r>
              <w:t>Unless she was genuinely sat in a corner looking upset on purpose bc you spoke to pia and Anna and if that’s the case that’s just sad as fuck</w:t>
            </w:r>
          </w:p>
          <w:p w14:paraId="692BA242" w14:textId="77777777" w:rsidR="00327BED" w:rsidRDefault="00327BED">
            <w:pPr>
              <w:spacing w:line="84" w:lineRule="auto"/>
            </w:pPr>
          </w:p>
          <w:p w14:paraId="49FCA4EE" w14:textId="77777777" w:rsidR="00327BED" w:rsidRDefault="00000000">
            <w:pPr>
              <w:spacing w:before="10" w:after="8" w:line="245" w:lineRule="auto"/>
            </w:pPr>
            <w:r>
              <w:t>Also</w:t>
            </w:r>
          </w:p>
          <w:p w14:paraId="7C5007F6" w14:textId="77777777" w:rsidR="00327BED" w:rsidRDefault="00327BED">
            <w:pPr>
              <w:spacing w:line="84" w:lineRule="auto"/>
            </w:pPr>
          </w:p>
          <w:p w14:paraId="254E6FD7" w14:textId="77777777" w:rsidR="00327BED" w:rsidRDefault="00000000">
            <w:pPr>
              <w:spacing w:before="10" w:after="8" w:line="245" w:lineRule="auto"/>
            </w:pPr>
            <w:r>
              <w:t>Did she take those photos?</w:t>
            </w:r>
          </w:p>
        </w:tc>
      </w:tr>
      <w:tr w:rsidR="00327BED" w14:paraId="0FB95619" w14:textId="77777777">
        <w:trPr>
          <w:cantSplit/>
          <w:jc w:val="center"/>
        </w:trPr>
        <w:tc>
          <w:tcPr>
            <w:tcW w:w="778" w:type="dxa"/>
            <w:shd w:val="clear" w:color="auto" w:fill="313338"/>
            <w:tcMar>
              <w:top w:w="55" w:type="dxa"/>
              <w:left w:w="10" w:type="dxa"/>
              <w:bottom w:w="30" w:type="dxa"/>
              <w:right w:w="25" w:type="dxa"/>
            </w:tcMar>
          </w:tcPr>
          <w:p w14:paraId="2B3490E7" w14:textId="77777777" w:rsidR="00327BED" w:rsidRDefault="00000000">
            <w:r>
              <w:rPr>
                <w:noProof/>
              </w:rPr>
              <w:drawing>
                <wp:inline distT="0" distB="0" distL="0" distR="0" wp14:anchorId="07BE018F" wp14:editId="1F4E8EFD">
                  <wp:extent cx="356616" cy="356616"/>
                  <wp:effectExtent l="0" t="0" r="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AA7BA1F" w14:textId="77777777" w:rsidR="00327BED" w:rsidRDefault="00000000">
            <w:pPr>
              <w:spacing w:after="24"/>
            </w:pPr>
            <w:r>
              <w:rPr>
                <w:b/>
                <w:color w:val="F0B232"/>
              </w:rPr>
              <w:t>Ev</w:t>
            </w:r>
            <w:r>
              <w:rPr>
                <w:color w:val="949BA4"/>
                <w:sz w:val="15"/>
              </w:rPr>
              <w:t xml:space="preserve">  10/05/2026 2:17 AM</w:t>
            </w:r>
          </w:p>
          <w:p w14:paraId="2F9C06B0" w14:textId="77777777" w:rsidR="00327BED" w:rsidRDefault="00000000">
            <w:pPr>
              <w:spacing w:after="8" w:line="245" w:lineRule="auto"/>
            </w:pPr>
            <w:r>
              <w:t>That's how being drunk works</w:t>
            </w:r>
          </w:p>
        </w:tc>
      </w:tr>
      <w:tr w:rsidR="00327BED" w14:paraId="778C8E14" w14:textId="77777777">
        <w:trPr>
          <w:cantSplit/>
          <w:jc w:val="center"/>
        </w:trPr>
        <w:tc>
          <w:tcPr>
            <w:tcW w:w="778" w:type="dxa"/>
            <w:shd w:val="clear" w:color="auto" w:fill="313338"/>
            <w:tcMar>
              <w:top w:w="55" w:type="dxa"/>
              <w:left w:w="10" w:type="dxa"/>
              <w:bottom w:w="30" w:type="dxa"/>
              <w:right w:w="25" w:type="dxa"/>
            </w:tcMar>
          </w:tcPr>
          <w:p w14:paraId="5428AD7C" w14:textId="77777777" w:rsidR="00327BED" w:rsidRDefault="00000000">
            <w:r>
              <w:rPr>
                <w:noProof/>
              </w:rPr>
              <w:drawing>
                <wp:inline distT="0" distB="0" distL="0" distR="0" wp14:anchorId="23D030B1" wp14:editId="04E8B34C">
                  <wp:extent cx="356616" cy="356616"/>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379454ED" w14:textId="77777777" w:rsidR="00327BED" w:rsidRDefault="00000000">
            <w:pPr>
              <w:spacing w:after="24"/>
            </w:pPr>
            <w:r>
              <w:rPr>
                <w:b/>
              </w:rPr>
              <w:t>Aperation</w:t>
            </w:r>
            <w:r>
              <w:rPr>
                <w:color w:val="949BA4"/>
                <w:sz w:val="15"/>
              </w:rPr>
              <w:t xml:space="preserve">  10/05/2026 2:17 AM</w:t>
            </w:r>
          </w:p>
          <w:p w14:paraId="508ACAA2" w14:textId="77777777" w:rsidR="00327BED" w:rsidRDefault="00000000">
            <w:pPr>
              <w:spacing w:after="8" w:line="245" w:lineRule="auto"/>
            </w:pPr>
            <w:r>
              <w:t>HOLY FUCKING SHIT YOUR BAD YOU SHOULD HAVR JUST SUCKED THE ALCOHOL OUT YOUR SYSTEM</w:t>
            </w:r>
          </w:p>
        </w:tc>
      </w:tr>
      <w:tr w:rsidR="00327BED" w14:paraId="1647419F" w14:textId="77777777">
        <w:trPr>
          <w:cantSplit/>
          <w:jc w:val="center"/>
        </w:trPr>
        <w:tc>
          <w:tcPr>
            <w:tcW w:w="778" w:type="dxa"/>
            <w:shd w:val="clear" w:color="auto" w:fill="313338"/>
            <w:tcMar>
              <w:top w:w="55" w:type="dxa"/>
              <w:left w:w="10" w:type="dxa"/>
              <w:bottom w:w="30" w:type="dxa"/>
              <w:right w:w="25" w:type="dxa"/>
            </w:tcMar>
          </w:tcPr>
          <w:p w14:paraId="66337E50" w14:textId="77777777" w:rsidR="00327BED" w:rsidRDefault="00000000">
            <w:r>
              <w:rPr>
                <w:noProof/>
              </w:rPr>
              <w:drawing>
                <wp:inline distT="0" distB="0" distL="0" distR="0" wp14:anchorId="6E33188A" wp14:editId="39414D3C">
                  <wp:extent cx="356616" cy="356616"/>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6081B660" w14:textId="77777777" w:rsidR="00327BED" w:rsidRDefault="00000000">
            <w:pPr>
              <w:spacing w:after="24"/>
            </w:pPr>
            <w:r>
              <w:rPr>
                <w:b/>
                <w:color w:val="F0B232"/>
              </w:rPr>
              <w:t>Ev</w:t>
            </w:r>
            <w:r>
              <w:rPr>
                <w:color w:val="949BA4"/>
                <w:sz w:val="15"/>
              </w:rPr>
              <w:t xml:space="preserve">  10/05/2026 2:18 AM</w:t>
            </w:r>
          </w:p>
          <w:p w14:paraId="6B3E6F9E" w14:textId="77777777" w:rsidR="00327BED" w:rsidRDefault="00000000">
            <w:pPr>
              <w:spacing w:after="8" w:line="245" w:lineRule="auto"/>
            </w:pPr>
            <w:r>
              <w:t>She stays sober and just quietly judges everyone</w:t>
            </w:r>
          </w:p>
          <w:p w14:paraId="554CEC12" w14:textId="77777777" w:rsidR="00327BED" w:rsidRDefault="00327BED">
            <w:pPr>
              <w:spacing w:line="84" w:lineRule="auto"/>
            </w:pPr>
          </w:p>
          <w:p w14:paraId="03094922" w14:textId="77777777" w:rsidR="00327BED" w:rsidRDefault="00000000">
            <w:pPr>
              <w:spacing w:before="10" w:after="8" w:line="245" w:lineRule="auto"/>
            </w:pPr>
            <w:r>
              <w:t>"that's how alcohol works?"</w:t>
            </w:r>
          </w:p>
        </w:tc>
      </w:tr>
      <w:tr w:rsidR="00327BED" w14:paraId="6378CC4D" w14:textId="77777777">
        <w:trPr>
          <w:cantSplit/>
          <w:jc w:val="center"/>
        </w:trPr>
        <w:tc>
          <w:tcPr>
            <w:tcW w:w="778" w:type="dxa"/>
            <w:shd w:val="clear" w:color="auto" w:fill="313338"/>
            <w:tcMar>
              <w:top w:w="55" w:type="dxa"/>
              <w:left w:w="10" w:type="dxa"/>
              <w:bottom w:w="30" w:type="dxa"/>
              <w:right w:w="25" w:type="dxa"/>
            </w:tcMar>
          </w:tcPr>
          <w:p w14:paraId="46AD20F1" w14:textId="77777777" w:rsidR="00327BED" w:rsidRDefault="00000000">
            <w:r>
              <w:rPr>
                <w:noProof/>
              </w:rPr>
              <w:drawing>
                <wp:inline distT="0" distB="0" distL="0" distR="0" wp14:anchorId="193CCE3E" wp14:editId="4CC0D306">
                  <wp:extent cx="356616" cy="356616"/>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7AD5A686" w14:textId="77777777" w:rsidR="00327BED" w:rsidRDefault="00000000">
            <w:pPr>
              <w:spacing w:after="24"/>
            </w:pPr>
            <w:r>
              <w:rPr>
                <w:b/>
              </w:rPr>
              <w:t>Aperation</w:t>
            </w:r>
            <w:r>
              <w:rPr>
                <w:color w:val="949BA4"/>
                <w:sz w:val="15"/>
              </w:rPr>
              <w:t xml:space="preserve">  10/05/2026 2:18 AM</w:t>
            </w:r>
          </w:p>
          <w:p w14:paraId="71624EE0" w14:textId="77777777" w:rsidR="00327BED" w:rsidRDefault="00000000">
            <w:pPr>
              <w:spacing w:after="8" w:line="245" w:lineRule="auto"/>
            </w:pPr>
            <w:r>
              <w:t>Barssss</w:t>
            </w:r>
          </w:p>
        </w:tc>
      </w:tr>
      <w:tr w:rsidR="00327BED" w14:paraId="2592F062" w14:textId="77777777">
        <w:trPr>
          <w:cantSplit/>
          <w:jc w:val="center"/>
        </w:trPr>
        <w:tc>
          <w:tcPr>
            <w:tcW w:w="778" w:type="dxa"/>
            <w:shd w:val="clear" w:color="auto" w:fill="313338"/>
            <w:tcMar>
              <w:top w:w="55" w:type="dxa"/>
              <w:left w:w="10" w:type="dxa"/>
              <w:bottom w:w="30" w:type="dxa"/>
              <w:right w:w="25" w:type="dxa"/>
            </w:tcMar>
          </w:tcPr>
          <w:p w14:paraId="2C429997" w14:textId="77777777" w:rsidR="00327BED" w:rsidRDefault="00000000">
            <w:r>
              <w:rPr>
                <w:noProof/>
              </w:rPr>
              <w:drawing>
                <wp:inline distT="0" distB="0" distL="0" distR="0" wp14:anchorId="1C6C775B" wp14:editId="082BA04D">
                  <wp:extent cx="356616" cy="356616"/>
                  <wp:effectExtent l="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20AF3C0" w14:textId="77777777" w:rsidR="00327BED" w:rsidRDefault="00000000">
            <w:pPr>
              <w:spacing w:after="24"/>
            </w:pPr>
            <w:r>
              <w:rPr>
                <w:b/>
                <w:color w:val="F0B232"/>
              </w:rPr>
              <w:t>Ev</w:t>
            </w:r>
            <w:r>
              <w:rPr>
                <w:color w:val="949BA4"/>
                <w:sz w:val="15"/>
              </w:rPr>
              <w:t xml:space="preserve">  10/05/2026 2:18 AM</w:t>
            </w:r>
          </w:p>
          <w:p w14:paraId="4935C193" w14:textId="77777777" w:rsidR="00327BED" w:rsidRDefault="00000000">
            <w:pPr>
              <w:spacing w:after="8" w:line="245" w:lineRule="auto"/>
            </w:pPr>
            <w:r>
              <w:t>Obviously if you stay completely sober I'm gonna seem like a caveman to you</w:t>
            </w:r>
          </w:p>
          <w:p w14:paraId="2E50006A" w14:textId="77777777" w:rsidR="00327BED" w:rsidRDefault="00327BED">
            <w:pPr>
              <w:spacing w:line="84" w:lineRule="auto"/>
            </w:pPr>
          </w:p>
          <w:p w14:paraId="4E2CBE72" w14:textId="77777777" w:rsidR="00327BED" w:rsidRDefault="00000000">
            <w:pPr>
              <w:spacing w:before="10" w:after="8" w:line="245" w:lineRule="auto"/>
            </w:pPr>
            <w:r>
              <w:t>Yeah boys don't take photos</w:t>
            </w:r>
          </w:p>
        </w:tc>
      </w:tr>
      <w:tr w:rsidR="00327BED" w14:paraId="6644FC19" w14:textId="77777777">
        <w:trPr>
          <w:cantSplit/>
          <w:jc w:val="center"/>
        </w:trPr>
        <w:tc>
          <w:tcPr>
            <w:tcW w:w="778" w:type="dxa"/>
            <w:shd w:val="clear" w:color="auto" w:fill="313338"/>
            <w:tcMar>
              <w:top w:w="55" w:type="dxa"/>
              <w:left w:w="10" w:type="dxa"/>
              <w:bottom w:w="30" w:type="dxa"/>
              <w:right w:w="25" w:type="dxa"/>
            </w:tcMar>
          </w:tcPr>
          <w:p w14:paraId="111CB8B2" w14:textId="77777777" w:rsidR="00327BED" w:rsidRDefault="00000000">
            <w:r>
              <w:rPr>
                <w:noProof/>
              </w:rPr>
              <w:drawing>
                <wp:inline distT="0" distB="0" distL="0" distR="0" wp14:anchorId="0CB14CF8" wp14:editId="08E272E8">
                  <wp:extent cx="356616" cy="356616"/>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5E63705" w14:textId="77777777" w:rsidR="00327BED" w:rsidRDefault="00000000">
            <w:pPr>
              <w:spacing w:after="24"/>
            </w:pPr>
            <w:r>
              <w:rPr>
                <w:b/>
              </w:rPr>
              <w:t>Aperation</w:t>
            </w:r>
            <w:r>
              <w:rPr>
                <w:color w:val="949BA4"/>
                <w:sz w:val="15"/>
              </w:rPr>
              <w:t xml:space="preserve">  10/05/2026 2:19 AM</w:t>
            </w:r>
          </w:p>
          <w:p w14:paraId="3BD970B1" w14:textId="77777777" w:rsidR="00327BED" w:rsidRDefault="00000000">
            <w:pPr>
              <w:spacing w:after="8" w:line="245" w:lineRule="auto"/>
            </w:pPr>
            <w:r>
              <w:t>Does she understand that you cannot programme how your mind acts when on alcohol? She wants a I love my girlfriend preset installed or smth</w:t>
            </w:r>
          </w:p>
          <w:p w14:paraId="1FC500C8" w14:textId="77777777" w:rsidR="00327BED" w:rsidRDefault="00327BED">
            <w:pPr>
              <w:spacing w:line="84" w:lineRule="auto"/>
            </w:pPr>
          </w:p>
          <w:p w14:paraId="63BBC143" w14:textId="77777777" w:rsidR="00327BED" w:rsidRDefault="00000000">
            <w:pPr>
              <w:spacing w:before="10" w:after="8" w:line="245" w:lineRule="auto"/>
            </w:pPr>
            <w:r>
              <w:t>I’m so lost by what’s she’s even saying rn</w:t>
            </w:r>
          </w:p>
          <w:p w14:paraId="34F2018E" w14:textId="77777777" w:rsidR="00327BED" w:rsidRDefault="00327BED">
            <w:pPr>
              <w:spacing w:line="84" w:lineRule="auto"/>
            </w:pPr>
          </w:p>
          <w:p w14:paraId="433272BC" w14:textId="77777777" w:rsidR="00327BED" w:rsidRDefault="00000000">
            <w:pPr>
              <w:spacing w:before="10" w:after="8" w:line="245" w:lineRule="auto"/>
            </w:pPr>
            <w:r>
              <w:t>She saying she’s angry you don’t ask how she is</w:t>
            </w:r>
          </w:p>
          <w:p w14:paraId="01688173" w14:textId="77777777" w:rsidR="00327BED" w:rsidRDefault="00327BED">
            <w:pPr>
              <w:spacing w:line="84" w:lineRule="auto"/>
            </w:pPr>
          </w:p>
          <w:p w14:paraId="213AC284" w14:textId="77777777" w:rsidR="00327BED" w:rsidRDefault="00000000">
            <w:pPr>
              <w:spacing w:before="10" w:after="8" w:line="245" w:lineRule="auto"/>
            </w:pPr>
            <w:r>
              <w:t>Bc she’s “visibly upset” whilst your crunked as fuck</w:t>
            </w:r>
          </w:p>
        </w:tc>
      </w:tr>
      <w:tr w:rsidR="00327BED" w14:paraId="5175DB27" w14:textId="77777777">
        <w:trPr>
          <w:cantSplit/>
          <w:jc w:val="center"/>
        </w:trPr>
        <w:tc>
          <w:tcPr>
            <w:tcW w:w="778" w:type="dxa"/>
            <w:shd w:val="clear" w:color="auto" w:fill="313338"/>
            <w:tcMar>
              <w:top w:w="55" w:type="dxa"/>
              <w:left w:w="10" w:type="dxa"/>
              <w:bottom w:w="30" w:type="dxa"/>
              <w:right w:w="25" w:type="dxa"/>
            </w:tcMar>
          </w:tcPr>
          <w:p w14:paraId="7F882E9F" w14:textId="77777777" w:rsidR="00327BED" w:rsidRDefault="00000000">
            <w:r>
              <w:rPr>
                <w:noProof/>
              </w:rPr>
              <w:drawing>
                <wp:inline distT="0" distB="0" distL="0" distR="0" wp14:anchorId="725ED338" wp14:editId="3AD9FA3D">
                  <wp:extent cx="356616" cy="356616"/>
                  <wp:effectExtent l="0" t="0" r="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267182B3" w14:textId="77777777" w:rsidR="00327BED" w:rsidRDefault="00000000">
            <w:pPr>
              <w:spacing w:after="24"/>
            </w:pPr>
            <w:r>
              <w:rPr>
                <w:b/>
                <w:color w:val="F0B232"/>
              </w:rPr>
              <w:t>Ev</w:t>
            </w:r>
            <w:r>
              <w:rPr>
                <w:color w:val="949BA4"/>
                <w:sz w:val="15"/>
              </w:rPr>
              <w:t xml:space="preserve">  10/05/2026 2:20 AM</w:t>
            </w:r>
          </w:p>
          <w:p w14:paraId="6BAFC718" w14:textId="77777777" w:rsidR="00327BED" w:rsidRDefault="00000000">
            <w:pPr>
              <w:spacing w:after="8" w:line="245" w:lineRule="auto"/>
            </w:pPr>
            <w:r>
              <w:t>Your up at 2am bc of her feelings</w:t>
            </w:r>
          </w:p>
        </w:tc>
      </w:tr>
      <w:tr w:rsidR="00327BED" w14:paraId="22DD889B" w14:textId="77777777">
        <w:trPr>
          <w:cantSplit/>
          <w:jc w:val="center"/>
        </w:trPr>
        <w:tc>
          <w:tcPr>
            <w:tcW w:w="778" w:type="dxa"/>
            <w:shd w:val="clear" w:color="auto" w:fill="313338"/>
            <w:tcMar>
              <w:top w:w="55" w:type="dxa"/>
              <w:left w:w="10" w:type="dxa"/>
              <w:bottom w:w="30" w:type="dxa"/>
              <w:right w:w="25" w:type="dxa"/>
            </w:tcMar>
          </w:tcPr>
          <w:p w14:paraId="316555B0" w14:textId="77777777" w:rsidR="00327BED" w:rsidRDefault="00000000">
            <w:r>
              <w:rPr>
                <w:noProof/>
              </w:rPr>
              <w:drawing>
                <wp:inline distT="0" distB="0" distL="0" distR="0" wp14:anchorId="5761C968" wp14:editId="5D786D0D">
                  <wp:extent cx="356616" cy="356616"/>
                  <wp:effectExtent l="0" t="0" r="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79517B5" w14:textId="77777777" w:rsidR="00327BED" w:rsidRDefault="00000000">
            <w:pPr>
              <w:spacing w:after="24"/>
            </w:pPr>
            <w:r>
              <w:rPr>
                <w:b/>
              </w:rPr>
              <w:t>Aperation</w:t>
            </w:r>
            <w:r>
              <w:rPr>
                <w:color w:val="949BA4"/>
                <w:sz w:val="15"/>
              </w:rPr>
              <w:t xml:space="preserve">  10/05/2026 2:20 AM</w:t>
            </w:r>
          </w:p>
          <w:p w14:paraId="4DBB3B44" w14:textId="77777777" w:rsidR="00327BED" w:rsidRDefault="00000000">
            <w:pPr>
              <w:spacing w:after="8" w:line="245" w:lineRule="auto"/>
            </w:pPr>
            <w:r>
              <w:t>And also let’s just rewind this convo started bc of pictures</w:t>
            </w:r>
          </w:p>
        </w:tc>
      </w:tr>
      <w:tr w:rsidR="00327BED" w14:paraId="66348F58" w14:textId="77777777">
        <w:trPr>
          <w:cantSplit/>
          <w:jc w:val="center"/>
        </w:trPr>
        <w:tc>
          <w:tcPr>
            <w:tcW w:w="778" w:type="dxa"/>
            <w:shd w:val="clear" w:color="auto" w:fill="313338"/>
            <w:tcMar>
              <w:top w:w="55" w:type="dxa"/>
              <w:left w:w="10" w:type="dxa"/>
              <w:bottom w:w="30" w:type="dxa"/>
              <w:right w:w="25" w:type="dxa"/>
            </w:tcMar>
          </w:tcPr>
          <w:p w14:paraId="27CE612D" w14:textId="77777777" w:rsidR="00327BED" w:rsidRDefault="00000000">
            <w:r>
              <w:rPr>
                <w:noProof/>
              </w:rPr>
              <w:drawing>
                <wp:inline distT="0" distB="0" distL="0" distR="0" wp14:anchorId="6FFC767E" wp14:editId="435AB9C2">
                  <wp:extent cx="356616" cy="356616"/>
                  <wp:effectExtent l="0" t="0" r="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3372BE09" w14:textId="77777777" w:rsidR="00327BED" w:rsidRDefault="00000000">
            <w:pPr>
              <w:spacing w:after="24"/>
            </w:pPr>
            <w:r>
              <w:rPr>
                <w:b/>
                <w:color w:val="F0B232"/>
              </w:rPr>
              <w:t>Ev</w:t>
            </w:r>
            <w:r>
              <w:rPr>
                <w:color w:val="949BA4"/>
                <w:sz w:val="15"/>
              </w:rPr>
              <w:t xml:space="preserve">  10/05/2026 2:20 AM</w:t>
            </w:r>
          </w:p>
          <w:p w14:paraId="53F12C12" w14:textId="77777777" w:rsidR="00327BED" w:rsidRDefault="00000000">
            <w:pPr>
              <w:spacing w:after="8" w:line="245" w:lineRule="auto"/>
            </w:pPr>
            <w:r>
              <w:t>Dare you lol</w:t>
            </w:r>
          </w:p>
        </w:tc>
      </w:tr>
      <w:tr w:rsidR="00327BED" w14:paraId="32B1F829" w14:textId="77777777">
        <w:trPr>
          <w:cantSplit/>
          <w:jc w:val="center"/>
        </w:trPr>
        <w:tc>
          <w:tcPr>
            <w:tcW w:w="778" w:type="dxa"/>
            <w:shd w:val="clear" w:color="auto" w:fill="313338"/>
            <w:tcMar>
              <w:top w:w="55" w:type="dxa"/>
              <w:left w:w="10" w:type="dxa"/>
              <w:bottom w:w="30" w:type="dxa"/>
              <w:right w:w="25" w:type="dxa"/>
            </w:tcMar>
          </w:tcPr>
          <w:p w14:paraId="096C16E3" w14:textId="77777777" w:rsidR="00327BED" w:rsidRDefault="00000000">
            <w:r>
              <w:rPr>
                <w:noProof/>
              </w:rPr>
              <w:lastRenderedPageBreak/>
              <w:drawing>
                <wp:inline distT="0" distB="0" distL="0" distR="0" wp14:anchorId="0A95163B" wp14:editId="1482853E">
                  <wp:extent cx="356616" cy="356616"/>
                  <wp:effectExtent l="0" t="0" r="0"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2B6B5DE" w14:textId="77777777" w:rsidR="00327BED" w:rsidRDefault="00000000">
            <w:pPr>
              <w:spacing w:after="24"/>
            </w:pPr>
            <w:r>
              <w:rPr>
                <w:b/>
              </w:rPr>
              <w:t>Aperation</w:t>
            </w:r>
            <w:r>
              <w:rPr>
                <w:color w:val="949BA4"/>
                <w:sz w:val="15"/>
              </w:rPr>
              <w:t xml:space="preserve">  10/05/2026 2:20 AM</w:t>
            </w:r>
          </w:p>
          <w:p w14:paraId="066BD05B" w14:textId="77777777" w:rsidR="00327BED" w:rsidRDefault="00000000">
            <w:pPr>
              <w:spacing w:after="8" w:line="245" w:lineRule="auto"/>
            </w:pPr>
            <w:r>
              <w:t>She’s totally changed the goal posts bc she realised she was wrong</w:t>
            </w:r>
          </w:p>
          <w:p w14:paraId="7124EA34" w14:textId="77777777" w:rsidR="00327BED" w:rsidRDefault="00327BED">
            <w:pPr>
              <w:spacing w:line="84" w:lineRule="auto"/>
            </w:pPr>
          </w:p>
          <w:p w14:paraId="3039C11B" w14:textId="77777777" w:rsidR="00327BED" w:rsidRDefault="00000000">
            <w:pPr>
              <w:spacing w:before="10" w:after="8" w:line="245" w:lineRule="auto"/>
            </w:pPr>
            <w:r>
              <w:t>Say</w:t>
            </w:r>
          </w:p>
        </w:tc>
      </w:tr>
      <w:tr w:rsidR="00327BED" w14:paraId="3A865A82" w14:textId="77777777">
        <w:trPr>
          <w:cantSplit/>
          <w:jc w:val="center"/>
        </w:trPr>
        <w:tc>
          <w:tcPr>
            <w:tcW w:w="778" w:type="dxa"/>
            <w:shd w:val="clear" w:color="auto" w:fill="313338"/>
            <w:tcMar>
              <w:top w:w="55" w:type="dxa"/>
              <w:left w:w="10" w:type="dxa"/>
              <w:bottom w:w="30" w:type="dxa"/>
              <w:right w:w="25" w:type="dxa"/>
            </w:tcMar>
          </w:tcPr>
          <w:p w14:paraId="7089FE14" w14:textId="77777777" w:rsidR="00327BED" w:rsidRDefault="00000000">
            <w:r>
              <w:rPr>
                <w:noProof/>
              </w:rPr>
              <w:drawing>
                <wp:inline distT="0" distB="0" distL="0" distR="0" wp14:anchorId="6E3E4AA7" wp14:editId="66C2CC2C">
                  <wp:extent cx="356616" cy="356616"/>
                  <wp:effectExtent l="0" t="0" r="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78E54684" w14:textId="77777777" w:rsidR="00327BED" w:rsidRDefault="00000000">
            <w:pPr>
              <w:spacing w:after="24"/>
            </w:pPr>
            <w:r>
              <w:rPr>
                <w:b/>
                <w:color w:val="F0B232"/>
              </w:rPr>
              <w:t>Ev</w:t>
            </w:r>
            <w:r>
              <w:rPr>
                <w:color w:val="949BA4"/>
                <w:sz w:val="15"/>
              </w:rPr>
              <w:t xml:space="preserve">  10/05/2026 2:21 AM</w:t>
            </w:r>
          </w:p>
          <w:p w14:paraId="0ECF1C89" w14:textId="77777777" w:rsidR="00327BED" w:rsidRDefault="00000000">
            <w:pPr>
              <w:spacing w:after="8" w:line="245" w:lineRule="auto"/>
            </w:pPr>
            <w:r>
              <w:t>Hmmm</w:t>
            </w:r>
          </w:p>
        </w:tc>
      </w:tr>
      <w:tr w:rsidR="00327BED" w14:paraId="32C9B324" w14:textId="77777777">
        <w:trPr>
          <w:cantSplit/>
          <w:jc w:val="center"/>
        </w:trPr>
        <w:tc>
          <w:tcPr>
            <w:tcW w:w="778" w:type="dxa"/>
            <w:shd w:val="clear" w:color="auto" w:fill="313338"/>
            <w:tcMar>
              <w:top w:w="55" w:type="dxa"/>
              <w:left w:w="10" w:type="dxa"/>
              <w:bottom w:w="30" w:type="dxa"/>
              <w:right w:w="25" w:type="dxa"/>
            </w:tcMar>
          </w:tcPr>
          <w:p w14:paraId="4F4B038B" w14:textId="77777777" w:rsidR="00327BED" w:rsidRDefault="00000000">
            <w:r>
              <w:rPr>
                <w:noProof/>
              </w:rPr>
              <w:drawing>
                <wp:inline distT="0" distB="0" distL="0" distR="0" wp14:anchorId="5A1F9637" wp14:editId="08D29AD8">
                  <wp:extent cx="356616" cy="356616"/>
                  <wp:effectExtent l="0" t="0" r="0" b="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0BD3CEEE" w14:textId="77777777" w:rsidR="00327BED" w:rsidRDefault="00000000">
            <w:pPr>
              <w:spacing w:after="24"/>
            </w:pPr>
            <w:r>
              <w:rPr>
                <w:b/>
              </w:rPr>
              <w:t>Aperation</w:t>
            </w:r>
            <w:r>
              <w:rPr>
                <w:color w:val="949BA4"/>
                <w:sz w:val="15"/>
              </w:rPr>
              <w:t xml:space="preserve">  10/05/2026 2:21 AM</w:t>
            </w:r>
          </w:p>
          <w:p w14:paraId="57B6355C" w14:textId="77777777" w:rsidR="00327BED" w:rsidRDefault="00000000">
            <w:pPr>
              <w:spacing w:after="8" w:line="245" w:lineRule="auto"/>
            </w:pPr>
            <w:r>
              <w:t>This conversation has totally changed</w:t>
            </w:r>
          </w:p>
          <w:p w14:paraId="0429ED68" w14:textId="77777777" w:rsidR="00327BED" w:rsidRDefault="00327BED">
            <w:pPr>
              <w:spacing w:line="84" w:lineRule="auto"/>
            </w:pPr>
          </w:p>
          <w:p w14:paraId="5785603C" w14:textId="77777777" w:rsidR="00327BED" w:rsidRDefault="00000000">
            <w:pPr>
              <w:spacing w:before="10" w:after="8" w:line="245" w:lineRule="auto"/>
            </w:pPr>
            <w:r>
              <w:t>You’ve gone from photos to now being angry about how I am when I’m drunk</w:t>
            </w:r>
          </w:p>
        </w:tc>
      </w:tr>
      <w:tr w:rsidR="00327BED" w14:paraId="6B1F17FD" w14:textId="77777777">
        <w:trPr>
          <w:cantSplit/>
          <w:jc w:val="center"/>
        </w:trPr>
        <w:tc>
          <w:tcPr>
            <w:tcW w:w="778" w:type="dxa"/>
            <w:shd w:val="clear" w:color="auto" w:fill="313338"/>
            <w:tcMar>
              <w:top w:w="55" w:type="dxa"/>
              <w:left w:w="10" w:type="dxa"/>
              <w:bottom w:w="30" w:type="dxa"/>
              <w:right w:w="25" w:type="dxa"/>
            </w:tcMar>
          </w:tcPr>
          <w:p w14:paraId="7EEA41A5" w14:textId="77777777" w:rsidR="00327BED" w:rsidRDefault="00000000">
            <w:r>
              <w:rPr>
                <w:noProof/>
              </w:rPr>
              <w:drawing>
                <wp:inline distT="0" distB="0" distL="0" distR="0" wp14:anchorId="128B024D" wp14:editId="79E3EF6E">
                  <wp:extent cx="356616" cy="356616"/>
                  <wp:effectExtent l="0" t="0" r="0"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7BE54169" w14:textId="77777777" w:rsidR="00327BED" w:rsidRDefault="00000000">
            <w:pPr>
              <w:spacing w:after="24"/>
            </w:pPr>
            <w:r>
              <w:rPr>
                <w:b/>
                <w:color w:val="F0B232"/>
              </w:rPr>
              <w:t>Ev</w:t>
            </w:r>
            <w:r>
              <w:rPr>
                <w:color w:val="949BA4"/>
                <w:sz w:val="15"/>
              </w:rPr>
              <w:t xml:space="preserve">  10/05/2026 2:21 AM</w:t>
            </w:r>
          </w:p>
          <w:p w14:paraId="250B5DB2" w14:textId="77777777" w:rsidR="00327BED" w:rsidRDefault="00000000">
            <w:pPr>
              <w:spacing w:after="8" w:line="245" w:lineRule="auto"/>
            </w:pPr>
            <w:r>
              <w:t>First it was that I'm being disloyal and now it's that I'm not paying enough attention to you</w:t>
            </w:r>
          </w:p>
          <w:p w14:paraId="40163594" w14:textId="77777777" w:rsidR="00327BED" w:rsidRDefault="00327BED">
            <w:pPr>
              <w:spacing w:line="84" w:lineRule="auto"/>
            </w:pPr>
          </w:p>
          <w:p w14:paraId="2F124649" w14:textId="77777777" w:rsidR="00327BED" w:rsidRDefault="00000000">
            <w:pPr>
              <w:spacing w:before="10" w:after="8" w:line="245" w:lineRule="auto"/>
            </w:pPr>
            <w:r>
              <w:t>Which is it</w:t>
            </w:r>
          </w:p>
        </w:tc>
      </w:tr>
      <w:tr w:rsidR="00327BED" w14:paraId="25370F9C" w14:textId="77777777">
        <w:trPr>
          <w:cantSplit/>
          <w:jc w:val="center"/>
        </w:trPr>
        <w:tc>
          <w:tcPr>
            <w:tcW w:w="778" w:type="dxa"/>
            <w:shd w:val="clear" w:color="auto" w:fill="313338"/>
            <w:tcMar>
              <w:top w:w="55" w:type="dxa"/>
              <w:left w:w="10" w:type="dxa"/>
              <w:bottom w:w="30" w:type="dxa"/>
              <w:right w:w="25" w:type="dxa"/>
            </w:tcMar>
          </w:tcPr>
          <w:p w14:paraId="22E82AF7" w14:textId="77777777" w:rsidR="00327BED" w:rsidRDefault="00000000">
            <w:r>
              <w:rPr>
                <w:noProof/>
              </w:rPr>
              <w:drawing>
                <wp:inline distT="0" distB="0" distL="0" distR="0" wp14:anchorId="3865364A" wp14:editId="1DE07AF1">
                  <wp:extent cx="356616" cy="356616"/>
                  <wp:effectExtent l="0" t="0" r="0"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3FC5087E" w14:textId="77777777" w:rsidR="00327BED" w:rsidRDefault="00000000">
            <w:pPr>
              <w:spacing w:after="24"/>
            </w:pPr>
            <w:r>
              <w:rPr>
                <w:b/>
              </w:rPr>
              <w:t>Aperation</w:t>
            </w:r>
            <w:r>
              <w:rPr>
                <w:color w:val="949BA4"/>
                <w:sz w:val="15"/>
              </w:rPr>
              <w:t xml:space="preserve">  10/05/2026 2:21 AM</w:t>
            </w:r>
          </w:p>
          <w:p w14:paraId="04E39D8C" w14:textId="77777777" w:rsidR="00327BED" w:rsidRDefault="00000000">
            <w:pPr>
              <w:spacing w:after="8" w:line="245" w:lineRule="auto"/>
            </w:pPr>
            <w:r>
              <w:t>She literally paid equal attention to you sober be</w:t>
            </w:r>
          </w:p>
          <w:p w14:paraId="2B1FBA2F" w14:textId="77777777" w:rsidR="00327BED" w:rsidRDefault="00327BED">
            <w:pPr>
              <w:spacing w:line="84" w:lineRule="auto"/>
            </w:pPr>
          </w:p>
          <w:p w14:paraId="7B366AFF" w14:textId="77777777" w:rsidR="00327BED" w:rsidRDefault="00000000">
            <w:pPr>
              <w:spacing w:before="10" w:after="8" w:line="245" w:lineRule="auto"/>
            </w:pPr>
            <w:r>
              <w:t>Btw*</w:t>
            </w:r>
          </w:p>
          <w:p w14:paraId="71B3B53D" w14:textId="77777777" w:rsidR="00327BED" w:rsidRDefault="00327BED">
            <w:pPr>
              <w:spacing w:line="84" w:lineRule="auto"/>
            </w:pPr>
          </w:p>
          <w:p w14:paraId="163CE810" w14:textId="77777777" w:rsidR="00327BED" w:rsidRDefault="00000000">
            <w:pPr>
              <w:spacing w:before="10" w:after="8" w:line="245" w:lineRule="auto"/>
            </w:pPr>
            <w:r>
              <w:t>If not less she mentioned you coming up to her stumbling drunk</w:t>
            </w:r>
          </w:p>
          <w:p w14:paraId="399F6DE0" w14:textId="77777777" w:rsidR="00327BED" w:rsidRDefault="00327BED">
            <w:pPr>
              <w:spacing w:line="84" w:lineRule="auto"/>
            </w:pPr>
          </w:p>
          <w:p w14:paraId="34470FD4" w14:textId="77777777" w:rsidR="00327BED" w:rsidRDefault="00000000">
            <w:pPr>
              <w:spacing w:before="10" w:after="8" w:line="245" w:lineRule="auto"/>
            </w:pPr>
            <w:r>
              <w:t>She didn’t even do that</w:t>
            </w:r>
          </w:p>
        </w:tc>
      </w:tr>
      <w:tr w:rsidR="00327BED" w14:paraId="2BFDD95F" w14:textId="77777777">
        <w:trPr>
          <w:cantSplit/>
          <w:jc w:val="center"/>
        </w:trPr>
        <w:tc>
          <w:tcPr>
            <w:tcW w:w="778" w:type="dxa"/>
            <w:shd w:val="clear" w:color="auto" w:fill="313338"/>
            <w:tcMar>
              <w:top w:w="55" w:type="dxa"/>
              <w:left w:w="10" w:type="dxa"/>
              <w:bottom w:w="30" w:type="dxa"/>
              <w:right w:w="25" w:type="dxa"/>
            </w:tcMar>
          </w:tcPr>
          <w:p w14:paraId="4C5E941C" w14:textId="77777777" w:rsidR="00327BED" w:rsidRDefault="00000000">
            <w:r>
              <w:rPr>
                <w:noProof/>
              </w:rPr>
              <w:drawing>
                <wp:inline distT="0" distB="0" distL="0" distR="0" wp14:anchorId="47D94305" wp14:editId="74ECFDFD">
                  <wp:extent cx="356616" cy="356616"/>
                  <wp:effectExtent l="0" t="0" r="0" b="0"/>
                  <wp:docPr id="285" name="Picture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6364D81A" w14:textId="77777777" w:rsidR="00327BED" w:rsidRDefault="00000000">
            <w:pPr>
              <w:spacing w:after="24"/>
            </w:pPr>
            <w:r>
              <w:rPr>
                <w:b/>
                <w:color w:val="F0B232"/>
              </w:rPr>
              <w:t>Ev</w:t>
            </w:r>
            <w:r>
              <w:rPr>
                <w:color w:val="949BA4"/>
                <w:sz w:val="15"/>
              </w:rPr>
              <w:t xml:space="preserve">  10/05/2026 2:22 AM</w:t>
            </w:r>
          </w:p>
          <w:p w14:paraId="2EC346CC" w14:textId="77777777" w:rsidR="00327BED" w:rsidRDefault="00000000">
            <w:pPr>
              <w:spacing w:after="8" w:line="245" w:lineRule="auto"/>
            </w:pPr>
            <w:r>
              <w:t>Maybe she's a cuck she stays sober and watches Oskar talk to people</w:t>
            </w:r>
          </w:p>
          <w:p w14:paraId="147FC26D" w14:textId="77777777" w:rsidR="00327BED" w:rsidRDefault="00327BED">
            <w:pPr>
              <w:spacing w:line="84" w:lineRule="auto"/>
            </w:pPr>
          </w:p>
          <w:p w14:paraId="04527990" w14:textId="77777777" w:rsidR="00327BED" w:rsidRDefault="00000000">
            <w:pPr>
              <w:spacing w:before="10" w:after="8" w:line="245" w:lineRule="auto"/>
            </w:pPr>
            <w:r>
              <w:t>Imagining he's cheating</w:t>
            </w:r>
          </w:p>
          <w:p w14:paraId="6B0E31FF" w14:textId="77777777" w:rsidR="00327BED" w:rsidRDefault="00327BED">
            <w:pPr>
              <w:spacing w:line="84" w:lineRule="auto"/>
            </w:pPr>
          </w:p>
          <w:p w14:paraId="1AA0F5AE" w14:textId="77777777" w:rsidR="00327BED" w:rsidRDefault="00000000">
            <w:pPr>
              <w:spacing w:before="10" w:after="8" w:line="245" w:lineRule="auto"/>
            </w:pPr>
            <w:r>
              <w:t>Because I haven't been disloyal</w:t>
            </w:r>
          </w:p>
        </w:tc>
      </w:tr>
      <w:tr w:rsidR="00327BED" w14:paraId="6AF5B266" w14:textId="77777777">
        <w:trPr>
          <w:cantSplit/>
          <w:jc w:val="center"/>
        </w:trPr>
        <w:tc>
          <w:tcPr>
            <w:tcW w:w="778" w:type="dxa"/>
            <w:shd w:val="clear" w:color="auto" w:fill="313338"/>
            <w:tcMar>
              <w:top w:w="55" w:type="dxa"/>
              <w:left w:w="10" w:type="dxa"/>
              <w:bottom w:w="30" w:type="dxa"/>
              <w:right w:w="25" w:type="dxa"/>
            </w:tcMar>
          </w:tcPr>
          <w:p w14:paraId="4488DE17" w14:textId="77777777" w:rsidR="00327BED" w:rsidRDefault="00000000">
            <w:r>
              <w:rPr>
                <w:noProof/>
              </w:rPr>
              <w:drawing>
                <wp:inline distT="0" distB="0" distL="0" distR="0" wp14:anchorId="42D8D7AF" wp14:editId="13D72952">
                  <wp:extent cx="356616" cy="356616"/>
                  <wp:effectExtent l="0" t="0" r="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1BCE442" w14:textId="77777777" w:rsidR="00327BED" w:rsidRDefault="00000000">
            <w:pPr>
              <w:spacing w:after="24"/>
            </w:pPr>
            <w:r>
              <w:rPr>
                <w:b/>
              </w:rPr>
              <w:t>Aperation</w:t>
            </w:r>
            <w:r>
              <w:rPr>
                <w:color w:val="949BA4"/>
                <w:sz w:val="15"/>
              </w:rPr>
              <w:t xml:space="preserve">  10/05/2026 2:22 AM</w:t>
            </w:r>
          </w:p>
          <w:p w14:paraId="568D91E4" w14:textId="77777777" w:rsidR="00327BED" w:rsidRDefault="00000000">
            <w:pPr>
              <w:spacing w:after="8" w:line="245" w:lineRule="auto"/>
            </w:pPr>
            <w:r>
              <w:t>Well clearly fucking not because she stopped speaking abt the pictures</w:t>
            </w:r>
          </w:p>
          <w:p w14:paraId="1022B079" w14:textId="77777777" w:rsidR="00327BED" w:rsidRDefault="00327BED">
            <w:pPr>
              <w:spacing w:line="84" w:lineRule="auto"/>
            </w:pPr>
          </w:p>
          <w:p w14:paraId="1DD8C0DD" w14:textId="77777777" w:rsidR="00327BED" w:rsidRDefault="00000000">
            <w:pPr>
              <w:spacing w:before="10" w:after="8" w:line="245" w:lineRule="auto"/>
            </w:pPr>
            <w:r>
              <w:t>Bc she knows it’s a nothing burger</w:t>
            </w:r>
          </w:p>
          <w:p w14:paraId="1F6BACE3" w14:textId="77777777" w:rsidR="00327BED" w:rsidRDefault="00327BED">
            <w:pPr>
              <w:spacing w:line="84" w:lineRule="auto"/>
            </w:pPr>
          </w:p>
          <w:p w14:paraId="00D448B3" w14:textId="77777777" w:rsidR="00327BED" w:rsidRDefault="00000000">
            <w:pPr>
              <w:spacing w:before="10" w:after="8" w:line="245" w:lineRule="auto"/>
            </w:pPr>
            <w:r>
              <w:t>Just genuinely put you can’t seriously be accusing me of being disloyal because I’m speaking to your friends in a picture</w:t>
            </w:r>
          </w:p>
        </w:tc>
      </w:tr>
      <w:tr w:rsidR="00327BED" w14:paraId="23C7FF3D" w14:textId="77777777">
        <w:trPr>
          <w:cantSplit/>
          <w:jc w:val="center"/>
        </w:trPr>
        <w:tc>
          <w:tcPr>
            <w:tcW w:w="778" w:type="dxa"/>
            <w:shd w:val="clear" w:color="auto" w:fill="313338"/>
            <w:tcMar>
              <w:top w:w="55" w:type="dxa"/>
              <w:left w:w="10" w:type="dxa"/>
              <w:bottom w:w="30" w:type="dxa"/>
              <w:right w:w="25" w:type="dxa"/>
            </w:tcMar>
          </w:tcPr>
          <w:p w14:paraId="6EC9D5CF" w14:textId="77777777" w:rsidR="00327BED" w:rsidRDefault="00000000">
            <w:r>
              <w:rPr>
                <w:noProof/>
              </w:rPr>
              <w:drawing>
                <wp:inline distT="0" distB="0" distL="0" distR="0" wp14:anchorId="4058F2F9" wp14:editId="2F6E1F89">
                  <wp:extent cx="356616" cy="356616"/>
                  <wp:effectExtent l="0" t="0" r="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01C5B03" w14:textId="77777777" w:rsidR="00327BED" w:rsidRDefault="00000000">
            <w:pPr>
              <w:spacing w:after="24"/>
            </w:pPr>
            <w:r>
              <w:rPr>
                <w:b/>
                <w:color w:val="F0B232"/>
              </w:rPr>
              <w:t>Ev</w:t>
            </w:r>
            <w:r>
              <w:rPr>
                <w:color w:val="949BA4"/>
                <w:sz w:val="15"/>
              </w:rPr>
              <w:t xml:space="preserve">  10/05/2026 2:23 AM</w:t>
            </w:r>
          </w:p>
          <w:p w14:paraId="6ADC62D2" w14:textId="77777777" w:rsidR="00327BED" w:rsidRDefault="00000000">
            <w:pPr>
              <w:spacing w:after="8" w:line="245" w:lineRule="auto"/>
            </w:pPr>
            <w:r>
              <w:t>*our friends</w:t>
            </w:r>
          </w:p>
        </w:tc>
      </w:tr>
      <w:tr w:rsidR="00327BED" w14:paraId="6D3BB8E3" w14:textId="77777777">
        <w:trPr>
          <w:cantSplit/>
          <w:jc w:val="center"/>
        </w:trPr>
        <w:tc>
          <w:tcPr>
            <w:tcW w:w="778" w:type="dxa"/>
            <w:shd w:val="clear" w:color="auto" w:fill="313338"/>
            <w:tcMar>
              <w:top w:w="55" w:type="dxa"/>
              <w:left w:w="10" w:type="dxa"/>
              <w:bottom w:w="30" w:type="dxa"/>
              <w:right w:w="25" w:type="dxa"/>
            </w:tcMar>
          </w:tcPr>
          <w:p w14:paraId="4A977ED5" w14:textId="77777777" w:rsidR="00327BED" w:rsidRDefault="00000000">
            <w:r>
              <w:rPr>
                <w:noProof/>
              </w:rPr>
              <w:drawing>
                <wp:inline distT="0" distB="0" distL="0" distR="0" wp14:anchorId="2EBCA5E2" wp14:editId="1634A426">
                  <wp:extent cx="356616" cy="356616"/>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30E989A5" w14:textId="77777777" w:rsidR="00327BED" w:rsidRDefault="00000000">
            <w:pPr>
              <w:spacing w:after="24"/>
            </w:pPr>
            <w:r>
              <w:rPr>
                <w:b/>
              </w:rPr>
              <w:t>Aperation</w:t>
            </w:r>
            <w:r>
              <w:rPr>
                <w:color w:val="949BA4"/>
                <w:sz w:val="15"/>
              </w:rPr>
              <w:t xml:space="preserve">  10/05/2026 2:23 AM</w:t>
            </w:r>
          </w:p>
          <w:p w14:paraId="0A5257BC" w14:textId="77777777" w:rsidR="00327BED" w:rsidRDefault="00000000">
            <w:pPr>
              <w:spacing w:after="8" w:line="245" w:lineRule="auto"/>
            </w:pPr>
            <w:r>
              <w:t>And o1 dis she take these pictures? Is she genuinely premeditating her argument with these pictures</w:t>
            </w:r>
          </w:p>
          <w:p w14:paraId="13FC8424" w14:textId="77777777" w:rsidR="00327BED" w:rsidRDefault="00327BED">
            <w:pPr>
              <w:spacing w:line="84" w:lineRule="auto"/>
            </w:pPr>
          </w:p>
          <w:p w14:paraId="59661F6F" w14:textId="77777777" w:rsidR="00327BED" w:rsidRDefault="00000000">
            <w:pPr>
              <w:spacing w:before="10" w:after="8" w:line="245" w:lineRule="auto"/>
            </w:pPr>
            <w:r>
              <w:t>And then sending it and realising it’s huklshit</w:t>
            </w:r>
          </w:p>
          <w:p w14:paraId="3DD0D4AB" w14:textId="77777777" w:rsidR="00327BED" w:rsidRDefault="00327BED">
            <w:pPr>
              <w:spacing w:line="84" w:lineRule="auto"/>
            </w:pPr>
          </w:p>
          <w:p w14:paraId="0F7B7AD1" w14:textId="77777777" w:rsidR="00327BED" w:rsidRDefault="00000000">
            <w:pPr>
              <w:spacing w:before="10" w:after="8" w:line="245" w:lineRule="auto"/>
            </w:pPr>
            <w:r>
              <w:t>Bull*</w:t>
            </w:r>
          </w:p>
          <w:p w14:paraId="0F235D79" w14:textId="77777777" w:rsidR="00327BED" w:rsidRDefault="00327BED">
            <w:pPr>
              <w:spacing w:line="84" w:lineRule="auto"/>
            </w:pPr>
          </w:p>
          <w:p w14:paraId="5AC5B19D" w14:textId="77777777" w:rsidR="00327BED" w:rsidRDefault="00000000">
            <w:pPr>
              <w:spacing w:before="10" w:after="8" w:line="245" w:lineRule="auto"/>
            </w:pPr>
            <w:r>
              <w:t>Hahahahah holy w’s</w:t>
            </w:r>
          </w:p>
        </w:tc>
      </w:tr>
      <w:tr w:rsidR="00327BED" w14:paraId="39A477B5" w14:textId="77777777">
        <w:trPr>
          <w:cantSplit/>
          <w:jc w:val="center"/>
        </w:trPr>
        <w:tc>
          <w:tcPr>
            <w:tcW w:w="778" w:type="dxa"/>
            <w:shd w:val="clear" w:color="auto" w:fill="313338"/>
            <w:tcMar>
              <w:top w:w="55" w:type="dxa"/>
              <w:left w:w="10" w:type="dxa"/>
              <w:bottom w:w="30" w:type="dxa"/>
              <w:right w:w="25" w:type="dxa"/>
            </w:tcMar>
          </w:tcPr>
          <w:p w14:paraId="2730C90A" w14:textId="77777777" w:rsidR="00327BED" w:rsidRDefault="00000000">
            <w:r>
              <w:rPr>
                <w:noProof/>
              </w:rPr>
              <w:drawing>
                <wp:inline distT="0" distB="0" distL="0" distR="0" wp14:anchorId="7C89FF7F" wp14:editId="551BA618">
                  <wp:extent cx="356616" cy="356616"/>
                  <wp:effectExtent l="0" t="0" r="0"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59D3FC1" w14:textId="77777777" w:rsidR="00327BED" w:rsidRDefault="00000000">
            <w:pPr>
              <w:spacing w:after="24"/>
            </w:pPr>
            <w:r>
              <w:rPr>
                <w:b/>
                <w:color w:val="F0B232"/>
              </w:rPr>
              <w:t>Ev</w:t>
            </w:r>
            <w:r>
              <w:rPr>
                <w:color w:val="949BA4"/>
                <w:sz w:val="15"/>
              </w:rPr>
              <w:t xml:space="preserve">  10/05/2026 2:24 AM</w:t>
            </w:r>
          </w:p>
          <w:p w14:paraId="4CA38EA7" w14:textId="77777777" w:rsidR="00327BED" w:rsidRDefault="00000000">
            <w:pPr>
              <w:spacing w:after="8" w:line="245" w:lineRule="auto"/>
            </w:pPr>
            <w:r>
              <w:t>Because there aren't any signs man she's full of shit</w:t>
            </w:r>
          </w:p>
        </w:tc>
      </w:tr>
      <w:tr w:rsidR="00327BED" w14:paraId="31892E05" w14:textId="77777777">
        <w:trPr>
          <w:cantSplit/>
          <w:jc w:val="center"/>
        </w:trPr>
        <w:tc>
          <w:tcPr>
            <w:tcW w:w="778" w:type="dxa"/>
            <w:shd w:val="clear" w:color="auto" w:fill="313338"/>
            <w:tcMar>
              <w:top w:w="55" w:type="dxa"/>
              <w:left w:w="10" w:type="dxa"/>
              <w:bottom w:w="30" w:type="dxa"/>
              <w:right w:w="25" w:type="dxa"/>
            </w:tcMar>
          </w:tcPr>
          <w:p w14:paraId="759128D4" w14:textId="77777777" w:rsidR="00327BED" w:rsidRDefault="00000000">
            <w:r>
              <w:rPr>
                <w:noProof/>
              </w:rPr>
              <w:drawing>
                <wp:inline distT="0" distB="0" distL="0" distR="0" wp14:anchorId="20BFC368" wp14:editId="77B83AB4">
                  <wp:extent cx="356616" cy="356616"/>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CD83131" w14:textId="77777777" w:rsidR="00327BED" w:rsidRDefault="00000000">
            <w:pPr>
              <w:spacing w:after="24"/>
            </w:pPr>
            <w:r>
              <w:rPr>
                <w:b/>
              </w:rPr>
              <w:t>Aperation</w:t>
            </w:r>
            <w:r>
              <w:rPr>
                <w:color w:val="949BA4"/>
                <w:sz w:val="15"/>
              </w:rPr>
              <w:t xml:space="preserve">  10/05/2026 2:25 AM</w:t>
            </w:r>
          </w:p>
          <w:p w14:paraId="6CE41F75" w14:textId="77777777" w:rsidR="00327BED" w:rsidRDefault="00000000">
            <w:pPr>
              <w:spacing w:after="8" w:line="245" w:lineRule="auto"/>
            </w:pPr>
            <w:r>
              <w:rPr>
                <w:i/>
                <w:color w:val="949BA4"/>
                <w:sz w:val="18"/>
              </w:rPr>
              <w:t>[No text captured in export]</w:t>
            </w:r>
          </w:p>
          <w:p w14:paraId="0697B29C" w14:textId="77777777" w:rsidR="00327BED" w:rsidRDefault="00327BED">
            <w:pPr>
              <w:spacing w:line="84" w:lineRule="auto"/>
            </w:pPr>
          </w:p>
          <w:p w14:paraId="04ABBBC1" w14:textId="77777777" w:rsidR="00327BED" w:rsidRDefault="00000000">
            <w:pPr>
              <w:spacing w:before="10" w:after="8" w:line="245" w:lineRule="auto"/>
            </w:pPr>
            <w:r>
              <w:t>Nothing burger being typed rn</w:t>
            </w:r>
          </w:p>
          <w:p w14:paraId="4B4E8D9D" w14:textId="77777777" w:rsidR="00327BED" w:rsidRDefault="00327BED">
            <w:pPr>
              <w:spacing w:line="84" w:lineRule="auto"/>
            </w:pPr>
          </w:p>
          <w:p w14:paraId="1F9BAA36" w14:textId="77777777" w:rsidR="00327BED" w:rsidRDefault="00000000">
            <w:pPr>
              <w:spacing w:before="10" w:after="8" w:line="245" w:lineRule="auto"/>
            </w:pPr>
            <w:r>
              <w:t>Gg</w:t>
            </w:r>
          </w:p>
          <w:p w14:paraId="31DD9BDB" w14:textId="77777777" w:rsidR="00327BED" w:rsidRDefault="00327BED">
            <w:pPr>
              <w:spacing w:line="84" w:lineRule="auto"/>
            </w:pPr>
          </w:p>
          <w:p w14:paraId="1DB0E9EA" w14:textId="77777777" w:rsidR="00327BED" w:rsidRDefault="00000000">
            <w:pPr>
              <w:spacing w:before="10" w:after="8" w:line="245" w:lineRule="auto"/>
            </w:pPr>
            <w:r>
              <w:t>Ok</w:t>
            </w:r>
          </w:p>
          <w:p w14:paraId="270A892E" w14:textId="77777777" w:rsidR="00327BED" w:rsidRDefault="00327BED">
            <w:pPr>
              <w:spacing w:line="84" w:lineRule="auto"/>
            </w:pPr>
          </w:p>
          <w:p w14:paraId="5A3D7503" w14:textId="77777777" w:rsidR="00327BED" w:rsidRDefault="00000000">
            <w:pPr>
              <w:spacing w:before="10" w:after="8" w:line="245" w:lineRule="auto"/>
            </w:pPr>
            <w:r>
              <w:t>Do you want to go Crete</w:t>
            </w:r>
          </w:p>
          <w:p w14:paraId="02BEE2FD" w14:textId="77777777" w:rsidR="00327BED" w:rsidRDefault="00327BED">
            <w:pPr>
              <w:spacing w:line="84" w:lineRule="auto"/>
            </w:pPr>
          </w:p>
          <w:p w14:paraId="7016B0CA" w14:textId="77777777" w:rsidR="00327BED" w:rsidRDefault="00000000">
            <w:pPr>
              <w:spacing w:before="10" w:after="8" w:line="245" w:lineRule="auto"/>
            </w:pPr>
            <w:r>
              <w:t>How bad*</w:t>
            </w:r>
          </w:p>
        </w:tc>
      </w:tr>
      <w:tr w:rsidR="00327BED" w14:paraId="1386D7A1" w14:textId="77777777">
        <w:trPr>
          <w:cantSplit/>
          <w:jc w:val="center"/>
        </w:trPr>
        <w:tc>
          <w:tcPr>
            <w:tcW w:w="778" w:type="dxa"/>
            <w:shd w:val="clear" w:color="auto" w:fill="313338"/>
            <w:tcMar>
              <w:top w:w="55" w:type="dxa"/>
              <w:left w:w="10" w:type="dxa"/>
              <w:bottom w:w="30" w:type="dxa"/>
              <w:right w:w="25" w:type="dxa"/>
            </w:tcMar>
          </w:tcPr>
          <w:p w14:paraId="76B7514D" w14:textId="77777777" w:rsidR="00327BED" w:rsidRDefault="00000000">
            <w:r>
              <w:rPr>
                <w:noProof/>
              </w:rPr>
              <w:lastRenderedPageBreak/>
              <w:drawing>
                <wp:inline distT="0" distB="0" distL="0" distR="0" wp14:anchorId="71B107FE" wp14:editId="2F8C9E2D">
                  <wp:extent cx="356616" cy="356616"/>
                  <wp:effectExtent l="0" t="0" r="0" b="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71B6EEDB" w14:textId="77777777" w:rsidR="00327BED" w:rsidRDefault="00000000">
            <w:pPr>
              <w:spacing w:after="24"/>
            </w:pPr>
            <w:r>
              <w:rPr>
                <w:b/>
                <w:color w:val="F0B232"/>
              </w:rPr>
              <w:t>Ev</w:t>
            </w:r>
            <w:r>
              <w:rPr>
                <w:color w:val="949BA4"/>
                <w:sz w:val="15"/>
              </w:rPr>
              <w:t xml:space="preserve">  10/05/2026 2:26 AM</w:t>
            </w:r>
          </w:p>
          <w:p w14:paraId="11F63961" w14:textId="77777777" w:rsidR="00327BED" w:rsidRDefault="00000000">
            <w:pPr>
              <w:spacing w:after="8" w:line="245" w:lineRule="auto"/>
            </w:pPr>
            <w:r>
              <w:t>🚨 she came to you with a problem, the way this argument ends is her thingy</w:t>
            </w:r>
          </w:p>
          <w:p w14:paraId="2E03EE6B" w14:textId="77777777" w:rsidR="00327BED" w:rsidRDefault="00327BED">
            <w:pPr>
              <w:spacing w:line="84" w:lineRule="auto"/>
            </w:pPr>
          </w:p>
          <w:p w14:paraId="67DE50D7" w14:textId="77777777" w:rsidR="00327BED" w:rsidRDefault="00000000">
            <w:pPr>
              <w:spacing w:before="10" w:after="8" w:line="245" w:lineRule="auto"/>
            </w:pPr>
            <w:r>
              <w:t>Yk</w:t>
            </w:r>
          </w:p>
          <w:p w14:paraId="56D03D5E" w14:textId="77777777" w:rsidR="00327BED" w:rsidRDefault="00327BED">
            <w:pPr>
              <w:spacing w:line="84" w:lineRule="auto"/>
            </w:pPr>
          </w:p>
          <w:p w14:paraId="0DCF2342" w14:textId="77777777" w:rsidR="00327BED" w:rsidRDefault="00000000">
            <w:pPr>
              <w:spacing w:before="10" w:after="8" w:line="245" w:lineRule="auto"/>
            </w:pPr>
            <w:r>
              <w:t>You were fine as it is</w:t>
            </w:r>
          </w:p>
          <w:p w14:paraId="5E8841DD" w14:textId="77777777" w:rsidR="00327BED" w:rsidRDefault="00327BED">
            <w:pPr>
              <w:spacing w:line="84" w:lineRule="auto"/>
            </w:pPr>
          </w:p>
          <w:p w14:paraId="2C539F8A" w14:textId="77777777" w:rsidR="00327BED" w:rsidRDefault="00000000">
            <w:pPr>
              <w:spacing w:before="10" w:after="8" w:line="245" w:lineRule="auto"/>
            </w:pPr>
            <w:r>
              <w:t>She's got an issue</w:t>
            </w:r>
          </w:p>
          <w:p w14:paraId="1F1C4C53" w14:textId="77777777" w:rsidR="00327BED" w:rsidRDefault="00327BED">
            <w:pPr>
              <w:spacing w:line="84" w:lineRule="auto"/>
            </w:pPr>
          </w:p>
          <w:p w14:paraId="1BA8C1CE" w14:textId="77777777" w:rsidR="00327BED" w:rsidRDefault="00000000">
            <w:pPr>
              <w:spacing w:before="10" w:after="8" w:line="245" w:lineRule="auto"/>
            </w:pPr>
            <w:r>
              <w:t>It's up to her whether it's fixed</w:t>
            </w:r>
          </w:p>
          <w:p w14:paraId="341FB169" w14:textId="77777777" w:rsidR="00327BED" w:rsidRDefault="00327BED">
            <w:pPr>
              <w:spacing w:line="84" w:lineRule="auto"/>
            </w:pPr>
          </w:p>
          <w:p w14:paraId="3EE5DE1D" w14:textId="77777777" w:rsidR="00327BED" w:rsidRDefault="00000000">
            <w:pPr>
              <w:spacing w:before="10" w:after="8" w:line="245" w:lineRule="auto"/>
            </w:pPr>
            <w:r>
              <w:t>Not you</w:t>
            </w:r>
          </w:p>
        </w:tc>
      </w:tr>
      <w:tr w:rsidR="00327BED" w14:paraId="3EDCA814" w14:textId="77777777">
        <w:trPr>
          <w:cantSplit/>
          <w:jc w:val="center"/>
        </w:trPr>
        <w:tc>
          <w:tcPr>
            <w:tcW w:w="778" w:type="dxa"/>
            <w:shd w:val="clear" w:color="auto" w:fill="313338"/>
            <w:tcMar>
              <w:top w:w="55" w:type="dxa"/>
              <w:left w:w="10" w:type="dxa"/>
              <w:bottom w:w="30" w:type="dxa"/>
              <w:right w:w="25" w:type="dxa"/>
            </w:tcMar>
          </w:tcPr>
          <w:p w14:paraId="370AEDD7" w14:textId="77777777" w:rsidR="00327BED" w:rsidRDefault="00000000">
            <w:r>
              <w:rPr>
                <w:noProof/>
              </w:rPr>
              <w:drawing>
                <wp:inline distT="0" distB="0" distL="0" distR="0" wp14:anchorId="409CE469" wp14:editId="5DF37599">
                  <wp:extent cx="356616" cy="356616"/>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39532D58" w14:textId="77777777" w:rsidR="00327BED" w:rsidRDefault="00000000">
            <w:pPr>
              <w:spacing w:after="24"/>
            </w:pPr>
            <w:r>
              <w:rPr>
                <w:b/>
              </w:rPr>
              <w:t>Aperation</w:t>
            </w:r>
            <w:r>
              <w:rPr>
                <w:color w:val="949BA4"/>
                <w:sz w:val="15"/>
              </w:rPr>
              <w:t xml:space="preserve">  10/05/2026 2:26 AM</w:t>
            </w:r>
          </w:p>
          <w:p w14:paraId="46FF5373" w14:textId="77777777" w:rsidR="00327BED" w:rsidRDefault="00000000">
            <w:pPr>
              <w:spacing w:after="8" w:line="245" w:lineRule="auto"/>
            </w:pPr>
            <w:r>
              <w:t>Put</w:t>
            </w:r>
          </w:p>
          <w:p w14:paraId="4C312B62" w14:textId="77777777" w:rsidR="00327BED" w:rsidRDefault="00327BED">
            <w:pPr>
              <w:spacing w:line="84" w:lineRule="auto"/>
            </w:pPr>
          </w:p>
          <w:p w14:paraId="155A28D1" w14:textId="77777777" w:rsidR="00327BED" w:rsidRDefault="00000000">
            <w:pPr>
              <w:spacing w:before="10" w:after="8" w:line="245" w:lineRule="auto"/>
            </w:pPr>
            <w:r>
              <w:t>I’ve explained what I can</w:t>
            </w:r>
          </w:p>
        </w:tc>
      </w:tr>
      <w:tr w:rsidR="00327BED" w14:paraId="6F53B026" w14:textId="77777777">
        <w:trPr>
          <w:cantSplit/>
          <w:jc w:val="center"/>
        </w:trPr>
        <w:tc>
          <w:tcPr>
            <w:tcW w:w="778" w:type="dxa"/>
            <w:shd w:val="clear" w:color="auto" w:fill="313338"/>
            <w:tcMar>
              <w:top w:w="55" w:type="dxa"/>
              <w:left w:w="10" w:type="dxa"/>
              <w:bottom w:w="30" w:type="dxa"/>
              <w:right w:w="25" w:type="dxa"/>
            </w:tcMar>
          </w:tcPr>
          <w:p w14:paraId="3228CC0D" w14:textId="77777777" w:rsidR="00327BED" w:rsidRDefault="00000000">
            <w:r>
              <w:rPr>
                <w:noProof/>
              </w:rPr>
              <w:drawing>
                <wp:inline distT="0" distB="0" distL="0" distR="0" wp14:anchorId="5FF3462C" wp14:editId="12D7ECCA">
                  <wp:extent cx="356616" cy="356616"/>
                  <wp:effectExtent l="0" t="0" r="0"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6228DED2" w14:textId="77777777" w:rsidR="00327BED" w:rsidRDefault="00000000">
            <w:pPr>
              <w:spacing w:after="24"/>
            </w:pPr>
            <w:r>
              <w:rPr>
                <w:b/>
                <w:color w:val="F0B232"/>
              </w:rPr>
              <w:t>Ev</w:t>
            </w:r>
            <w:r>
              <w:rPr>
                <w:color w:val="949BA4"/>
                <w:sz w:val="15"/>
              </w:rPr>
              <w:t xml:space="preserve">  10/05/2026 2:27 AM</w:t>
            </w:r>
          </w:p>
          <w:p w14:paraId="54F8FECC" w14:textId="77777777" w:rsidR="00327BED" w:rsidRDefault="00000000">
            <w:pPr>
              <w:spacing w:after="8" w:line="245" w:lineRule="auto"/>
            </w:pPr>
            <w:r>
              <w:t>THE HARD DRINKING</w:t>
            </w:r>
          </w:p>
        </w:tc>
      </w:tr>
      <w:tr w:rsidR="00327BED" w14:paraId="3E6E5835" w14:textId="77777777">
        <w:trPr>
          <w:cantSplit/>
          <w:jc w:val="center"/>
        </w:trPr>
        <w:tc>
          <w:tcPr>
            <w:tcW w:w="778" w:type="dxa"/>
            <w:shd w:val="clear" w:color="auto" w:fill="313338"/>
            <w:tcMar>
              <w:top w:w="55" w:type="dxa"/>
              <w:left w:w="10" w:type="dxa"/>
              <w:bottom w:w="30" w:type="dxa"/>
              <w:right w:w="25" w:type="dxa"/>
            </w:tcMar>
          </w:tcPr>
          <w:p w14:paraId="78998C0D" w14:textId="77777777" w:rsidR="00327BED" w:rsidRDefault="00000000">
            <w:r>
              <w:rPr>
                <w:noProof/>
              </w:rPr>
              <w:drawing>
                <wp:inline distT="0" distB="0" distL="0" distR="0" wp14:anchorId="00A3BCF4" wp14:editId="24949FA1">
                  <wp:extent cx="356616" cy="356616"/>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359EBE71" w14:textId="77777777" w:rsidR="00327BED" w:rsidRDefault="00000000">
            <w:pPr>
              <w:spacing w:after="24"/>
            </w:pPr>
            <w:r>
              <w:rPr>
                <w:b/>
              </w:rPr>
              <w:t>Aperation</w:t>
            </w:r>
            <w:r>
              <w:rPr>
                <w:color w:val="949BA4"/>
                <w:sz w:val="15"/>
              </w:rPr>
              <w:t xml:space="preserve">  10/05/2026 2:27 AM</w:t>
            </w:r>
          </w:p>
          <w:p w14:paraId="25FCC84C" w14:textId="77777777" w:rsidR="00327BED" w:rsidRDefault="00000000">
            <w:pPr>
              <w:spacing w:after="8" w:line="245" w:lineRule="auto"/>
            </w:pPr>
            <w:r>
              <w:rPr>
                <w:i/>
                <w:color w:val="949BA4"/>
                <w:sz w:val="18"/>
              </w:rPr>
              <w:t>[No text captured in export]</w:t>
            </w:r>
          </w:p>
          <w:p w14:paraId="6D9CDDE1" w14:textId="77777777" w:rsidR="00327BED" w:rsidRDefault="00327BED">
            <w:pPr>
              <w:spacing w:line="84" w:lineRule="auto"/>
            </w:pPr>
          </w:p>
          <w:p w14:paraId="35F8EB83" w14:textId="77777777" w:rsidR="00327BED" w:rsidRDefault="00000000">
            <w:pPr>
              <w:spacing w:before="10" w:after="8" w:line="245" w:lineRule="auto"/>
            </w:pPr>
            <w:r>
              <w:t>Recycling the changing so hard ffs</w:t>
            </w:r>
          </w:p>
          <w:p w14:paraId="296FD449" w14:textId="77777777" w:rsidR="00327BED" w:rsidRDefault="00327BED">
            <w:pPr>
              <w:spacing w:line="84" w:lineRule="auto"/>
            </w:pPr>
          </w:p>
          <w:p w14:paraId="422FCA3D" w14:textId="77777777" w:rsidR="00327BED" w:rsidRDefault="00000000">
            <w:pPr>
              <w:spacing w:before="10" w:after="8" w:line="245" w:lineRule="auto"/>
            </w:pPr>
            <w:r>
              <w:t>How about will she drink with you</w:t>
            </w:r>
          </w:p>
        </w:tc>
      </w:tr>
      <w:tr w:rsidR="00327BED" w14:paraId="4FB93052" w14:textId="77777777">
        <w:trPr>
          <w:cantSplit/>
          <w:jc w:val="center"/>
        </w:trPr>
        <w:tc>
          <w:tcPr>
            <w:tcW w:w="778" w:type="dxa"/>
            <w:shd w:val="clear" w:color="auto" w:fill="313338"/>
            <w:tcMar>
              <w:top w:w="55" w:type="dxa"/>
              <w:left w:w="10" w:type="dxa"/>
              <w:bottom w:w="30" w:type="dxa"/>
              <w:right w:w="25" w:type="dxa"/>
            </w:tcMar>
          </w:tcPr>
          <w:p w14:paraId="2A3ABF20" w14:textId="77777777" w:rsidR="00327BED" w:rsidRDefault="00000000">
            <w:r>
              <w:rPr>
                <w:noProof/>
              </w:rPr>
              <w:drawing>
                <wp:inline distT="0" distB="0" distL="0" distR="0" wp14:anchorId="74BCA5CC" wp14:editId="0431854D">
                  <wp:extent cx="356616" cy="356616"/>
                  <wp:effectExtent l="0" t="0" r="0" b="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2AC2E83F" w14:textId="77777777" w:rsidR="00327BED" w:rsidRDefault="00000000">
            <w:pPr>
              <w:spacing w:after="24"/>
            </w:pPr>
            <w:r>
              <w:rPr>
                <w:b/>
                <w:color w:val="F0B232"/>
              </w:rPr>
              <w:t>Ev</w:t>
            </w:r>
            <w:r>
              <w:rPr>
                <w:color w:val="949BA4"/>
                <w:sz w:val="15"/>
              </w:rPr>
              <w:t xml:space="preserve">  10/05/2026 2:27 AM</w:t>
            </w:r>
          </w:p>
          <w:p w14:paraId="12548684" w14:textId="77777777" w:rsidR="00327BED" w:rsidRDefault="00000000">
            <w:pPr>
              <w:spacing w:after="8" w:line="245" w:lineRule="auto"/>
            </w:pPr>
            <w:r>
              <w:t>YEAH CUT IT OUT</w:t>
            </w:r>
          </w:p>
        </w:tc>
      </w:tr>
      <w:tr w:rsidR="00327BED" w14:paraId="4CB7C973" w14:textId="77777777">
        <w:trPr>
          <w:cantSplit/>
          <w:jc w:val="center"/>
        </w:trPr>
        <w:tc>
          <w:tcPr>
            <w:tcW w:w="778" w:type="dxa"/>
            <w:shd w:val="clear" w:color="auto" w:fill="313338"/>
            <w:tcMar>
              <w:top w:w="55" w:type="dxa"/>
              <w:left w:w="10" w:type="dxa"/>
              <w:bottom w:w="30" w:type="dxa"/>
              <w:right w:w="25" w:type="dxa"/>
            </w:tcMar>
          </w:tcPr>
          <w:p w14:paraId="0E7FA6BD" w14:textId="77777777" w:rsidR="00327BED" w:rsidRDefault="00000000">
            <w:r>
              <w:rPr>
                <w:noProof/>
              </w:rPr>
              <w:drawing>
                <wp:inline distT="0" distB="0" distL="0" distR="0" wp14:anchorId="7AD39257" wp14:editId="21A21CBA">
                  <wp:extent cx="356616" cy="356616"/>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22C582E" w14:textId="77777777" w:rsidR="00327BED" w:rsidRDefault="00000000">
            <w:pPr>
              <w:spacing w:after="24"/>
            </w:pPr>
            <w:r>
              <w:rPr>
                <w:b/>
              </w:rPr>
              <w:t>Aperation</w:t>
            </w:r>
            <w:r>
              <w:rPr>
                <w:color w:val="949BA4"/>
                <w:sz w:val="15"/>
              </w:rPr>
              <w:t xml:space="preserve">  10/05/2026 2:28 AM</w:t>
            </w:r>
          </w:p>
          <w:p w14:paraId="0A3FCD68" w14:textId="77777777" w:rsidR="00327BED" w:rsidRDefault="00000000">
            <w:pPr>
              <w:spacing w:after="8" w:line="245" w:lineRule="auto"/>
            </w:pPr>
            <w:r>
              <w:t>Well Oskar it’s up to you on what to say here</w:t>
            </w:r>
          </w:p>
        </w:tc>
      </w:tr>
      <w:tr w:rsidR="00327BED" w14:paraId="47133801" w14:textId="77777777">
        <w:trPr>
          <w:cantSplit/>
          <w:jc w:val="center"/>
        </w:trPr>
        <w:tc>
          <w:tcPr>
            <w:tcW w:w="778" w:type="dxa"/>
            <w:shd w:val="clear" w:color="auto" w:fill="313338"/>
            <w:tcMar>
              <w:top w:w="55" w:type="dxa"/>
              <w:left w:w="10" w:type="dxa"/>
              <w:bottom w:w="30" w:type="dxa"/>
              <w:right w:w="25" w:type="dxa"/>
            </w:tcMar>
          </w:tcPr>
          <w:p w14:paraId="41B8233C" w14:textId="77777777" w:rsidR="00327BED" w:rsidRDefault="00000000">
            <w:r>
              <w:rPr>
                <w:noProof/>
              </w:rPr>
              <w:drawing>
                <wp:inline distT="0" distB="0" distL="0" distR="0" wp14:anchorId="6334CEA1" wp14:editId="7BE7E621">
                  <wp:extent cx="356616" cy="356616"/>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02C8232" w14:textId="77777777" w:rsidR="00327BED" w:rsidRDefault="00000000">
            <w:pPr>
              <w:spacing w:after="24"/>
            </w:pPr>
            <w:r>
              <w:rPr>
                <w:b/>
                <w:color w:val="F0B232"/>
              </w:rPr>
              <w:t>Ev</w:t>
            </w:r>
            <w:r>
              <w:rPr>
                <w:color w:val="949BA4"/>
                <w:sz w:val="15"/>
              </w:rPr>
              <w:t xml:space="preserve">  10/05/2026 2:28 AM</w:t>
            </w:r>
          </w:p>
          <w:p w14:paraId="568BAA5B" w14:textId="77777777" w:rsidR="00327BED" w:rsidRDefault="00000000">
            <w:pPr>
              <w:spacing w:after="8" w:line="245" w:lineRule="auto"/>
            </w:pPr>
            <w:r>
              <w:t>She has just as much a right to ask you to stop drinking as you do to ask her to drink</w:t>
            </w:r>
          </w:p>
        </w:tc>
      </w:tr>
      <w:tr w:rsidR="00327BED" w14:paraId="5C84BCB7" w14:textId="77777777">
        <w:trPr>
          <w:cantSplit/>
          <w:jc w:val="center"/>
        </w:trPr>
        <w:tc>
          <w:tcPr>
            <w:tcW w:w="778" w:type="dxa"/>
            <w:shd w:val="clear" w:color="auto" w:fill="313338"/>
            <w:tcMar>
              <w:top w:w="55" w:type="dxa"/>
              <w:left w:w="10" w:type="dxa"/>
              <w:bottom w:w="30" w:type="dxa"/>
              <w:right w:w="25" w:type="dxa"/>
            </w:tcMar>
          </w:tcPr>
          <w:p w14:paraId="47585B20" w14:textId="77777777" w:rsidR="00327BED" w:rsidRDefault="00000000">
            <w:r>
              <w:rPr>
                <w:noProof/>
              </w:rPr>
              <w:drawing>
                <wp:inline distT="0" distB="0" distL="0" distR="0" wp14:anchorId="0A74728F" wp14:editId="305B8116">
                  <wp:extent cx="356616" cy="356616"/>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23ACAF85" w14:textId="77777777" w:rsidR="00327BED" w:rsidRDefault="00000000">
            <w:pPr>
              <w:spacing w:after="24"/>
            </w:pPr>
            <w:r>
              <w:rPr>
                <w:b/>
              </w:rPr>
              <w:t>Aperation</w:t>
            </w:r>
            <w:r>
              <w:rPr>
                <w:color w:val="949BA4"/>
                <w:sz w:val="15"/>
              </w:rPr>
              <w:t xml:space="preserve">  10/05/2026 2:28 AM</w:t>
            </w:r>
          </w:p>
          <w:p w14:paraId="32D65370" w14:textId="77777777" w:rsidR="00327BED" w:rsidRDefault="00000000">
            <w:pPr>
              <w:spacing w:after="8" w:line="245" w:lineRule="auto"/>
            </w:pPr>
            <w:r>
              <w:t>In all honestly</w:t>
            </w:r>
          </w:p>
          <w:p w14:paraId="634BCC86" w14:textId="77777777" w:rsidR="00327BED" w:rsidRDefault="00327BED">
            <w:pPr>
              <w:spacing w:line="84" w:lineRule="auto"/>
            </w:pPr>
          </w:p>
          <w:p w14:paraId="6DF20C8A" w14:textId="77777777" w:rsidR="00327BED" w:rsidRDefault="00000000">
            <w:pPr>
              <w:spacing w:before="10" w:after="8" w:line="245" w:lineRule="auto"/>
            </w:pPr>
            <w:r>
              <w:t>Next part is probably after Crete</w:t>
            </w:r>
          </w:p>
          <w:p w14:paraId="79D7FE7E" w14:textId="77777777" w:rsidR="00327BED" w:rsidRDefault="00327BED">
            <w:pPr>
              <w:spacing w:line="84" w:lineRule="auto"/>
            </w:pPr>
          </w:p>
          <w:p w14:paraId="6E4B2B6C" w14:textId="77777777" w:rsidR="00327BED" w:rsidRDefault="00000000">
            <w:pPr>
              <w:spacing w:before="10" w:after="8" w:line="245" w:lineRule="auto"/>
            </w:pPr>
            <w:r>
              <w:t>So might be dusted</w:t>
            </w:r>
          </w:p>
          <w:p w14:paraId="54CDAD9E" w14:textId="77777777" w:rsidR="00327BED" w:rsidRDefault="00327BED">
            <w:pPr>
              <w:spacing w:line="84" w:lineRule="auto"/>
            </w:pPr>
          </w:p>
          <w:p w14:paraId="718A6914" w14:textId="77777777" w:rsidR="00327BED" w:rsidRDefault="00000000">
            <w:pPr>
              <w:spacing w:before="10" w:after="8" w:line="245" w:lineRule="auto"/>
            </w:pPr>
            <w:r>
              <w:t>So you could just say yes and then end it before the next party if you want to stay together</w:t>
            </w:r>
          </w:p>
          <w:p w14:paraId="65EE0692" w14:textId="77777777" w:rsidR="00327BED" w:rsidRDefault="00327BED">
            <w:pPr>
              <w:spacing w:line="84" w:lineRule="auto"/>
            </w:pPr>
          </w:p>
          <w:p w14:paraId="777EF4DD" w14:textId="77777777" w:rsidR="00327BED" w:rsidRDefault="00000000">
            <w:pPr>
              <w:spacing w:before="10" w:after="8" w:line="245" w:lineRule="auto"/>
            </w:pPr>
            <w:r>
              <w:t>But it’s your choice here you can make it endgame or firm it</w:t>
            </w:r>
          </w:p>
        </w:tc>
      </w:tr>
      <w:tr w:rsidR="00327BED" w14:paraId="6154FA7B" w14:textId="77777777">
        <w:trPr>
          <w:cantSplit/>
          <w:jc w:val="center"/>
        </w:trPr>
        <w:tc>
          <w:tcPr>
            <w:tcW w:w="778" w:type="dxa"/>
            <w:shd w:val="clear" w:color="auto" w:fill="313338"/>
            <w:tcMar>
              <w:top w:w="55" w:type="dxa"/>
              <w:left w:w="10" w:type="dxa"/>
              <w:bottom w:w="30" w:type="dxa"/>
              <w:right w:w="25" w:type="dxa"/>
            </w:tcMar>
          </w:tcPr>
          <w:p w14:paraId="6B48B130" w14:textId="77777777" w:rsidR="00327BED" w:rsidRDefault="00000000">
            <w:r>
              <w:rPr>
                <w:noProof/>
              </w:rPr>
              <w:drawing>
                <wp:inline distT="0" distB="0" distL="0" distR="0" wp14:anchorId="4173F81E" wp14:editId="1902698C">
                  <wp:extent cx="356616" cy="356616"/>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EC2702D" w14:textId="77777777" w:rsidR="00327BED" w:rsidRDefault="00000000">
            <w:pPr>
              <w:spacing w:after="24"/>
            </w:pPr>
            <w:r>
              <w:rPr>
                <w:b/>
                <w:color w:val="F0B232"/>
              </w:rPr>
              <w:t>Ev</w:t>
            </w:r>
            <w:r>
              <w:rPr>
                <w:color w:val="949BA4"/>
                <w:sz w:val="15"/>
              </w:rPr>
              <w:t xml:space="preserve">  10/05/2026 2:29 AM</w:t>
            </w:r>
          </w:p>
          <w:p w14:paraId="6456645C" w14:textId="77777777" w:rsidR="00327BED" w:rsidRDefault="00000000">
            <w:pPr>
              <w:spacing w:after="8" w:line="245" w:lineRule="auto"/>
            </w:pPr>
            <w:r>
              <w:t>she's rejecting your terms</w:t>
            </w:r>
          </w:p>
        </w:tc>
      </w:tr>
      <w:tr w:rsidR="00327BED" w14:paraId="35124E44" w14:textId="77777777">
        <w:trPr>
          <w:cantSplit/>
          <w:jc w:val="center"/>
        </w:trPr>
        <w:tc>
          <w:tcPr>
            <w:tcW w:w="778" w:type="dxa"/>
            <w:shd w:val="clear" w:color="auto" w:fill="313338"/>
            <w:tcMar>
              <w:top w:w="55" w:type="dxa"/>
              <w:left w:w="10" w:type="dxa"/>
              <w:bottom w:w="30" w:type="dxa"/>
              <w:right w:w="25" w:type="dxa"/>
            </w:tcMar>
          </w:tcPr>
          <w:p w14:paraId="141A3174" w14:textId="77777777" w:rsidR="00327BED" w:rsidRDefault="00000000">
            <w:r>
              <w:rPr>
                <w:noProof/>
              </w:rPr>
              <w:drawing>
                <wp:inline distT="0" distB="0" distL="0" distR="0" wp14:anchorId="0C97E0C0" wp14:editId="3995E4C4">
                  <wp:extent cx="356616" cy="356616"/>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BE7F0C7" w14:textId="77777777" w:rsidR="00327BED" w:rsidRDefault="00000000">
            <w:pPr>
              <w:spacing w:after="24"/>
            </w:pPr>
            <w:r>
              <w:rPr>
                <w:b/>
              </w:rPr>
              <w:t>Aperation</w:t>
            </w:r>
            <w:r>
              <w:rPr>
                <w:color w:val="949BA4"/>
                <w:sz w:val="15"/>
              </w:rPr>
              <w:t xml:space="preserve">  10/05/2026 2:29 AM</w:t>
            </w:r>
          </w:p>
          <w:p w14:paraId="1C0CE0A1" w14:textId="77777777" w:rsidR="00327BED" w:rsidRDefault="00000000">
            <w:pPr>
              <w:spacing w:after="8" w:line="245" w:lineRule="auto"/>
            </w:pPr>
            <w:r>
              <w:t>YOU DID NOTHING SRING ST THIS PARTY OR THE LAST</w:t>
            </w:r>
          </w:p>
        </w:tc>
      </w:tr>
      <w:tr w:rsidR="00327BED" w14:paraId="39994195" w14:textId="77777777">
        <w:trPr>
          <w:cantSplit/>
          <w:jc w:val="center"/>
        </w:trPr>
        <w:tc>
          <w:tcPr>
            <w:tcW w:w="778" w:type="dxa"/>
            <w:shd w:val="clear" w:color="auto" w:fill="313338"/>
            <w:tcMar>
              <w:top w:w="55" w:type="dxa"/>
              <w:left w:w="10" w:type="dxa"/>
              <w:bottom w:w="30" w:type="dxa"/>
              <w:right w:w="25" w:type="dxa"/>
            </w:tcMar>
          </w:tcPr>
          <w:p w14:paraId="1A514F03" w14:textId="77777777" w:rsidR="00327BED" w:rsidRDefault="00000000">
            <w:r>
              <w:rPr>
                <w:noProof/>
              </w:rPr>
              <w:drawing>
                <wp:inline distT="0" distB="0" distL="0" distR="0" wp14:anchorId="467603D3" wp14:editId="387DA093">
                  <wp:extent cx="356616" cy="356616"/>
                  <wp:effectExtent l="0" t="0" r="0" b="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3C50E46E" w14:textId="77777777" w:rsidR="00327BED" w:rsidRDefault="00000000">
            <w:pPr>
              <w:spacing w:after="24"/>
            </w:pPr>
            <w:r>
              <w:rPr>
                <w:b/>
                <w:color w:val="F0B232"/>
              </w:rPr>
              <w:t>Ev</w:t>
            </w:r>
            <w:r>
              <w:rPr>
                <w:color w:val="949BA4"/>
                <w:sz w:val="15"/>
              </w:rPr>
              <w:t xml:space="preserve">  10/05/2026 2:29 AM</w:t>
            </w:r>
          </w:p>
          <w:p w14:paraId="06582E99" w14:textId="77777777" w:rsidR="00327BED" w:rsidRDefault="00000000">
            <w:pPr>
              <w:spacing w:after="8" w:line="245" w:lineRule="auto"/>
            </w:pPr>
            <w:r>
              <w:t>She's rejecting your terms</w:t>
            </w:r>
          </w:p>
          <w:p w14:paraId="000066DF" w14:textId="77777777" w:rsidR="00327BED" w:rsidRDefault="00327BED">
            <w:pPr>
              <w:spacing w:line="84" w:lineRule="auto"/>
            </w:pPr>
          </w:p>
          <w:p w14:paraId="2A7730D6" w14:textId="77777777" w:rsidR="00327BED" w:rsidRDefault="00000000">
            <w:pPr>
              <w:spacing w:before="10" w:after="8" w:line="245" w:lineRule="auto"/>
            </w:pPr>
            <w:r>
              <w:t>Bro she's actually acting like you've derailed your life or something</w:t>
            </w:r>
          </w:p>
        </w:tc>
      </w:tr>
      <w:tr w:rsidR="00327BED" w14:paraId="6AFEAB0F" w14:textId="77777777">
        <w:trPr>
          <w:cantSplit/>
          <w:jc w:val="center"/>
        </w:trPr>
        <w:tc>
          <w:tcPr>
            <w:tcW w:w="778" w:type="dxa"/>
            <w:shd w:val="clear" w:color="auto" w:fill="313338"/>
            <w:tcMar>
              <w:top w:w="55" w:type="dxa"/>
              <w:left w:w="10" w:type="dxa"/>
              <w:bottom w:w="30" w:type="dxa"/>
              <w:right w:w="25" w:type="dxa"/>
            </w:tcMar>
          </w:tcPr>
          <w:p w14:paraId="4775CF77" w14:textId="77777777" w:rsidR="00327BED" w:rsidRDefault="00000000">
            <w:r>
              <w:rPr>
                <w:noProof/>
              </w:rPr>
              <w:drawing>
                <wp:inline distT="0" distB="0" distL="0" distR="0" wp14:anchorId="468608F5" wp14:editId="1F128BE1">
                  <wp:extent cx="356616" cy="356616"/>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0DA4D602" w14:textId="77777777" w:rsidR="00327BED" w:rsidRDefault="00000000">
            <w:pPr>
              <w:spacing w:after="24"/>
            </w:pPr>
            <w:r>
              <w:rPr>
                <w:b/>
              </w:rPr>
              <w:t>Aperation</w:t>
            </w:r>
            <w:r>
              <w:rPr>
                <w:color w:val="949BA4"/>
                <w:sz w:val="15"/>
              </w:rPr>
              <w:t xml:space="preserve">  10/05/2026 2:29 AM</w:t>
            </w:r>
          </w:p>
          <w:p w14:paraId="07B2D309" w14:textId="77777777" w:rsidR="00327BED" w:rsidRDefault="00000000">
            <w:pPr>
              <w:spacing w:after="8" w:line="245" w:lineRule="auto"/>
            </w:pPr>
            <w:r>
              <w:t>Wrong*</w:t>
            </w:r>
          </w:p>
          <w:p w14:paraId="7256BE9B" w14:textId="77777777" w:rsidR="00327BED" w:rsidRDefault="00327BED">
            <w:pPr>
              <w:spacing w:line="84" w:lineRule="auto"/>
            </w:pPr>
          </w:p>
          <w:p w14:paraId="04DB454F" w14:textId="77777777" w:rsidR="00327BED" w:rsidRDefault="00000000">
            <w:pPr>
              <w:spacing w:before="10" w:after="8" w:line="245" w:lineRule="auto"/>
            </w:pPr>
            <w:r>
              <w:t>You genuinely have done nothing wrong this party or last party but your the fucking devil</w:t>
            </w:r>
          </w:p>
        </w:tc>
      </w:tr>
      <w:tr w:rsidR="00327BED" w14:paraId="71968F1F" w14:textId="77777777">
        <w:trPr>
          <w:cantSplit/>
          <w:jc w:val="center"/>
        </w:trPr>
        <w:tc>
          <w:tcPr>
            <w:tcW w:w="778" w:type="dxa"/>
            <w:shd w:val="clear" w:color="auto" w:fill="313338"/>
            <w:tcMar>
              <w:top w:w="55" w:type="dxa"/>
              <w:left w:w="10" w:type="dxa"/>
              <w:bottom w:w="30" w:type="dxa"/>
              <w:right w:w="25" w:type="dxa"/>
            </w:tcMar>
          </w:tcPr>
          <w:p w14:paraId="46F5439A" w14:textId="77777777" w:rsidR="00327BED" w:rsidRDefault="00000000">
            <w:r>
              <w:rPr>
                <w:noProof/>
              </w:rPr>
              <w:drawing>
                <wp:inline distT="0" distB="0" distL="0" distR="0" wp14:anchorId="258CE74B" wp14:editId="2991F6B3">
                  <wp:extent cx="356616" cy="356616"/>
                  <wp:effectExtent l="0" t="0" r="0" b="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A2F4D2D" w14:textId="77777777" w:rsidR="00327BED" w:rsidRDefault="00000000">
            <w:pPr>
              <w:spacing w:after="24"/>
            </w:pPr>
            <w:r>
              <w:rPr>
                <w:b/>
                <w:color w:val="F0B232"/>
              </w:rPr>
              <w:t>Ev</w:t>
            </w:r>
            <w:r>
              <w:rPr>
                <w:color w:val="949BA4"/>
                <w:sz w:val="15"/>
              </w:rPr>
              <w:t xml:space="preserve">  10/05/2026 2:30 AM</w:t>
            </w:r>
          </w:p>
          <w:p w14:paraId="13B09636" w14:textId="77777777" w:rsidR="00327BED" w:rsidRDefault="00000000">
            <w:pPr>
              <w:spacing w:after="8" w:line="245" w:lineRule="auto"/>
            </w:pPr>
            <w:r>
              <w:t>You had a party ALREADY where you didn't drink</w:t>
            </w:r>
          </w:p>
          <w:p w14:paraId="787F4771" w14:textId="77777777" w:rsidR="00327BED" w:rsidRDefault="00327BED">
            <w:pPr>
              <w:spacing w:line="84" w:lineRule="auto"/>
            </w:pPr>
          </w:p>
          <w:p w14:paraId="45E4B23C" w14:textId="77777777" w:rsidR="00327BED" w:rsidRDefault="00000000">
            <w:pPr>
              <w:spacing w:before="10" w:after="8" w:line="245" w:lineRule="auto"/>
            </w:pPr>
            <w:r>
              <w:t>What did anyone gain from that</w:t>
            </w:r>
          </w:p>
        </w:tc>
      </w:tr>
      <w:tr w:rsidR="00327BED" w14:paraId="3DE0FBF9" w14:textId="77777777">
        <w:trPr>
          <w:cantSplit/>
          <w:jc w:val="center"/>
        </w:trPr>
        <w:tc>
          <w:tcPr>
            <w:tcW w:w="778" w:type="dxa"/>
            <w:shd w:val="clear" w:color="auto" w:fill="313338"/>
            <w:tcMar>
              <w:top w:w="55" w:type="dxa"/>
              <w:left w:w="10" w:type="dxa"/>
              <w:bottom w:w="30" w:type="dxa"/>
              <w:right w:w="25" w:type="dxa"/>
            </w:tcMar>
          </w:tcPr>
          <w:p w14:paraId="37FD849C" w14:textId="77777777" w:rsidR="00327BED" w:rsidRDefault="00000000">
            <w:r>
              <w:rPr>
                <w:noProof/>
              </w:rPr>
              <w:drawing>
                <wp:inline distT="0" distB="0" distL="0" distR="0" wp14:anchorId="5FB1EB52" wp14:editId="479D8EC4">
                  <wp:extent cx="356616" cy="356616"/>
                  <wp:effectExtent l="0" t="0" r="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3D52154" w14:textId="77777777" w:rsidR="00327BED" w:rsidRDefault="00000000">
            <w:pPr>
              <w:spacing w:after="24"/>
            </w:pPr>
            <w:r>
              <w:rPr>
                <w:b/>
              </w:rPr>
              <w:t>Aperation</w:t>
            </w:r>
            <w:r>
              <w:rPr>
                <w:color w:val="949BA4"/>
                <w:sz w:val="15"/>
              </w:rPr>
              <w:t xml:space="preserve">  10/05/2026 2:30 AM</w:t>
            </w:r>
          </w:p>
          <w:p w14:paraId="726C4005" w14:textId="77777777" w:rsidR="00327BED" w:rsidRDefault="00000000">
            <w:pPr>
              <w:spacing w:after="8" w:line="245" w:lineRule="auto"/>
            </w:pPr>
            <w:r>
              <w:t>HAHAHAHAHAHAHAHAHAHAH</w:t>
            </w:r>
          </w:p>
        </w:tc>
      </w:tr>
      <w:tr w:rsidR="00327BED" w14:paraId="4486380F" w14:textId="77777777">
        <w:trPr>
          <w:cantSplit/>
          <w:jc w:val="center"/>
        </w:trPr>
        <w:tc>
          <w:tcPr>
            <w:tcW w:w="778" w:type="dxa"/>
            <w:shd w:val="clear" w:color="auto" w:fill="313338"/>
            <w:tcMar>
              <w:top w:w="55" w:type="dxa"/>
              <w:left w:w="10" w:type="dxa"/>
              <w:bottom w:w="30" w:type="dxa"/>
              <w:right w:w="25" w:type="dxa"/>
            </w:tcMar>
          </w:tcPr>
          <w:p w14:paraId="7B2F588B" w14:textId="77777777" w:rsidR="00327BED" w:rsidRDefault="00000000">
            <w:r>
              <w:rPr>
                <w:noProof/>
              </w:rPr>
              <w:drawing>
                <wp:inline distT="0" distB="0" distL="0" distR="0" wp14:anchorId="027AD737" wp14:editId="3D9EFC92">
                  <wp:extent cx="356616" cy="356616"/>
                  <wp:effectExtent l="0" t="0" r="0"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6264CB93" w14:textId="77777777" w:rsidR="00327BED" w:rsidRDefault="00000000">
            <w:pPr>
              <w:spacing w:after="24"/>
            </w:pPr>
            <w:r>
              <w:rPr>
                <w:b/>
                <w:color w:val="F0B232"/>
              </w:rPr>
              <w:t>Ev</w:t>
            </w:r>
            <w:r>
              <w:rPr>
                <w:color w:val="949BA4"/>
                <w:sz w:val="15"/>
              </w:rPr>
              <w:t xml:space="preserve">  10/05/2026 2:30 AM</w:t>
            </w:r>
          </w:p>
          <w:p w14:paraId="4FE2A2A3" w14:textId="77777777" w:rsidR="00327BED" w:rsidRDefault="00000000">
            <w:pPr>
              <w:spacing w:after="8" w:line="245" w:lineRule="auto"/>
            </w:pPr>
            <w:r>
              <w:t>Didn't this already happen</w:t>
            </w:r>
          </w:p>
        </w:tc>
      </w:tr>
      <w:tr w:rsidR="00327BED" w14:paraId="07D55C0F" w14:textId="77777777">
        <w:trPr>
          <w:cantSplit/>
          <w:jc w:val="center"/>
        </w:trPr>
        <w:tc>
          <w:tcPr>
            <w:tcW w:w="778" w:type="dxa"/>
            <w:shd w:val="clear" w:color="auto" w:fill="313338"/>
            <w:tcMar>
              <w:top w:w="55" w:type="dxa"/>
              <w:left w:w="10" w:type="dxa"/>
              <w:bottom w:w="30" w:type="dxa"/>
              <w:right w:w="25" w:type="dxa"/>
            </w:tcMar>
          </w:tcPr>
          <w:p w14:paraId="6C21600D" w14:textId="77777777" w:rsidR="00327BED" w:rsidRDefault="00000000">
            <w:r>
              <w:rPr>
                <w:noProof/>
              </w:rPr>
              <w:lastRenderedPageBreak/>
              <w:drawing>
                <wp:inline distT="0" distB="0" distL="0" distR="0" wp14:anchorId="174C5199" wp14:editId="65E31BEB">
                  <wp:extent cx="356616" cy="356616"/>
                  <wp:effectExtent l="0" t="0" r="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76ED34C" w14:textId="77777777" w:rsidR="00327BED" w:rsidRDefault="00000000">
            <w:pPr>
              <w:spacing w:after="24"/>
            </w:pPr>
            <w:r>
              <w:rPr>
                <w:b/>
              </w:rPr>
              <w:t>Aperation</w:t>
            </w:r>
            <w:r>
              <w:rPr>
                <w:color w:val="949BA4"/>
                <w:sz w:val="15"/>
              </w:rPr>
              <w:t xml:space="preserve">  10/05/2026 2:30 AM</w:t>
            </w:r>
          </w:p>
          <w:p w14:paraId="51ACFF1F" w14:textId="77777777" w:rsidR="00327BED" w:rsidRDefault="00000000">
            <w:pPr>
              <w:spacing w:after="8" w:line="245" w:lineRule="auto"/>
            </w:pPr>
            <w:r>
              <w:t>Just firm it if you want to stay together icl</w:t>
            </w:r>
          </w:p>
          <w:p w14:paraId="74C43368" w14:textId="77777777" w:rsidR="00327BED" w:rsidRDefault="00327BED">
            <w:pPr>
              <w:spacing w:line="84" w:lineRule="auto"/>
            </w:pPr>
          </w:p>
          <w:p w14:paraId="25F5133F" w14:textId="77777777" w:rsidR="00327BED" w:rsidRDefault="00000000">
            <w:pPr>
              <w:spacing w:before="10" w:after="8" w:line="245" w:lineRule="auto"/>
            </w:pPr>
            <w:r>
              <w:t>Larp that you’ll do it</w:t>
            </w:r>
          </w:p>
          <w:p w14:paraId="45F0121B" w14:textId="77777777" w:rsidR="00327BED" w:rsidRDefault="00327BED">
            <w:pPr>
              <w:spacing w:line="84" w:lineRule="auto"/>
            </w:pPr>
          </w:p>
          <w:p w14:paraId="25F374D2" w14:textId="77777777" w:rsidR="00327BED" w:rsidRDefault="00000000">
            <w:pPr>
              <w:spacing w:before="10" w:after="8" w:line="245" w:lineRule="auto"/>
            </w:pPr>
            <w:r>
              <w:t>Next party is post Crete</w:t>
            </w:r>
          </w:p>
        </w:tc>
      </w:tr>
      <w:tr w:rsidR="00327BED" w14:paraId="521C423A" w14:textId="77777777">
        <w:trPr>
          <w:cantSplit/>
          <w:jc w:val="center"/>
        </w:trPr>
        <w:tc>
          <w:tcPr>
            <w:tcW w:w="778" w:type="dxa"/>
            <w:shd w:val="clear" w:color="auto" w:fill="313338"/>
            <w:tcMar>
              <w:top w:w="55" w:type="dxa"/>
              <w:left w:w="10" w:type="dxa"/>
              <w:bottom w:w="30" w:type="dxa"/>
              <w:right w:w="25" w:type="dxa"/>
            </w:tcMar>
          </w:tcPr>
          <w:p w14:paraId="1F394EAB" w14:textId="77777777" w:rsidR="00327BED" w:rsidRDefault="00000000">
            <w:r>
              <w:rPr>
                <w:noProof/>
              </w:rPr>
              <w:drawing>
                <wp:inline distT="0" distB="0" distL="0" distR="0" wp14:anchorId="54B2EF32" wp14:editId="6F8F2F6C">
                  <wp:extent cx="356616" cy="356616"/>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748BB7D5" w14:textId="77777777" w:rsidR="00327BED" w:rsidRDefault="00000000">
            <w:pPr>
              <w:spacing w:after="24"/>
            </w:pPr>
            <w:r>
              <w:rPr>
                <w:b/>
                <w:color w:val="F0B232"/>
              </w:rPr>
              <w:t>Ev</w:t>
            </w:r>
            <w:r>
              <w:rPr>
                <w:color w:val="949BA4"/>
                <w:sz w:val="15"/>
              </w:rPr>
              <w:t xml:space="preserve">  10/05/2026 2:31 AM</w:t>
            </w:r>
          </w:p>
          <w:p w14:paraId="2F184BAF" w14:textId="77777777" w:rsidR="00327BED" w:rsidRDefault="00000000">
            <w:pPr>
              <w:spacing w:after="8" w:line="245" w:lineRule="auto"/>
            </w:pPr>
            <w:r>
              <w:t>Just say yeah</w:t>
            </w:r>
          </w:p>
        </w:tc>
      </w:tr>
      <w:tr w:rsidR="00327BED" w14:paraId="69268588" w14:textId="77777777">
        <w:trPr>
          <w:cantSplit/>
          <w:jc w:val="center"/>
        </w:trPr>
        <w:tc>
          <w:tcPr>
            <w:tcW w:w="778" w:type="dxa"/>
            <w:shd w:val="clear" w:color="auto" w:fill="313338"/>
            <w:tcMar>
              <w:top w:w="55" w:type="dxa"/>
              <w:left w:w="10" w:type="dxa"/>
              <w:bottom w:w="30" w:type="dxa"/>
              <w:right w:w="25" w:type="dxa"/>
            </w:tcMar>
          </w:tcPr>
          <w:p w14:paraId="21259A1E" w14:textId="77777777" w:rsidR="00327BED" w:rsidRDefault="00000000">
            <w:r>
              <w:rPr>
                <w:noProof/>
              </w:rPr>
              <w:drawing>
                <wp:inline distT="0" distB="0" distL="0" distR="0" wp14:anchorId="631B2F67" wp14:editId="24F67549">
                  <wp:extent cx="356616" cy="356616"/>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3A962BB8" w14:textId="77777777" w:rsidR="00327BED" w:rsidRDefault="00000000">
            <w:pPr>
              <w:spacing w:after="24"/>
            </w:pPr>
            <w:r>
              <w:rPr>
                <w:b/>
              </w:rPr>
              <w:t>Aperation</w:t>
            </w:r>
            <w:r>
              <w:rPr>
                <w:color w:val="949BA4"/>
                <w:sz w:val="15"/>
              </w:rPr>
              <w:t xml:space="preserve">  10/05/2026 2:31 AM</w:t>
            </w:r>
          </w:p>
          <w:p w14:paraId="2E17FBE0" w14:textId="77777777" w:rsidR="00327BED" w:rsidRDefault="00000000">
            <w:pPr>
              <w:spacing w:after="8" w:line="245" w:lineRule="auto"/>
            </w:pPr>
            <w:r>
              <w:t>So it’s calmskis then</w:t>
            </w:r>
          </w:p>
        </w:tc>
      </w:tr>
      <w:tr w:rsidR="00327BED" w14:paraId="0E189CFD" w14:textId="77777777">
        <w:trPr>
          <w:cantSplit/>
          <w:jc w:val="center"/>
        </w:trPr>
        <w:tc>
          <w:tcPr>
            <w:tcW w:w="778" w:type="dxa"/>
            <w:shd w:val="clear" w:color="auto" w:fill="313338"/>
            <w:tcMar>
              <w:top w:w="55" w:type="dxa"/>
              <w:left w:w="10" w:type="dxa"/>
              <w:bottom w:w="30" w:type="dxa"/>
              <w:right w:w="25" w:type="dxa"/>
            </w:tcMar>
          </w:tcPr>
          <w:p w14:paraId="05DDA55A" w14:textId="77777777" w:rsidR="00327BED" w:rsidRDefault="00000000">
            <w:r>
              <w:rPr>
                <w:noProof/>
              </w:rPr>
              <w:drawing>
                <wp:inline distT="0" distB="0" distL="0" distR="0" wp14:anchorId="1DFE3675" wp14:editId="3C7BDE2D">
                  <wp:extent cx="356616" cy="356616"/>
                  <wp:effectExtent l="0" t="0" r="0" b="0"/>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231D133D" w14:textId="77777777" w:rsidR="00327BED" w:rsidRDefault="00000000">
            <w:pPr>
              <w:spacing w:after="24"/>
            </w:pPr>
            <w:r>
              <w:rPr>
                <w:b/>
                <w:color w:val="F0B232"/>
              </w:rPr>
              <w:t>Ev</w:t>
            </w:r>
            <w:r>
              <w:rPr>
                <w:color w:val="949BA4"/>
                <w:sz w:val="15"/>
              </w:rPr>
              <w:t xml:space="preserve">  10/05/2026 2:31 AM</w:t>
            </w:r>
          </w:p>
          <w:p w14:paraId="2D77BEB6" w14:textId="77777777" w:rsidR="00327BED" w:rsidRDefault="00000000">
            <w:pPr>
              <w:spacing w:after="8" w:line="245" w:lineRule="auto"/>
            </w:pPr>
            <w:r>
              <w:t>But really bov</w:t>
            </w:r>
          </w:p>
          <w:p w14:paraId="65DC24C1" w14:textId="77777777" w:rsidR="00327BED" w:rsidRDefault="00327BED">
            <w:pPr>
              <w:spacing w:line="84" w:lineRule="auto"/>
            </w:pPr>
          </w:p>
          <w:p w14:paraId="497AFBBF" w14:textId="77777777" w:rsidR="00327BED" w:rsidRDefault="00000000">
            <w:pPr>
              <w:spacing w:before="10" w:after="8" w:line="245" w:lineRule="auto"/>
            </w:pPr>
            <w:r>
              <w:t>I don't care if I don't drink I'm still gonna talk to my friends</w:t>
            </w:r>
          </w:p>
        </w:tc>
      </w:tr>
      <w:tr w:rsidR="00327BED" w14:paraId="4026CAB3" w14:textId="77777777">
        <w:trPr>
          <w:cantSplit/>
          <w:jc w:val="center"/>
        </w:trPr>
        <w:tc>
          <w:tcPr>
            <w:tcW w:w="778" w:type="dxa"/>
            <w:shd w:val="clear" w:color="auto" w:fill="313338"/>
            <w:tcMar>
              <w:top w:w="55" w:type="dxa"/>
              <w:left w:w="10" w:type="dxa"/>
              <w:bottom w:w="30" w:type="dxa"/>
              <w:right w:w="25" w:type="dxa"/>
            </w:tcMar>
          </w:tcPr>
          <w:p w14:paraId="614B5E24" w14:textId="77777777" w:rsidR="00327BED" w:rsidRDefault="00000000">
            <w:r>
              <w:rPr>
                <w:noProof/>
              </w:rPr>
              <w:drawing>
                <wp:inline distT="0" distB="0" distL="0" distR="0" wp14:anchorId="77073C9C" wp14:editId="6BAD2BD3">
                  <wp:extent cx="356616" cy="356616"/>
                  <wp:effectExtent l="0" t="0" r="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236768D1" w14:textId="77777777" w:rsidR="00327BED" w:rsidRDefault="00000000">
            <w:pPr>
              <w:spacing w:after="24"/>
            </w:pPr>
            <w:r>
              <w:rPr>
                <w:b/>
              </w:rPr>
              <w:t>Aperation</w:t>
            </w:r>
            <w:r>
              <w:rPr>
                <w:color w:val="949BA4"/>
                <w:sz w:val="15"/>
              </w:rPr>
              <w:t xml:space="preserve">  10/05/2026 2:31 AM</w:t>
            </w:r>
          </w:p>
          <w:p w14:paraId="512CD651" w14:textId="77777777" w:rsidR="00327BED" w:rsidRDefault="00000000">
            <w:pPr>
              <w:spacing w:after="8" w:line="245" w:lineRule="auto"/>
            </w:pPr>
            <w:r>
              <w:t>Like how the fuck did her argument go from flirting with her friends to not giving her enough attention to being an alcoholic</w:t>
            </w:r>
          </w:p>
        </w:tc>
      </w:tr>
      <w:tr w:rsidR="00327BED" w14:paraId="65CCE014" w14:textId="77777777">
        <w:trPr>
          <w:cantSplit/>
          <w:jc w:val="center"/>
        </w:trPr>
        <w:tc>
          <w:tcPr>
            <w:tcW w:w="778" w:type="dxa"/>
            <w:shd w:val="clear" w:color="auto" w:fill="313338"/>
            <w:tcMar>
              <w:top w:w="55" w:type="dxa"/>
              <w:left w:w="10" w:type="dxa"/>
              <w:bottom w:w="30" w:type="dxa"/>
              <w:right w:w="25" w:type="dxa"/>
            </w:tcMar>
          </w:tcPr>
          <w:p w14:paraId="2B3B16BC" w14:textId="77777777" w:rsidR="00327BED" w:rsidRDefault="00000000">
            <w:r>
              <w:rPr>
                <w:noProof/>
              </w:rPr>
              <w:drawing>
                <wp:inline distT="0" distB="0" distL="0" distR="0" wp14:anchorId="6D7720EE" wp14:editId="0E373E3B">
                  <wp:extent cx="356616" cy="356616"/>
                  <wp:effectExtent l="0" t="0" r="0" b="0"/>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4E3FEBE" w14:textId="77777777" w:rsidR="00327BED" w:rsidRDefault="00000000">
            <w:pPr>
              <w:spacing w:after="24"/>
            </w:pPr>
            <w:r>
              <w:rPr>
                <w:b/>
                <w:color w:val="F0B232"/>
              </w:rPr>
              <w:t>Ev</w:t>
            </w:r>
            <w:r>
              <w:rPr>
                <w:color w:val="949BA4"/>
                <w:sz w:val="15"/>
              </w:rPr>
              <w:t xml:space="preserve">  10/05/2026 2:32 AM</w:t>
            </w:r>
          </w:p>
          <w:p w14:paraId="09B08DB4" w14:textId="77777777" w:rsidR="00327BED" w:rsidRDefault="00000000">
            <w:pPr>
              <w:spacing w:after="8" w:line="245" w:lineRule="auto"/>
            </w:pPr>
            <w:r>
              <w:t>Literally</w:t>
            </w:r>
          </w:p>
          <w:p w14:paraId="5538DB3A" w14:textId="77777777" w:rsidR="00327BED" w:rsidRDefault="00327BED">
            <w:pPr>
              <w:spacing w:line="84" w:lineRule="auto"/>
            </w:pPr>
          </w:p>
          <w:p w14:paraId="013F19B0" w14:textId="77777777" w:rsidR="00327BED" w:rsidRDefault="00000000">
            <w:pPr>
              <w:spacing w:before="10" w:after="8" w:line="245" w:lineRule="auto"/>
            </w:pPr>
            <w:r>
              <w:t>Accusation gets less and less direct as the bullshit piles up</w:t>
            </w:r>
          </w:p>
          <w:p w14:paraId="6CC931B4" w14:textId="77777777" w:rsidR="00327BED" w:rsidRDefault="00327BED">
            <w:pPr>
              <w:spacing w:line="84" w:lineRule="auto"/>
            </w:pPr>
          </w:p>
          <w:p w14:paraId="7D84AC24" w14:textId="77777777" w:rsidR="00327BED" w:rsidRDefault="00000000">
            <w:pPr>
              <w:spacing w:before="10" w:after="8" w:line="245" w:lineRule="auto"/>
            </w:pPr>
            <w:r>
              <w:t>Guys what's going on</w:t>
            </w:r>
          </w:p>
        </w:tc>
      </w:tr>
      <w:tr w:rsidR="00327BED" w14:paraId="1BFA691F" w14:textId="77777777">
        <w:trPr>
          <w:cantSplit/>
          <w:jc w:val="center"/>
        </w:trPr>
        <w:tc>
          <w:tcPr>
            <w:tcW w:w="778" w:type="dxa"/>
            <w:shd w:val="clear" w:color="auto" w:fill="313338"/>
            <w:tcMar>
              <w:top w:w="55" w:type="dxa"/>
              <w:left w:w="10" w:type="dxa"/>
              <w:bottom w:w="30" w:type="dxa"/>
              <w:right w:w="25" w:type="dxa"/>
            </w:tcMar>
          </w:tcPr>
          <w:p w14:paraId="7FBD5AF8" w14:textId="77777777" w:rsidR="00327BED" w:rsidRDefault="00000000">
            <w:r>
              <w:rPr>
                <w:noProof/>
              </w:rPr>
              <w:drawing>
                <wp:inline distT="0" distB="0" distL="0" distR="0" wp14:anchorId="785B02F8" wp14:editId="568DE45F">
                  <wp:extent cx="356616" cy="356616"/>
                  <wp:effectExtent l="0" t="0" r="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E57D807" w14:textId="77777777" w:rsidR="00327BED" w:rsidRDefault="00000000">
            <w:pPr>
              <w:spacing w:after="24"/>
            </w:pPr>
            <w:r>
              <w:rPr>
                <w:b/>
              </w:rPr>
              <w:t>Aperation</w:t>
            </w:r>
            <w:r>
              <w:rPr>
                <w:color w:val="949BA4"/>
                <w:sz w:val="15"/>
              </w:rPr>
              <w:t xml:space="preserve">  10/05/2026 2:33 AM</w:t>
            </w:r>
          </w:p>
          <w:p w14:paraId="2B0748CE" w14:textId="77777777" w:rsidR="00327BED" w:rsidRDefault="00000000">
            <w:pPr>
              <w:spacing w:after="8" w:line="245" w:lineRule="auto"/>
            </w:pPr>
            <w:r>
              <w:t>O1 typing I believe</w:t>
            </w:r>
          </w:p>
          <w:p w14:paraId="5180CC85" w14:textId="77777777" w:rsidR="00327BED" w:rsidRDefault="00327BED">
            <w:pPr>
              <w:spacing w:line="84" w:lineRule="auto"/>
            </w:pPr>
          </w:p>
          <w:p w14:paraId="5532E14F" w14:textId="77777777" w:rsidR="00327BED" w:rsidRDefault="00000000">
            <w:pPr>
              <w:spacing w:before="10" w:after="8" w:line="245" w:lineRule="auto"/>
            </w:pPr>
            <w:r>
              <w:t>I can see he’s on their chat</w:t>
            </w:r>
          </w:p>
        </w:tc>
      </w:tr>
      <w:tr w:rsidR="00327BED" w14:paraId="1153A7F5" w14:textId="77777777">
        <w:trPr>
          <w:cantSplit/>
          <w:jc w:val="center"/>
        </w:trPr>
        <w:tc>
          <w:tcPr>
            <w:tcW w:w="778" w:type="dxa"/>
            <w:shd w:val="clear" w:color="auto" w:fill="313338"/>
            <w:tcMar>
              <w:top w:w="55" w:type="dxa"/>
              <w:left w:w="10" w:type="dxa"/>
              <w:bottom w:w="30" w:type="dxa"/>
              <w:right w:w="25" w:type="dxa"/>
            </w:tcMar>
          </w:tcPr>
          <w:p w14:paraId="709F806F" w14:textId="77777777" w:rsidR="00327BED" w:rsidRDefault="00000000">
            <w:r>
              <w:rPr>
                <w:noProof/>
              </w:rPr>
              <w:drawing>
                <wp:inline distT="0" distB="0" distL="0" distR="0" wp14:anchorId="1C7EE928" wp14:editId="4BC35270">
                  <wp:extent cx="356616" cy="356616"/>
                  <wp:effectExtent l="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320F08AD" w14:textId="77777777" w:rsidR="00327BED" w:rsidRDefault="00000000">
            <w:pPr>
              <w:spacing w:after="24"/>
            </w:pPr>
            <w:r>
              <w:rPr>
                <w:b/>
                <w:color w:val="F0B232"/>
              </w:rPr>
              <w:t>Ev</w:t>
            </w:r>
            <w:r>
              <w:rPr>
                <w:color w:val="949BA4"/>
                <w:sz w:val="15"/>
              </w:rPr>
              <w:t xml:space="preserve">  10/05/2026 2:36 AM</w:t>
            </w:r>
          </w:p>
          <w:p w14:paraId="05CCB37C" w14:textId="77777777" w:rsidR="00327BED" w:rsidRDefault="00000000">
            <w:pPr>
              <w:spacing w:after="8" w:line="245" w:lineRule="auto"/>
            </w:pPr>
            <w:r>
              <w:t>RUDE</w:t>
            </w:r>
          </w:p>
          <w:p w14:paraId="190E5F56" w14:textId="77777777" w:rsidR="00327BED" w:rsidRDefault="00327BED">
            <w:pPr>
              <w:spacing w:line="84" w:lineRule="auto"/>
            </w:pPr>
          </w:p>
          <w:p w14:paraId="576C1E10" w14:textId="77777777" w:rsidR="00327BED" w:rsidRDefault="00000000">
            <w:pPr>
              <w:spacing w:before="10" w:after="8" w:line="245" w:lineRule="auto"/>
            </w:pPr>
            <w:r>
              <w:t>Because you guys already talk</w:t>
            </w:r>
          </w:p>
          <w:p w14:paraId="69CA3203" w14:textId="77777777" w:rsidR="00327BED" w:rsidRDefault="00327BED">
            <w:pPr>
              <w:spacing w:line="84" w:lineRule="auto"/>
            </w:pPr>
          </w:p>
          <w:p w14:paraId="0CED9401" w14:textId="77777777" w:rsidR="00327BED" w:rsidRDefault="00000000">
            <w:pPr>
              <w:spacing w:before="10" w:after="8" w:line="245" w:lineRule="auto"/>
            </w:pPr>
            <w:r>
              <w:t>You know everything about her about what she's got going on</w:t>
            </w:r>
          </w:p>
        </w:tc>
      </w:tr>
      <w:tr w:rsidR="00327BED" w14:paraId="09E07719" w14:textId="77777777">
        <w:trPr>
          <w:cantSplit/>
          <w:jc w:val="center"/>
        </w:trPr>
        <w:tc>
          <w:tcPr>
            <w:tcW w:w="778" w:type="dxa"/>
            <w:shd w:val="clear" w:color="auto" w:fill="313338"/>
            <w:tcMar>
              <w:top w:w="55" w:type="dxa"/>
              <w:left w:w="10" w:type="dxa"/>
              <w:bottom w:w="30" w:type="dxa"/>
              <w:right w:w="25" w:type="dxa"/>
            </w:tcMar>
          </w:tcPr>
          <w:p w14:paraId="515F2151" w14:textId="77777777" w:rsidR="00327BED" w:rsidRDefault="00000000">
            <w:r>
              <w:rPr>
                <w:noProof/>
              </w:rPr>
              <w:drawing>
                <wp:inline distT="0" distB="0" distL="0" distR="0" wp14:anchorId="1F3E614A" wp14:editId="37271C1D">
                  <wp:extent cx="356616" cy="356616"/>
                  <wp:effectExtent l="0" t="0" r="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98E0CEC" w14:textId="77777777" w:rsidR="00327BED" w:rsidRDefault="00000000">
            <w:pPr>
              <w:spacing w:after="24"/>
            </w:pPr>
            <w:r>
              <w:rPr>
                <w:b/>
              </w:rPr>
              <w:t>Aperation</w:t>
            </w:r>
            <w:r>
              <w:rPr>
                <w:color w:val="949BA4"/>
                <w:sz w:val="15"/>
              </w:rPr>
              <w:t xml:space="preserve">  10/05/2026 2:37 AM</w:t>
            </w:r>
          </w:p>
          <w:p w14:paraId="6992942C" w14:textId="77777777" w:rsidR="00327BED" w:rsidRDefault="00000000">
            <w:pPr>
              <w:spacing w:after="8" w:line="245" w:lineRule="auto"/>
            </w:pPr>
            <w:r>
              <w:t>Lakers winning tn</w:t>
            </w:r>
          </w:p>
          <w:p w14:paraId="374B3F0A" w14:textId="77777777" w:rsidR="00327BED" w:rsidRDefault="00327BED">
            <w:pPr>
              <w:spacing w:line="84" w:lineRule="auto"/>
            </w:pPr>
          </w:p>
          <w:p w14:paraId="5CBE416A" w14:textId="77777777" w:rsidR="00327BED" w:rsidRDefault="00000000">
            <w:pPr>
              <w:spacing w:before="10" w:after="8" w:line="245" w:lineRule="auto"/>
            </w:pPr>
            <w:r>
              <w:t>Rn*</w:t>
            </w:r>
          </w:p>
        </w:tc>
      </w:tr>
      <w:tr w:rsidR="00327BED" w14:paraId="6B7E23DA" w14:textId="77777777">
        <w:trPr>
          <w:cantSplit/>
          <w:jc w:val="center"/>
        </w:trPr>
        <w:tc>
          <w:tcPr>
            <w:tcW w:w="778" w:type="dxa"/>
            <w:shd w:val="clear" w:color="auto" w:fill="313338"/>
            <w:tcMar>
              <w:top w:w="55" w:type="dxa"/>
              <w:left w:w="10" w:type="dxa"/>
              <w:bottom w:w="30" w:type="dxa"/>
              <w:right w:w="25" w:type="dxa"/>
            </w:tcMar>
          </w:tcPr>
          <w:p w14:paraId="0345A9AA" w14:textId="77777777" w:rsidR="00327BED" w:rsidRDefault="00000000">
            <w:r>
              <w:rPr>
                <w:noProof/>
              </w:rPr>
              <w:drawing>
                <wp:inline distT="0" distB="0" distL="0" distR="0" wp14:anchorId="726E6245" wp14:editId="0FBCD3D3">
                  <wp:extent cx="356616" cy="356616"/>
                  <wp:effectExtent l="0" t="0" r="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228A9F59" w14:textId="77777777" w:rsidR="00327BED" w:rsidRDefault="00000000">
            <w:pPr>
              <w:spacing w:after="24"/>
            </w:pPr>
            <w:r>
              <w:rPr>
                <w:b/>
                <w:color w:val="F0B232"/>
              </w:rPr>
              <w:t>Ev</w:t>
            </w:r>
            <w:r>
              <w:rPr>
                <w:color w:val="949BA4"/>
                <w:sz w:val="15"/>
              </w:rPr>
              <w:t xml:space="preserve">  10/05/2026 2:37 AM</w:t>
            </w:r>
          </w:p>
          <w:p w14:paraId="3B0FE2D7" w14:textId="77777777" w:rsidR="00327BED" w:rsidRDefault="00000000">
            <w:pPr>
              <w:spacing w:after="8" w:line="245" w:lineRule="auto"/>
            </w:pPr>
            <w:r>
              <w:t>So what she's self diagnosing chronic depression</w:t>
            </w:r>
          </w:p>
        </w:tc>
      </w:tr>
      <w:tr w:rsidR="00327BED" w14:paraId="7C1490EF" w14:textId="77777777">
        <w:trPr>
          <w:cantSplit/>
          <w:jc w:val="center"/>
        </w:trPr>
        <w:tc>
          <w:tcPr>
            <w:tcW w:w="778" w:type="dxa"/>
            <w:shd w:val="clear" w:color="auto" w:fill="313338"/>
            <w:tcMar>
              <w:top w:w="55" w:type="dxa"/>
              <w:left w:w="10" w:type="dxa"/>
              <w:bottom w:w="30" w:type="dxa"/>
              <w:right w:w="25" w:type="dxa"/>
            </w:tcMar>
          </w:tcPr>
          <w:p w14:paraId="6132428D" w14:textId="77777777" w:rsidR="00327BED" w:rsidRDefault="00000000">
            <w:r>
              <w:rPr>
                <w:noProof/>
              </w:rPr>
              <w:drawing>
                <wp:inline distT="0" distB="0" distL="0" distR="0" wp14:anchorId="5A1708B6" wp14:editId="40B61DC3">
                  <wp:extent cx="356616" cy="356616"/>
                  <wp:effectExtent l="0" t="0" r="0" b="0"/>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60300BD7" w14:textId="77777777" w:rsidR="00327BED" w:rsidRDefault="00000000">
            <w:pPr>
              <w:spacing w:after="24"/>
            </w:pPr>
            <w:r>
              <w:rPr>
                <w:b/>
              </w:rPr>
              <w:t>Aperation</w:t>
            </w:r>
            <w:r>
              <w:rPr>
                <w:color w:val="949BA4"/>
                <w:sz w:val="15"/>
              </w:rPr>
              <w:t xml:space="preserve">  10/05/2026 2:37 AM</w:t>
            </w:r>
          </w:p>
          <w:p w14:paraId="2E43112C" w14:textId="77777777" w:rsidR="00327BED" w:rsidRDefault="00000000">
            <w:pPr>
              <w:spacing w:after="8" w:line="245" w:lineRule="auto"/>
            </w:pPr>
            <w:r>
              <w:t>Nvm losing now</w:t>
            </w:r>
          </w:p>
          <w:p w14:paraId="5DF68532" w14:textId="77777777" w:rsidR="00327BED" w:rsidRDefault="00327BED">
            <w:pPr>
              <w:spacing w:line="84" w:lineRule="auto"/>
            </w:pPr>
          </w:p>
          <w:p w14:paraId="5560C28D" w14:textId="77777777" w:rsidR="00327BED" w:rsidRDefault="00000000">
            <w:pPr>
              <w:spacing w:before="10" w:after="8" w:line="245" w:lineRule="auto"/>
            </w:pPr>
            <w:r>
              <w:t>Wait am I mutted I haven’t heard o1</w:t>
            </w:r>
          </w:p>
        </w:tc>
      </w:tr>
      <w:tr w:rsidR="00327BED" w14:paraId="506719CF" w14:textId="77777777">
        <w:trPr>
          <w:cantSplit/>
          <w:jc w:val="center"/>
        </w:trPr>
        <w:tc>
          <w:tcPr>
            <w:tcW w:w="778" w:type="dxa"/>
            <w:shd w:val="clear" w:color="auto" w:fill="313338"/>
            <w:tcMar>
              <w:top w:w="55" w:type="dxa"/>
              <w:left w:w="10" w:type="dxa"/>
              <w:bottom w:w="30" w:type="dxa"/>
              <w:right w:w="25" w:type="dxa"/>
            </w:tcMar>
          </w:tcPr>
          <w:p w14:paraId="3C090860" w14:textId="77777777" w:rsidR="00327BED" w:rsidRDefault="00000000">
            <w:r>
              <w:rPr>
                <w:noProof/>
              </w:rPr>
              <w:drawing>
                <wp:inline distT="0" distB="0" distL="0" distR="0" wp14:anchorId="25A08E0B" wp14:editId="1B760B6C">
                  <wp:extent cx="356616" cy="356616"/>
                  <wp:effectExtent l="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19325EA" w14:textId="77777777" w:rsidR="00327BED" w:rsidRDefault="00000000">
            <w:pPr>
              <w:spacing w:after="24"/>
            </w:pPr>
            <w:r>
              <w:rPr>
                <w:b/>
                <w:color w:val="F0B232"/>
              </w:rPr>
              <w:t>Ev</w:t>
            </w:r>
            <w:r>
              <w:rPr>
                <w:color w:val="949BA4"/>
                <w:sz w:val="15"/>
              </w:rPr>
              <w:t xml:space="preserve">  10/05/2026 2:38 AM</w:t>
            </w:r>
          </w:p>
          <w:p w14:paraId="45225015" w14:textId="77777777" w:rsidR="00327BED" w:rsidRDefault="00000000">
            <w:pPr>
              <w:spacing w:after="8" w:line="245" w:lineRule="auto"/>
            </w:pPr>
            <w:r>
              <w:t>What spiritual bullshit is this</w:t>
            </w:r>
          </w:p>
        </w:tc>
      </w:tr>
      <w:tr w:rsidR="00327BED" w14:paraId="46D1D62E" w14:textId="77777777">
        <w:trPr>
          <w:cantSplit/>
          <w:jc w:val="center"/>
        </w:trPr>
        <w:tc>
          <w:tcPr>
            <w:tcW w:w="778" w:type="dxa"/>
            <w:shd w:val="clear" w:color="auto" w:fill="313338"/>
            <w:tcMar>
              <w:top w:w="55" w:type="dxa"/>
              <w:left w:w="10" w:type="dxa"/>
              <w:bottom w:w="30" w:type="dxa"/>
              <w:right w:w="25" w:type="dxa"/>
            </w:tcMar>
          </w:tcPr>
          <w:p w14:paraId="1E55EE6C" w14:textId="77777777" w:rsidR="00327BED" w:rsidRDefault="00000000">
            <w:r>
              <w:rPr>
                <w:noProof/>
              </w:rPr>
              <w:drawing>
                <wp:inline distT="0" distB="0" distL="0" distR="0" wp14:anchorId="1AA0F665" wp14:editId="2C193119">
                  <wp:extent cx="356616" cy="356616"/>
                  <wp:effectExtent l="0" t="0" r="0" b="0"/>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61A85F01" w14:textId="77777777" w:rsidR="00327BED" w:rsidRDefault="00000000">
            <w:pPr>
              <w:spacing w:after="24"/>
            </w:pPr>
            <w:r>
              <w:rPr>
                <w:b/>
              </w:rPr>
              <w:t>Aperation</w:t>
            </w:r>
            <w:r>
              <w:rPr>
                <w:color w:val="949BA4"/>
                <w:sz w:val="15"/>
              </w:rPr>
              <w:t xml:space="preserve">  10/05/2026 2:38 AM</w:t>
            </w:r>
          </w:p>
          <w:p w14:paraId="135184EE" w14:textId="77777777" w:rsidR="00327BED" w:rsidRDefault="00000000">
            <w:pPr>
              <w:spacing w:after="8" w:line="245" w:lineRule="auto"/>
            </w:pPr>
            <w:r>
              <w:t>Why are we speaking abt colour blindness</w:t>
            </w:r>
          </w:p>
          <w:p w14:paraId="39655097" w14:textId="77777777" w:rsidR="00327BED" w:rsidRDefault="00327BED">
            <w:pPr>
              <w:spacing w:line="84" w:lineRule="auto"/>
            </w:pPr>
          </w:p>
          <w:p w14:paraId="7ED1782F" w14:textId="77777777" w:rsidR="00327BED" w:rsidRDefault="00000000">
            <w:pPr>
              <w:spacing w:before="10" w:after="8" w:line="245" w:lineRule="auto"/>
            </w:pPr>
            <w:r>
              <w:t>I couldn’t hear you</w:t>
            </w:r>
          </w:p>
          <w:p w14:paraId="44FCA048" w14:textId="77777777" w:rsidR="00327BED" w:rsidRDefault="00327BED">
            <w:pPr>
              <w:spacing w:line="84" w:lineRule="auto"/>
            </w:pPr>
          </w:p>
          <w:p w14:paraId="2A9DB1B7" w14:textId="77777777" w:rsidR="00327BED" w:rsidRDefault="00000000">
            <w:pPr>
              <w:spacing w:before="10" w:after="8" w:line="245" w:lineRule="auto"/>
            </w:pPr>
            <w:r>
              <w:t>And this is the first thing I hear</w:t>
            </w:r>
          </w:p>
          <w:p w14:paraId="7EB77EDC" w14:textId="77777777" w:rsidR="00327BED" w:rsidRDefault="00327BED">
            <w:pPr>
              <w:spacing w:line="84" w:lineRule="auto"/>
            </w:pPr>
          </w:p>
          <w:p w14:paraId="608AC5C4" w14:textId="77777777" w:rsidR="00327BED" w:rsidRDefault="00000000">
            <w:pPr>
              <w:spacing w:before="10" w:after="8" w:line="245" w:lineRule="auto"/>
            </w:pPr>
            <w:r>
              <w:t>Cheers for that Mrs</w:t>
            </w:r>
          </w:p>
        </w:tc>
      </w:tr>
      <w:tr w:rsidR="00327BED" w14:paraId="5A8FD853" w14:textId="77777777">
        <w:trPr>
          <w:cantSplit/>
          <w:jc w:val="center"/>
        </w:trPr>
        <w:tc>
          <w:tcPr>
            <w:tcW w:w="778" w:type="dxa"/>
            <w:shd w:val="clear" w:color="auto" w:fill="313338"/>
            <w:tcMar>
              <w:top w:w="55" w:type="dxa"/>
              <w:left w:w="10" w:type="dxa"/>
              <w:bottom w:w="30" w:type="dxa"/>
              <w:right w:w="25" w:type="dxa"/>
            </w:tcMar>
          </w:tcPr>
          <w:p w14:paraId="7B1284B7" w14:textId="77777777" w:rsidR="00327BED" w:rsidRDefault="00000000">
            <w:r>
              <w:rPr>
                <w:noProof/>
              </w:rPr>
              <w:drawing>
                <wp:inline distT="0" distB="0" distL="0" distR="0" wp14:anchorId="5D7D4C98" wp14:editId="2AF04C1F">
                  <wp:extent cx="356616" cy="356616"/>
                  <wp:effectExtent l="0" t="0" r="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07A50CD" w14:textId="77777777" w:rsidR="00327BED" w:rsidRDefault="00000000">
            <w:pPr>
              <w:spacing w:after="24"/>
            </w:pPr>
            <w:r>
              <w:rPr>
                <w:b/>
                <w:color w:val="F0B232"/>
              </w:rPr>
              <w:t>Ev</w:t>
            </w:r>
            <w:r>
              <w:rPr>
                <w:color w:val="949BA4"/>
                <w:sz w:val="15"/>
              </w:rPr>
              <w:t xml:space="preserve">  10/05/2026 2:38 AM</w:t>
            </w:r>
          </w:p>
          <w:p w14:paraId="3F7A86BD" w14:textId="77777777" w:rsidR="00327BED" w:rsidRDefault="00000000">
            <w:pPr>
              <w:spacing w:after="8" w:line="245" w:lineRule="auto"/>
            </w:pPr>
            <w:r>
              <w:t>Ok?</w:t>
            </w:r>
          </w:p>
        </w:tc>
      </w:tr>
      <w:tr w:rsidR="00327BED" w14:paraId="4076CB7F" w14:textId="77777777">
        <w:trPr>
          <w:cantSplit/>
          <w:jc w:val="center"/>
        </w:trPr>
        <w:tc>
          <w:tcPr>
            <w:tcW w:w="778" w:type="dxa"/>
            <w:shd w:val="clear" w:color="auto" w:fill="313338"/>
            <w:tcMar>
              <w:top w:w="55" w:type="dxa"/>
              <w:left w:w="10" w:type="dxa"/>
              <w:bottom w:w="30" w:type="dxa"/>
              <w:right w:w="25" w:type="dxa"/>
            </w:tcMar>
          </w:tcPr>
          <w:p w14:paraId="5B6AD5EC" w14:textId="77777777" w:rsidR="00327BED" w:rsidRDefault="00000000">
            <w:r>
              <w:rPr>
                <w:noProof/>
              </w:rPr>
              <w:drawing>
                <wp:inline distT="0" distB="0" distL="0" distR="0" wp14:anchorId="5FA50020" wp14:editId="5802B4AC">
                  <wp:extent cx="356616" cy="356616"/>
                  <wp:effectExtent l="0" t="0" r="0"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2C9D9C8C" w14:textId="77777777" w:rsidR="00327BED" w:rsidRDefault="00000000">
            <w:pPr>
              <w:spacing w:after="24"/>
            </w:pPr>
            <w:r>
              <w:rPr>
                <w:b/>
              </w:rPr>
              <w:t>Aperation</w:t>
            </w:r>
            <w:r>
              <w:rPr>
                <w:color w:val="949BA4"/>
                <w:sz w:val="15"/>
              </w:rPr>
              <w:t xml:space="preserve">  10/05/2026 2:38 AM</w:t>
            </w:r>
          </w:p>
          <w:p w14:paraId="358B6A39" w14:textId="77777777" w:rsidR="00327BED" w:rsidRDefault="00000000">
            <w:pPr>
              <w:spacing w:after="8" w:line="245" w:lineRule="auto"/>
            </w:pPr>
            <w:r>
              <w:t>Evan get me up to speed pls</w:t>
            </w:r>
          </w:p>
        </w:tc>
      </w:tr>
      <w:tr w:rsidR="00327BED" w14:paraId="669E418E" w14:textId="77777777">
        <w:trPr>
          <w:cantSplit/>
          <w:jc w:val="center"/>
        </w:trPr>
        <w:tc>
          <w:tcPr>
            <w:tcW w:w="778" w:type="dxa"/>
            <w:shd w:val="clear" w:color="auto" w:fill="313338"/>
            <w:tcMar>
              <w:top w:w="55" w:type="dxa"/>
              <w:left w:w="10" w:type="dxa"/>
              <w:bottom w:w="30" w:type="dxa"/>
              <w:right w:w="25" w:type="dxa"/>
            </w:tcMar>
          </w:tcPr>
          <w:p w14:paraId="2869A938" w14:textId="77777777" w:rsidR="00327BED" w:rsidRDefault="00000000">
            <w:r>
              <w:rPr>
                <w:noProof/>
              </w:rPr>
              <w:lastRenderedPageBreak/>
              <w:drawing>
                <wp:inline distT="0" distB="0" distL="0" distR="0" wp14:anchorId="7ADA1DA5" wp14:editId="1CB04A1D">
                  <wp:extent cx="356616" cy="356616"/>
                  <wp:effectExtent l="0" t="0" r="0"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788D9A43" w14:textId="77777777" w:rsidR="00327BED" w:rsidRDefault="00000000">
            <w:pPr>
              <w:spacing w:after="24"/>
            </w:pPr>
            <w:r>
              <w:rPr>
                <w:b/>
                <w:color w:val="F0B232"/>
              </w:rPr>
              <w:t>Ev</w:t>
            </w:r>
            <w:r>
              <w:rPr>
                <w:color w:val="949BA4"/>
                <w:sz w:val="15"/>
              </w:rPr>
              <w:t xml:space="preserve">  10/05/2026 2:38 AM</w:t>
            </w:r>
          </w:p>
          <w:p w14:paraId="6B640322" w14:textId="77777777" w:rsidR="00327BED" w:rsidRDefault="00000000">
            <w:pPr>
              <w:spacing w:after="8" w:line="245" w:lineRule="auto"/>
            </w:pPr>
            <w:r>
              <w:t>Nah this is a full spin off</w:t>
            </w:r>
          </w:p>
          <w:p w14:paraId="76D926DC" w14:textId="77777777" w:rsidR="00327BED" w:rsidRDefault="00327BED">
            <w:pPr>
              <w:spacing w:line="84" w:lineRule="auto"/>
            </w:pPr>
          </w:p>
          <w:p w14:paraId="03B4BB57" w14:textId="77777777" w:rsidR="00327BED" w:rsidRDefault="00000000">
            <w:pPr>
              <w:spacing w:before="10" w:after="8" w:line="245" w:lineRule="auto"/>
            </w:pPr>
            <w:r>
              <w:t>Out of nowhere</w:t>
            </w:r>
          </w:p>
          <w:p w14:paraId="47839DFF" w14:textId="77777777" w:rsidR="00327BED" w:rsidRDefault="00327BED">
            <w:pPr>
              <w:spacing w:line="84" w:lineRule="auto"/>
            </w:pPr>
          </w:p>
          <w:p w14:paraId="1F510B9E" w14:textId="77777777" w:rsidR="00327BED" w:rsidRDefault="00000000">
            <w:pPr>
              <w:spacing w:before="10" w:after="8" w:line="245" w:lineRule="auto"/>
            </w:pPr>
            <w:r>
              <w:t>Out of left field</w:t>
            </w:r>
          </w:p>
          <w:p w14:paraId="033766EC" w14:textId="77777777" w:rsidR="00327BED" w:rsidRDefault="00327BED">
            <w:pPr>
              <w:spacing w:line="84" w:lineRule="auto"/>
            </w:pPr>
          </w:p>
          <w:p w14:paraId="7F7419E3" w14:textId="77777777" w:rsidR="00327BED" w:rsidRDefault="00000000">
            <w:pPr>
              <w:spacing w:before="10" w:after="8" w:line="245" w:lineRule="auto"/>
            </w:pPr>
            <w:r>
              <w:t>She's watched too many romances</w:t>
            </w:r>
          </w:p>
          <w:p w14:paraId="2412157A" w14:textId="77777777" w:rsidR="00327BED" w:rsidRDefault="00327BED">
            <w:pPr>
              <w:spacing w:line="84" w:lineRule="auto"/>
            </w:pPr>
          </w:p>
          <w:p w14:paraId="64CEA509" w14:textId="77777777" w:rsidR="00327BED" w:rsidRDefault="00000000">
            <w:pPr>
              <w:spacing w:before="10" w:after="8" w:line="245" w:lineRule="auto"/>
            </w:pPr>
            <w:r>
              <w:t>I can't with this</w:t>
            </w:r>
          </w:p>
        </w:tc>
      </w:tr>
      <w:tr w:rsidR="00327BED" w14:paraId="2248B593" w14:textId="77777777">
        <w:trPr>
          <w:cantSplit/>
          <w:jc w:val="center"/>
        </w:trPr>
        <w:tc>
          <w:tcPr>
            <w:tcW w:w="778" w:type="dxa"/>
            <w:shd w:val="clear" w:color="auto" w:fill="313338"/>
            <w:tcMar>
              <w:top w:w="55" w:type="dxa"/>
              <w:left w:w="10" w:type="dxa"/>
              <w:bottom w:w="30" w:type="dxa"/>
              <w:right w:w="25" w:type="dxa"/>
            </w:tcMar>
          </w:tcPr>
          <w:p w14:paraId="6045C504" w14:textId="77777777" w:rsidR="00327BED" w:rsidRDefault="00000000">
            <w:r>
              <w:rPr>
                <w:noProof/>
              </w:rPr>
              <w:drawing>
                <wp:inline distT="0" distB="0" distL="0" distR="0" wp14:anchorId="32180816" wp14:editId="5EFB0DC1">
                  <wp:extent cx="356616" cy="356616"/>
                  <wp:effectExtent l="0" t="0" r="0"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6FA421E3" w14:textId="77777777" w:rsidR="00327BED" w:rsidRDefault="00000000">
            <w:pPr>
              <w:spacing w:after="24"/>
            </w:pPr>
            <w:r>
              <w:rPr>
                <w:b/>
              </w:rPr>
              <w:t>Aperation</w:t>
            </w:r>
            <w:r>
              <w:rPr>
                <w:color w:val="949BA4"/>
                <w:sz w:val="15"/>
              </w:rPr>
              <w:t xml:space="preserve">  10/05/2026 2:39 AM</w:t>
            </w:r>
          </w:p>
          <w:p w14:paraId="06B4EFD7" w14:textId="77777777" w:rsidR="00327BED" w:rsidRDefault="00000000">
            <w:pPr>
              <w:spacing w:after="8" w:line="245" w:lineRule="auto"/>
            </w:pPr>
            <w:r>
              <w:rPr>
                <w:i/>
                <w:color w:val="949BA4"/>
                <w:sz w:val="18"/>
              </w:rPr>
              <w:t>[No text captured in export]</w:t>
            </w:r>
          </w:p>
          <w:p w14:paraId="6661ADA5" w14:textId="77777777" w:rsidR="00327BED" w:rsidRDefault="00327BED">
            <w:pPr>
              <w:spacing w:line="84" w:lineRule="auto"/>
            </w:pPr>
          </w:p>
          <w:p w14:paraId="4C4F8907" w14:textId="77777777" w:rsidR="00327BED" w:rsidRDefault="00000000">
            <w:pPr>
              <w:spacing w:before="10" w:after="8" w:line="245" w:lineRule="auto"/>
            </w:pPr>
            <w:r>
              <w:t>How she feels rn</w:t>
            </w:r>
          </w:p>
        </w:tc>
      </w:tr>
      <w:tr w:rsidR="00327BED" w14:paraId="2D4F11E4" w14:textId="77777777">
        <w:trPr>
          <w:cantSplit/>
          <w:jc w:val="center"/>
        </w:trPr>
        <w:tc>
          <w:tcPr>
            <w:tcW w:w="778" w:type="dxa"/>
            <w:shd w:val="clear" w:color="auto" w:fill="313338"/>
            <w:tcMar>
              <w:top w:w="55" w:type="dxa"/>
              <w:left w:w="10" w:type="dxa"/>
              <w:bottom w:w="30" w:type="dxa"/>
              <w:right w:w="25" w:type="dxa"/>
            </w:tcMar>
          </w:tcPr>
          <w:p w14:paraId="5A6A8EAF" w14:textId="77777777" w:rsidR="00327BED" w:rsidRDefault="00000000">
            <w:r>
              <w:rPr>
                <w:noProof/>
              </w:rPr>
              <w:drawing>
                <wp:inline distT="0" distB="0" distL="0" distR="0" wp14:anchorId="604B962E" wp14:editId="4ECD4039">
                  <wp:extent cx="356616" cy="356616"/>
                  <wp:effectExtent l="0" t="0" r="0" b="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4F0B7F3" w14:textId="77777777" w:rsidR="00327BED" w:rsidRDefault="00000000">
            <w:pPr>
              <w:spacing w:after="24"/>
            </w:pPr>
            <w:r>
              <w:rPr>
                <w:b/>
                <w:color w:val="F0B232"/>
              </w:rPr>
              <w:t>Ev</w:t>
            </w:r>
            <w:r>
              <w:rPr>
                <w:color w:val="949BA4"/>
                <w:sz w:val="15"/>
              </w:rPr>
              <w:t xml:space="preserve">  10/05/2026 2:39 AM</w:t>
            </w:r>
          </w:p>
          <w:p w14:paraId="61CDC017" w14:textId="77777777" w:rsidR="00327BED" w:rsidRDefault="00000000">
            <w:pPr>
              <w:spacing w:after="8" w:line="245" w:lineRule="auto"/>
            </w:pPr>
            <w:r>
              <w:t>Fucking cornball</w:t>
            </w:r>
          </w:p>
        </w:tc>
      </w:tr>
      <w:tr w:rsidR="00327BED" w14:paraId="0A96E4DF" w14:textId="77777777">
        <w:trPr>
          <w:cantSplit/>
          <w:jc w:val="center"/>
        </w:trPr>
        <w:tc>
          <w:tcPr>
            <w:tcW w:w="778" w:type="dxa"/>
            <w:shd w:val="clear" w:color="auto" w:fill="313338"/>
            <w:tcMar>
              <w:top w:w="55" w:type="dxa"/>
              <w:left w:w="10" w:type="dxa"/>
              <w:bottom w:w="30" w:type="dxa"/>
              <w:right w:w="25" w:type="dxa"/>
            </w:tcMar>
          </w:tcPr>
          <w:p w14:paraId="4D6E2202" w14:textId="77777777" w:rsidR="00327BED" w:rsidRDefault="00000000">
            <w:r>
              <w:rPr>
                <w:noProof/>
              </w:rPr>
              <w:drawing>
                <wp:inline distT="0" distB="0" distL="0" distR="0" wp14:anchorId="3325988F" wp14:editId="445A7539">
                  <wp:extent cx="356616" cy="356616"/>
                  <wp:effectExtent l="0" t="0" r="0" b="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51B79D3" w14:textId="77777777" w:rsidR="00327BED" w:rsidRDefault="00000000">
            <w:pPr>
              <w:spacing w:after="24"/>
            </w:pPr>
            <w:r>
              <w:rPr>
                <w:b/>
              </w:rPr>
              <w:t>Aperation</w:t>
            </w:r>
            <w:r>
              <w:rPr>
                <w:color w:val="949BA4"/>
                <w:sz w:val="15"/>
              </w:rPr>
              <w:t xml:space="preserve">  10/05/2026 2:39 AM</w:t>
            </w:r>
          </w:p>
          <w:p w14:paraId="5A1D57FC" w14:textId="77777777" w:rsidR="00327BED" w:rsidRDefault="00000000">
            <w:pPr>
              <w:spacing w:after="8" w:line="245" w:lineRule="auto"/>
            </w:pPr>
            <w:r>
              <w:t>Oskar catch me up pls</w:t>
            </w:r>
          </w:p>
          <w:p w14:paraId="32C55190" w14:textId="77777777" w:rsidR="00327BED" w:rsidRDefault="00327BED">
            <w:pPr>
              <w:spacing w:line="84" w:lineRule="auto"/>
            </w:pPr>
          </w:p>
          <w:p w14:paraId="56D6D42F" w14:textId="77777777" w:rsidR="00327BED" w:rsidRDefault="00000000">
            <w:pPr>
              <w:spacing w:before="10" w:after="8" w:line="245" w:lineRule="auto"/>
            </w:pPr>
            <w:r>
              <w:t>She better fucking not be trying to play this off as if she didn’t have us up at 2:30 fucking am</w:t>
            </w:r>
          </w:p>
        </w:tc>
      </w:tr>
      <w:tr w:rsidR="00327BED" w14:paraId="54FF5EC1" w14:textId="77777777">
        <w:trPr>
          <w:cantSplit/>
          <w:jc w:val="center"/>
        </w:trPr>
        <w:tc>
          <w:tcPr>
            <w:tcW w:w="778" w:type="dxa"/>
            <w:shd w:val="clear" w:color="auto" w:fill="313338"/>
            <w:tcMar>
              <w:top w:w="55" w:type="dxa"/>
              <w:left w:w="10" w:type="dxa"/>
              <w:bottom w:w="30" w:type="dxa"/>
              <w:right w:w="25" w:type="dxa"/>
            </w:tcMar>
          </w:tcPr>
          <w:p w14:paraId="59D6F1A9" w14:textId="77777777" w:rsidR="00327BED" w:rsidRDefault="00000000">
            <w:r>
              <w:rPr>
                <w:noProof/>
              </w:rPr>
              <w:drawing>
                <wp:inline distT="0" distB="0" distL="0" distR="0" wp14:anchorId="5D4FEC4A" wp14:editId="5E28B1E4">
                  <wp:extent cx="356616" cy="356616"/>
                  <wp:effectExtent l="0" t="0" r="0" b="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2601D882" w14:textId="77777777" w:rsidR="00327BED" w:rsidRDefault="00000000">
            <w:pPr>
              <w:spacing w:after="24"/>
            </w:pPr>
            <w:r>
              <w:rPr>
                <w:b/>
                <w:color w:val="F0B232"/>
              </w:rPr>
              <w:t>Ev</w:t>
            </w:r>
            <w:r>
              <w:rPr>
                <w:color w:val="949BA4"/>
                <w:sz w:val="15"/>
              </w:rPr>
              <w:t xml:space="preserve">  10/05/2026 2:39 AM</w:t>
            </w:r>
          </w:p>
          <w:p w14:paraId="2FDBAD39" w14:textId="77777777" w:rsidR="00327BED" w:rsidRDefault="00000000">
            <w:pPr>
              <w:spacing w:after="8" w:line="245" w:lineRule="auto"/>
            </w:pPr>
            <w:r>
              <w:t>Who the fuck had a least favourite colour</w:t>
            </w:r>
          </w:p>
          <w:p w14:paraId="19912DD0" w14:textId="77777777" w:rsidR="00327BED" w:rsidRDefault="00327BED">
            <w:pPr>
              <w:spacing w:line="84" w:lineRule="auto"/>
            </w:pPr>
          </w:p>
          <w:p w14:paraId="719750B0" w14:textId="77777777" w:rsidR="00327BED" w:rsidRDefault="00000000">
            <w:pPr>
              <w:spacing w:before="10" w:after="8" w:line="245" w:lineRule="auto"/>
            </w:pPr>
            <w:r>
              <w:t>Get a life</w:t>
            </w:r>
          </w:p>
        </w:tc>
      </w:tr>
      <w:tr w:rsidR="00327BED" w14:paraId="43067AAF" w14:textId="77777777">
        <w:trPr>
          <w:cantSplit/>
          <w:jc w:val="center"/>
        </w:trPr>
        <w:tc>
          <w:tcPr>
            <w:tcW w:w="778" w:type="dxa"/>
            <w:shd w:val="clear" w:color="auto" w:fill="313338"/>
            <w:tcMar>
              <w:top w:w="55" w:type="dxa"/>
              <w:left w:w="10" w:type="dxa"/>
              <w:bottom w:w="30" w:type="dxa"/>
              <w:right w:w="25" w:type="dxa"/>
            </w:tcMar>
          </w:tcPr>
          <w:p w14:paraId="63E304D4" w14:textId="77777777" w:rsidR="00327BED" w:rsidRDefault="00000000">
            <w:r>
              <w:rPr>
                <w:noProof/>
              </w:rPr>
              <w:drawing>
                <wp:inline distT="0" distB="0" distL="0" distR="0" wp14:anchorId="5A3D5DF4" wp14:editId="7F4A4994">
                  <wp:extent cx="356616" cy="356616"/>
                  <wp:effectExtent l="0" t="0" r="0" b="0"/>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73D1661" w14:textId="77777777" w:rsidR="00327BED" w:rsidRDefault="00000000">
            <w:pPr>
              <w:spacing w:after="24"/>
            </w:pPr>
            <w:r>
              <w:rPr>
                <w:b/>
              </w:rPr>
              <w:t>Aperation</w:t>
            </w:r>
            <w:r>
              <w:rPr>
                <w:color w:val="949BA4"/>
                <w:sz w:val="15"/>
              </w:rPr>
              <w:t xml:space="preserve">  10/05/2026 2:40 AM</w:t>
            </w:r>
          </w:p>
          <w:p w14:paraId="1D904728" w14:textId="77777777" w:rsidR="00327BED" w:rsidRDefault="00000000">
            <w:pPr>
              <w:spacing w:after="8" w:line="245" w:lineRule="auto"/>
            </w:pPr>
            <w:r>
              <w:t>Why are we even talking abt colours in so confused</w:t>
            </w:r>
          </w:p>
        </w:tc>
      </w:tr>
      <w:tr w:rsidR="00327BED" w14:paraId="78B216E3" w14:textId="77777777">
        <w:trPr>
          <w:cantSplit/>
          <w:jc w:val="center"/>
        </w:trPr>
        <w:tc>
          <w:tcPr>
            <w:tcW w:w="778" w:type="dxa"/>
            <w:shd w:val="clear" w:color="auto" w:fill="313338"/>
            <w:tcMar>
              <w:top w:w="55" w:type="dxa"/>
              <w:left w:w="10" w:type="dxa"/>
              <w:bottom w:w="30" w:type="dxa"/>
              <w:right w:w="25" w:type="dxa"/>
            </w:tcMar>
          </w:tcPr>
          <w:p w14:paraId="6A9D6B68" w14:textId="77777777" w:rsidR="00327BED" w:rsidRDefault="00000000">
            <w:r>
              <w:rPr>
                <w:noProof/>
              </w:rPr>
              <w:drawing>
                <wp:inline distT="0" distB="0" distL="0" distR="0" wp14:anchorId="5FF5C134" wp14:editId="7201CD44">
                  <wp:extent cx="356616" cy="356616"/>
                  <wp:effectExtent l="0" t="0" r="0" b="0"/>
                  <wp:docPr id="327" name="Picture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342E5AD6" w14:textId="77777777" w:rsidR="00327BED" w:rsidRDefault="00000000">
            <w:pPr>
              <w:spacing w:after="24"/>
            </w:pPr>
            <w:r>
              <w:rPr>
                <w:b/>
                <w:color w:val="F0B232"/>
              </w:rPr>
              <w:t>Ev</w:t>
            </w:r>
            <w:r>
              <w:rPr>
                <w:color w:val="949BA4"/>
                <w:sz w:val="15"/>
              </w:rPr>
              <w:t xml:space="preserve">  10/05/2026 2:40 AM</w:t>
            </w:r>
          </w:p>
          <w:p w14:paraId="715F865A" w14:textId="77777777" w:rsidR="00327BED" w:rsidRDefault="00000000">
            <w:pPr>
              <w:spacing w:after="8" w:line="245" w:lineRule="auto"/>
            </w:pPr>
            <w:r>
              <w:t>That's so spoilt if someone got me something with a bad colour I wouldn't give a shit</w:t>
            </w:r>
          </w:p>
        </w:tc>
      </w:tr>
      <w:tr w:rsidR="00327BED" w14:paraId="3D51A8D7" w14:textId="77777777">
        <w:trPr>
          <w:cantSplit/>
          <w:jc w:val="center"/>
        </w:trPr>
        <w:tc>
          <w:tcPr>
            <w:tcW w:w="778" w:type="dxa"/>
            <w:shd w:val="clear" w:color="auto" w:fill="313338"/>
            <w:tcMar>
              <w:top w:w="55" w:type="dxa"/>
              <w:left w:w="10" w:type="dxa"/>
              <w:bottom w:w="30" w:type="dxa"/>
              <w:right w:w="25" w:type="dxa"/>
            </w:tcMar>
          </w:tcPr>
          <w:p w14:paraId="63250DC1" w14:textId="77777777" w:rsidR="00327BED" w:rsidRDefault="00000000">
            <w:r>
              <w:rPr>
                <w:noProof/>
              </w:rPr>
              <w:drawing>
                <wp:inline distT="0" distB="0" distL="0" distR="0" wp14:anchorId="4A2CA0B0" wp14:editId="2D1D6ADD">
                  <wp:extent cx="356616" cy="356616"/>
                  <wp:effectExtent l="0" t="0" r="0" b="0"/>
                  <wp:docPr id="328" name="Picture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F8D98BB" w14:textId="77777777" w:rsidR="00327BED" w:rsidRDefault="00000000">
            <w:pPr>
              <w:spacing w:after="24"/>
            </w:pPr>
            <w:r>
              <w:rPr>
                <w:b/>
              </w:rPr>
              <w:t>Aperation</w:t>
            </w:r>
            <w:r>
              <w:rPr>
                <w:color w:val="949BA4"/>
                <w:sz w:val="15"/>
              </w:rPr>
              <w:t xml:space="preserve">  10/05/2026 2:40 AM</w:t>
            </w:r>
          </w:p>
          <w:p w14:paraId="1628FBD4" w14:textId="77777777" w:rsidR="00327BED" w:rsidRDefault="00000000">
            <w:pPr>
              <w:spacing w:after="8" w:line="245" w:lineRule="auto"/>
            </w:pPr>
            <w:r>
              <w:t>She’s angry he got her roses which are her least fav colour?</w:t>
            </w:r>
          </w:p>
        </w:tc>
      </w:tr>
      <w:tr w:rsidR="00327BED" w14:paraId="0070EEC0" w14:textId="77777777">
        <w:trPr>
          <w:cantSplit/>
          <w:jc w:val="center"/>
        </w:trPr>
        <w:tc>
          <w:tcPr>
            <w:tcW w:w="778" w:type="dxa"/>
            <w:shd w:val="clear" w:color="auto" w:fill="313338"/>
            <w:tcMar>
              <w:top w:w="55" w:type="dxa"/>
              <w:left w:w="10" w:type="dxa"/>
              <w:bottom w:w="30" w:type="dxa"/>
              <w:right w:w="25" w:type="dxa"/>
            </w:tcMar>
          </w:tcPr>
          <w:p w14:paraId="00C71C1F" w14:textId="77777777" w:rsidR="00327BED" w:rsidRDefault="00000000">
            <w:r>
              <w:rPr>
                <w:noProof/>
              </w:rPr>
              <w:drawing>
                <wp:inline distT="0" distB="0" distL="0" distR="0" wp14:anchorId="5C995B7A" wp14:editId="02574432">
                  <wp:extent cx="356616" cy="356616"/>
                  <wp:effectExtent l="0" t="0" r="0" b="0"/>
                  <wp:docPr id="329" name="Pictur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718E86D5" w14:textId="77777777" w:rsidR="00327BED" w:rsidRDefault="00000000">
            <w:pPr>
              <w:spacing w:after="24"/>
            </w:pPr>
            <w:r>
              <w:rPr>
                <w:b/>
                <w:color w:val="F0B232"/>
              </w:rPr>
              <w:t>Ev</w:t>
            </w:r>
            <w:r>
              <w:rPr>
                <w:color w:val="949BA4"/>
                <w:sz w:val="15"/>
              </w:rPr>
              <w:t xml:space="preserve">  10/05/2026 2:40 AM</w:t>
            </w:r>
          </w:p>
          <w:p w14:paraId="03D794B7" w14:textId="77777777" w:rsidR="00327BED" w:rsidRDefault="00000000">
            <w:pPr>
              <w:spacing w:after="8" w:line="245" w:lineRule="auto"/>
            </w:pPr>
            <w:r>
              <w:t>Oskar read out</w:t>
            </w:r>
          </w:p>
        </w:tc>
      </w:tr>
      <w:tr w:rsidR="00327BED" w14:paraId="15885E0B" w14:textId="77777777">
        <w:trPr>
          <w:cantSplit/>
          <w:jc w:val="center"/>
        </w:trPr>
        <w:tc>
          <w:tcPr>
            <w:tcW w:w="778" w:type="dxa"/>
            <w:shd w:val="clear" w:color="auto" w:fill="313338"/>
            <w:tcMar>
              <w:top w:w="55" w:type="dxa"/>
              <w:left w:w="10" w:type="dxa"/>
              <w:bottom w:w="30" w:type="dxa"/>
              <w:right w:w="25" w:type="dxa"/>
            </w:tcMar>
          </w:tcPr>
          <w:p w14:paraId="0783ED0E" w14:textId="77777777" w:rsidR="00327BED" w:rsidRDefault="00000000">
            <w:r>
              <w:rPr>
                <w:noProof/>
              </w:rPr>
              <w:drawing>
                <wp:inline distT="0" distB="0" distL="0" distR="0" wp14:anchorId="68DFE2B7" wp14:editId="70097B4B">
                  <wp:extent cx="356616" cy="356616"/>
                  <wp:effectExtent l="0" t="0" r="0" b="0"/>
                  <wp:docPr id="330" name="Picture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6B29F97E" w14:textId="77777777" w:rsidR="00327BED" w:rsidRDefault="00000000">
            <w:pPr>
              <w:spacing w:after="24"/>
            </w:pPr>
            <w:r>
              <w:rPr>
                <w:b/>
              </w:rPr>
              <w:t>Aperation</w:t>
            </w:r>
            <w:r>
              <w:rPr>
                <w:color w:val="949BA4"/>
                <w:sz w:val="15"/>
              </w:rPr>
              <w:t xml:space="preserve">  10/05/2026 2:42 AM</w:t>
            </w:r>
          </w:p>
          <w:p w14:paraId="44554016" w14:textId="77777777" w:rsidR="00327BED" w:rsidRDefault="00000000">
            <w:pPr>
              <w:spacing w:after="8" w:line="245" w:lineRule="auto"/>
            </w:pPr>
            <w:r>
              <w:t>You’ve already apologised for what you actually did wrong at Olivia’s</w:t>
            </w:r>
          </w:p>
        </w:tc>
      </w:tr>
      <w:tr w:rsidR="00327BED" w14:paraId="5CC5F89E" w14:textId="77777777">
        <w:trPr>
          <w:cantSplit/>
          <w:jc w:val="center"/>
        </w:trPr>
        <w:tc>
          <w:tcPr>
            <w:tcW w:w="778" w:type="dxa"/>
            <w:shd w:val="clear" w:color="auto" w:fill="313338"/>
            <w:tcMar>
              <w:top w:w="55" w:type="dxa"/>
              <w:left w:w="10" w:type="dxa"/>
              <w:bottom w:w="30" w:type="dxa"/>
              <w:right w:w="25" w:type="dxa"/>
            </w:tcMar>
          </w:tcPr>
          <w:p w14:paraId="2B8C7B81" w14:textId="77777777" w:rsidR="00327BED" w:rsidRDefault="00000000">
            <w:r>
              <w:rPr>
                <w:noProof/>
              </w:rPr>
              <w:drawing>
                <wp:inline distT="0" distB="0" distL="0" distR="0" wp14:anchorId="36CBE3E8" wp14:editId="46F31844">
                  <wp:extent cx="356616" cy="356616"/>
                  <wp:effectExtent l="0" t="0" r="0" b="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76ABD7C" w14:textId="77777777" w:rsidR="00327BED" w:rsidRDefault="00000000">
            <w:pPr>
              <w:spacing w:after="24"/>
            </w:pPr>
            <w:r>
              <w:rPr>
                <w:b/>
                <w:color w:val="F0B232"/>
              </w:rPr>
              <w:t>Ev</w:t>
            </w:r>
            <w:r>
              <w:rPr>
                <w:color w:val="949BA4"/>
                <w:sz w:val="15"/>
              </w:rPr>
              <w:t xml:space="preserve">  10/05/2026 2:43 AM</w:t>
            </w:r>
          </w:p>
          <w:p w14:paraId="64F40BAC" w14:textId="77777777" w:rsidR="00327BED" w:rsidRDefault="00000000">
            <w:pPr>
              <w:spacing w:after="8" w:line="245" w:lineRule="auto"/>
            </w:pPr>
            <w:r>
              <w:t>You did already apologize for Olivias but you could do it again</w:t>
            </w:r>
          </w:p>
          <w:p w14:paraId="0170A639" w14:textId="77777777" w:rsidR="00327BED" w:rsidRDefault="00327BED">
            <w:pPr>
              <w:spacing w:line="84" w:lineRule="auto"/>
            </w:pPr>
          </w:p>
          <w:p w14:paraId="59A578ED" w14:textId="77777777" w:rsidR="00327BED" w:rsidRDefault="00000000">
            <w:pPr>
              <w:spacing w:before="10" w:after="8" w:line="245" w:lineRule="auto"/>
            </w:pPr>
            <w:r>
              <w:t>But she is being pathetic</w:t>
            </w:r>
          </w:p>
          <w:p w14:paraId="3C1CF9FC" w14:textId="77777777" w:rsidR="00327BED" w:rsidRDefault="00327BED">
            <w:pPr>
              <w:spacing w:line="84" w:lineRule="auto"/>
            </w:pPr>
          </w:p>
          <w:p w14:paraId="3EAF0E57" w14:textId="77777777" w:rsidR="00327BED" w:rsidRDefault="00000000">
            <w:pPr>
              <w:spacing w:before="10" w:after="8" w:line="245" w:lineRule="auto"/>
            </w:pPr>
            <w:r>
              <w:t>This is miserable for no reason</w:t>
            </w:r>
          </w:p>
        </w:tc>
      </w:tr>
      <w:tr w:rsidR="00327BED" w14:paraId="2A712C92" w14:textId="77777777">
        <w:trPr>
          <w:cantSplit/>
          <w:jc w:val="center"/>
        </w:trPr>
        <w:tc>
          <w:tcPr>
            <w:tcW w:w="778" w:type="dxa"/>
            <w:shd w:val="clear" w:color="auto" w:fill="313338"/>
            <w:tcMar>
              <w:top w:w="55" w:type="dxa"/>
              <w:left w:w="10" w:type="dxa"/>
              <w:bottom w:w="30" w:type="dxa"/>
              <w:right w:w="25" w:type="dxa"/>
            </w:tcMar>
          </w:tcPr>
          <w:p w14:paraId="31DFBD82" w14:textId="77777777" w:rsidR="00327BED" w:rsidRDefault="00000000">
            <w:r>
              <w:rPr>
                <w:noProof/>
              </w:rPr>
              <w:drawing>
                <wp:inline distT="0" distB="0" distL="0" distR="0" wp14:anchorId="76F6D280" wp14:editId="75F6649E">
                  <wp:extent cx="356616" cy="356616"/>
                  <wp:effectExtent l="0" t="0" r="0" b="0"/>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6F760495" w14:textId="77777777" w:rsidR="00327BED" w:rsidRDefault="00000000">
            <w:pPr>
              <w:spacing w:after="24"/>
            </w:pPr>
            <w:r>
              <w:rPr>
                <w:b/>
              </w:rPr>
              <w:t>Aperation</w:t>
            </w:r>
            <w:r>
              <w:rPr>
                <w:color w:val="949BA4"/>
                <w:sz w:val="15"/>
              </w:rPr>
              <w:t xml:space="preserve">  10/05/2026 2:43 AM</w:t>
            </w:r>
          </w:p>
          <w:p w14:paraId="1D9AB899" w14:textId="77777777" w:rsidR="00327BED" w:rsidRDefault="00000000">
            <w:pPr>
              <w:spacing w:after="8" w:line="245" w:lineRule="auto"/>
            </w:pPr>
            <w:r>
              <w:t>Yeah Melissa I can’t believe that Lucas sat there and spoke to Izzy and pia for 5 minutes he’s a fucjing prick break up with him</w:t>
            </w:r>
          </w:p>
          <w:p w14:paraId="53A891C9" w14:textId="77777777" w:rsidR="00327BED" w:rsidRDefault="00327BED">
            <w:pPr>
              <w:spacing w:line="84" w:lineRule="auto"/>
            </w:pPr>
          </w:p>
          <w:p w14:paraId="04ED9B73" w14:textId="77777777" w:rsidR="00327BED" w:rsidRDefault="00000000">
            <w:pPr>
              <w:spacing w:before="10" w:after="8" w:line="245" w:lineRule="auto"/>
            </w:pPr>
            <w:r>
              <w:t>Luca*</w:t>
            </w:r>
          </w:p>
        </w:tc>
      </w:tr>
      <w:tr w:rsidR="00327BED" w14:paraId="001DA804" w14:textId="77777777">
        <w:trPr>
          <w:cantSplit/>
          <w:jc w:val="center"/>
        </w:trPr>
        <w:tc>
          <w:tcPr>
            <w:tcW w:w="778" w:type="dxa"/>
            <w:shd w:val="clear" w:color="auto" w:fill="313338"/>
            <w:tcMar>
              <w:top w:w="55" w:type="dxa"/>
              <w:left w:w="10" w:type="dxa"/>
              <w:bottom w:w="30" w:type="dxa"/>
              <w:right w:w="25" w:type="dxa"/>
            </w:tcMar>
          </w:tcPr>
          <w:p w14:paraId="52C7B3CE" w14:textId="77777777" w:rsidR="00327BED" w:rsidRDefault="00000000">
            <w:r>
              <w:rPr>
                <w:noProof/>
              </w:rPr>
              <w:drawing>
                <wp:inline distT="0" distB="0" distL="0" distR="0" wp14:anchorId="087F05CD" wp14:editId="0C0E3B74">
                  <wp:extent cx="356616" cy="356616"/>
                  <wp:effectExtent l="0" t="0" r="0" b="0"/>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249CCB6" w14:textId="77777777" w:rsidR="00327BED" w:rsidRDefault="00000000">
            <w:pPr>
              <w:spacing w:after="24"/>
            </w:pPr>
            <w:r>
              <w:rPr>
                <w:b/>
                <w:color w:val="F0B232"/>
              </w:rPr>
              <w:t>Ev</w:t>
            </w:r>
            <w:r>
              <w:rPr>
                <w:color w:val="949BA4"/>
                <w:sz w:val="15"/>
              </w:rPr>
              <w:t xml:space="preserve">  10/05/2026 2:44 AM</w:t>
            </w:r>
          </w:p>
          <w:p w14:paraId="743F4B04" w14:textId="77777777" w:rsidR="00327BED" w:rsidRDefault="00000000">
            <w:pPr>
              <w:spacing w:after="8" w:line="245" w:lineRule="auto"/>
            </w:pPr>
            <w:r>
              <w:t>She's created this whole situation and now she's acting like a savior</w:t>
            </w:r>
          </w:p>
          <w:p w14:paraId="3B2DBDAF" w14:textId="77777777" w:rsidR="00327BED" w:rsidRDefault="00327BED">
            <w:pPr>
              <w:spacing w:line="84" w:lineRule="auto"/>
            </w:pPr>
          </w:p>
          <w:p w14:paraId="64D2A555" w14:textId="77777777" w:rsidR="00327BED" w:rsidRDefault="00000000">
            <w:pPr>
              <w:spacing w:before="10" w:after="8" w:line="245" w:lineRule="auto"/>
            </w:pPr>
            <w:r>
              <w:t>Aren't you lucky</w:t>
            </w:r>
          </w:p>
        </w:tc>
      </w:tr>
      <w:tr w:rsidR="00327BED" w14:paraId="6E40F752" w14:textId="77777777">
        <w:trPr>
          <w:cantSplit/>
          <w:jc w:val="center"/>
        </w:trPr>
        <w:tc>
          <w:tcPr>
            <w:tcW w:w="778" w:type="dxa"/>
            <w:shd w:val="clear" w:color="auto" w:fill="313338"/>
            <w:tcMar>
              <w:top w:w="55" w:type="dxa"/>
              <w:left w:w="10" w:type="dxa"/>
              <w:bottom w:w="30" w:type="dxa"/>
              <w:right w:w="25" w:type="dxa"/>
            </w:tcMar>
          </w:tcPr>
          <w:p w14:paraId="0CC357C8" w14:textId="77777777" w:rsidR="00327BED" w:rsidRDefault="00000000">
            <w:r>
              <w:rPr>
                <w:noProof/>
              </w:rPr>
              <w:drawing>
                <wp:inline distT="0" distB="0" distL="0" distR="0" wp14:anchorId="190B8A8A" wp14:editId="6ACE88DA">
                  <wp:extent cx="356616" cy="356616"/>
                  <wp:effectExtent l="0" t="0" r="0" b="0"/>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3D0B3B38" w14:textId="77777777" w:rsidR="00327BED" w:rsidRDefault="00000000">
            <w:pPr>
              <w:spacing w:after="24"/>
            </w:pPr>
            <w:r>
              <w:rPr>
                <w:b/>
              </w:rPr>
              <w:t>Aperation</w:t>
            </w:r>
            <w:r>
              <w:rPr>
                <w:color w:val="949BA4"/>
                <w:sz w:val="15"/>
              </w:rPr>
              <w:t xml:space="preserve">  10/05/2026 2:44 AM</w:t>
            </w:r>
          </w:p>
          <w:p w14:paraId="72EBB7F6" w14:textId="77777777" w:rsidR="00327BED" w:rsidRDefault="00000000">
            <w:pPr>
              <w:spacing w:after="8" w:line="245" w:lineRule="auto"/>
            </w:pPr>
            <w:r>
              <w:t>She’s just dragging this shit man she’s getting angry about the same fucking shit 3 fucking times in a row</w:t>
            </w:r>
          </w:p>
          <w:p w14:paraId="57FD471C" w14:textId="77777777" w:rsidR="00327BED" w:rsidRDefault="00327BED">
            <w:pPr>
              <w:spacing w:line="84" w:lineRule="auto"/>
            </w:pPr>
          </w:p>
          <w:p w14:paraId="2A9DE8FF" w14:textId="77777777" w:rsidR="00327BED" w:rsidRDefault="00000000">
            <w:pPr>
              <w:spacing w:before="10" w:after="8" w:line="245" w:lineRule="auto"/>
            </w:pPr>
            <w:r>
              <w:t>How can she argue say ok I’m angry abt the last 3 fucking times when nothing has actually happened in any of the 3</w:t>
            </w:r>
          </w:p>
          <w:p w14:paraId="070040BA" w14:textId="77777777" w:rsidR="00327BED" w:rsidRDefault="00327BED">
            <w:pPr>
              <w:spacing w:line="84" w:lineRule="auto"/>
            </w:pPr>
          </w:p>
          <w:p w14:paraId="2FBFDAFD" w14:textId="77777777" w:rsidR="00327BED" w:rsidRDefault="00000000">
            <w:pPr>
              <w:spacing w:before="10" w:after="8" w:line="245" w:lineRule="auto"/>
            </w:pPr>
            <w:r>
              <w:t>♻️♻️♻️♻️</w:t>
            </w:r>
          </w:p>
        </w:tc>
      </w:tr>
      <w:tr w:rsidR="00327BED" w14:paraId="075E1AE9" w14:textId="77777777">
        <w:trPr>
          <w:cantSplit/>
          <w:jc w:val="center"/>
        </w:trPr>
        <w:tc>
          <w:tcPr>
            <w:tcW w:w="778" w:type="dxa"/>
            <w:shd w:val="clear" w:color="auto" w:fill="313338"/>
            <w:tcMar>
              <w:top w:w="55" w:type="dxa"/>
              <w:left w:w="10" w:type="dxa"/>
              <w:bottom w:w="30" w:type="dxa"/>
              <w:right w:w="25" w:type="dxa"/>
            </w:tcMar>
          </w:tcPr>
          <w:p w14:paraId="4D5CF5B5" w14:textId="77777777" w:rsidR="00327BED" w:rsidRDefault="00000000">
            <w:r>
              <w:rPr>
                <w:noProof/>
              </w:rPr>
              <w:drawing>
                <wp:inline distT="0" distB="0" distL="0" distR="0" wp14:anchorId="1065004B" wp14:editId="0DC902B5">
                  <wp:extent cx="356616" cy="356616"/>
                  <wp:effectExtent l="0" t="0" r="0" b="0"/>
                  <wp:docPr id="335" name="Pictur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024AF068" w14:textId="77777777" w:rsidR="00327BED" w:rsidRDefault="00000000">
            <w:pPr>
              <w:spacing w:after="24"/>
            </w:pPr>
            <w:r>
              <w:rPr>
                <w:b/>
                <w:color w:val="F0B232"/>
              </w:rPr>
              <w:t>Ev</w:t>
            </w:r>
            <w:r>
              <w:rPr>
                <w:color w:val="949BA4"/>
                <w:sz w:val="15"/>
              </w:rPr>
              <w:t xml:space="preserve">  10/05/2026 2:46 AM</w:t>
            </w:r>
          </w:p>
          <w:p w14:paraId="0FF57C7B" w14:textId="77777777" w:rsidR="00327BED" w:rsidRDefault="00000000">
            <w:pPr>
              <w:spacing w:after="8" w:line="245" w:lineRule="auto"/>
            </w:pPr>
            <w:r>
              <w:t>Thats the smartest thing she's said all night</w:t>
            </w:r>
          </w:p>
          <w:p w14:paraId="57B54517" w14:textId="77777777" w:rsidR="00327BED" w:rsidRDefault="00327BED">
            <w:pPr>
              <w:spacing w:line="84" w:lineRule="auto"/>
            </w:pPr>
          </w:p>
          <w:p w14:paraId="60285BFE" w14:textId="77777777" w:rsidR="00327BED" w:rsidRDefault="00000000">
            <w:pPr>
              <w:spacing w:before="10" w:after="8" w:line="245" w:lineRule="auto"/>
            </w:pPr>
            <w:r>
              <w:t>It's true</w:t>
            </w:r>
          </w:p>
        </w:tc>
      </w:tr>
      <w:tr w:rsidR="00327BED" w14:paraId="0AC2C5CB" w14:textId="77777777">
        <w:trPr>
          <w:cantSplit/>
          <w:jc w:val="center"/>
        </w:trPr>
        <w:tc>
          <w:tcPr>
            <w:tcW w:w="778" w:type="dxa"/>
            <w:shd w:val="clear" w:color="auto" w:fill="313338"/>
            <w:tcMar>
              <w:top w:w="55" w:type="dxa"/>
              <w:left w:w="10" w:type="dxa"/>
              <w:bottom w:w="30" w:type="dxa"/>
              <w:right w:w="25" w:type="dxa"/>
            </w:tcMar>
          </w:tcPr>
          <w:p w14:paraId="403B04E2" w14:textId="77777777" w:rsidR="00327BED" w:rsidRDefault="00000000">
            <w:r>
              <w:rPr>
                <w:noProof/>
              </w:rPr>
              <w:lastRenderedPageBreak/>
              <w:drawing>
                <wp:inline distT="0" distB="0" distL="0" distR="0" wp14:anchorId="73799BD6" wp14:editId="1B5C68E4">
                  <wp:extent cx="356616" cy="356616"/>
                  <wp:effectExtent l="0" t="0" r="0" b="0"/>
                  <wp:docPr id="336" name="Picture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33371A55" w14:textId="77777777" w:rsidR="00327BED" w:rsidRDefault="00000000">
            <w:pPr>
              <w:spacing w:after="24"/>
            </w:pPr>
            <w:r>
              <w:rPr>
                <w:b/>
              </w:rPr>
              <w:t>Aperation</w:t>
            </w:r>
            <w:r>
              <w:rPr>
                <w:color w:val="949BA4"/>
                <w:sz w:val="15"/>
              </w:rPr>
              <w:t xml:space="preserve">  10/05/2026 2:47 AM</w:t>
            </w:r>
          </w:p>
          <w:p w14:paraId="63FA0C9D" w14:textId="77777777" w:rsidR="00327BED" w:rsidRDefault="00000000">
            <w:pPr>
              <w:spacing w:after="8" w:line="245" w:lineRule="auto"/>
            </w:pPr>
            <w:r>
              <w:t>The standard she setting is completely unreasonable, if she finds it objectable that you speak to her friends</w:t>
            </w:r>
          </w:p>
        </w:tc>
      </w:tr>
      <w:tr w:rsidR="00327BED" w14:paraId="6412BE7B" w14:textId="77777777">
        <w:trPr>
          <w:cantSplit/>
          <w:jc w:val="center"/>
        </w:trPr>
        <w:tc>
          <w:tcPr>
            <w:tcW w:w="778" w:type="dxa"/>
            <w:shd w:val="clear" w:color="auto" w:fill="313338"/>
            <w:tcMar>
              <w:top w:w="55" w:type="dxa"/>
              <w:left w:w="10" w:type="dxa"/>
              <w:bottom w:w="30" w:type="dxa"/>
              <w:right w:w="25" w:type="dxa"/>
            </w:tcMar>
          </w:tcPr>
          <w:p w14:paraId="6D2ABFA8" w14:textId="77777777" w:rsidR="00327BED" w:rsidRDefault="00000000">
            <w:r>
              <w:rPr>
                <w:noProof/>
              </w:rPr>
              <w:drawing>
                <wp:inline distT="0" distB="0" distL="0" distR="0" wp14:anchorId="4330A7F4" wp14:editId="3CA80D2A">
                  <wp:extent cx="356616" cy="356616"/>
                  <wp:effectExtent l="0" t="0" r="0"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C0771BE" w14:textId="77777777" w:rsidR="00327BED" w:rsidRDefault="00000000">
            <w:pPr>
              <w:spacing w:after="24"/>
            </w:pPr>
            <w:r>
              <w:rPr>
                <w:b/>
                <w:color w:val="F0B232"/>
              </w:rPr>
              <w:t>Ev</w:t>
            </w:r>
            <w:r>
              <w:rPr>
                <w:color w:val="949BA4"/>
                <w:sz w:val="15"/>
              </w:rPr>
              <w:t xml:space="preserve">  10/05/2026 2:47 AM</w:t>
            </w:r>
          </w:p>
          <w:p w14:paraId="64A3341A" w14:textId="77777777" w:rsidR="00327BED" w:rsidRDefault="00000000">
            <w:pPr>
              <w:spacing w:after="8" w:line="245" w:lineRule="auto"/>
            </w:pPr>
            <w:r>
              <w:t>Send the picture of me and Melisa</w:t>
            </w:r>
          </w:p>
        </w:tc>
      </w:tr>
      <w:tr w:rsidR="00327BED" w14:paraId="1DA9C272" w14:textId="77777777">
        <w:trPr>
          <w:cantSplit/>
          <w:jc w:val="center"/>
        </w:trPr>
        <w:tc>
          <w:tcPr>
            <w:tcW w:w="778" w:type="dxa"/>
            <w:shd w:val="clear" w:color="auto" w:fill="313338"/>
            <w:tcMar>
              <w:top w:w="55" w:type="dxa"/>
              <w:left w:w="10" w:type="dxa"/>
              <w:bottom w:w="30" w:type="dxa"/>
              <w:right w:w="25" w:type="dxa"/>
            </w:tcMar>
          </w:tcPr>
          <w:p w14:paraId="3E226A3F" w14:textId="77777777" w:rsidR="00327BED" w:rsidRDefault="00000000">
            <w:r>
              <w:rPr>
                <w:noProof/>
              </w:rPr>
              <w:drawing>
                <wp:inline distT="0" distB="0" distL="0" distR="0" wp14:anchorId="160DCFB7" wp14:editId="2AE64F96">
                  <wp:extent cx="356616" cy="356616"/>
                  <wp:effectExtent l="0" t="0" r="0" b="0"/>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952CC80" w14:textId="77777777" w:rsidR="00327BED" w:rsidRDefault="00000000">
            <w:pPr>
              <w:spacing w:after="24"/>
            </w:pPr>
            <w:r>
              <w:rPr>
                <w:b/>
              </w:rPr>
              <w:t>Aperation</w:t>
            </w:r>
            <w:r>
              <w:rPr>
                <w:color w:val="949BA4"/>
                <w:sz w:val="15"/>
              </w:rPr>
              <w:t xml:space="preserve">  10/05/2026 2:47 AM</w:t>
            </w:r>
          </w:p>
          <w:p w14:paraId="087C2DA2" w14:textId="77777777" w:rsidR="00327BED" w:rsidRDefault="00000000">
            <w:pPr>
              <w:spacing w:after="8" w:line="245" w:lineRule="auto"/>
            </w:pPr>
            <w:r>
              <w:t>YEAH ANYA HE CHEATED IN YOU WHEN HE SPOKE TO HS ON THE GRASS FOR 5 MINUTES HES A WHORE</w:t>
            </w:r>
          </w:p>
          <w:p w14:paraId="1EEF5F3E" w14:textId="77777777" w:rsidR="00327BED" w:rsidRDefault="00327BED">
            <w:pPr>
              <w:spacing w:line="84" w:lineRule="auto"/>
            </w:pPr>
          </w:p>
          <w:p w14:paraId="60259A9F" w14:textId="77777777" w:rsidR="00327BED" w:rsidRDefault="00000000">
            <w:pPr>
              <w:spacing w:before="10" w:after="8" w:line="245" w:lineRule="auto"/>
            </w:pPr>
            <w:r>
              <w:t>Like what none of them are agreeing</w:t>
            </w:r>
          </w:p>
        </w:tc>
      </w:tr>
      <w:tr w:rsidR="00327BED" w14:paraId="516DC402" w14:textId="77777777">
        <w:trPr>
          <w:cantSplit/>
          <w:jc w:val="center"/>
        </w:trPr>
        <w:tc>
          <w:tcPr>
            <w:tcW w:w="778" w:type="dxa"/>
            <w:shd w:val="clear" w:color="auto" w:fill="313338"/>
            <w:tcMar>
              <w:top w:w="55" w:type="dxa"/>
              <w:left w:w="10" w:type="dxa"/>
              <w:bottom w:w="30" w:type="dxa"/>
              <w:right w:w="25" w:type="dxa"/>
            </w:tcMar>
          </w:tcPr>
          <w:p w14:paraId="14954C7C" w14:textId="77777777" w:rsidR="00327BED" w:rsidRDefault="00000000">
            <w:r>
              <w:rPr>
                <w:noProof/>
              </w:rPr>
              <w:drawing>
                <wp:inline distT="0" distB="0" distL="0" distR="0" wp14:anchorId="6087F87E" wp14:editId="5B54F328">
                  <wp:extent cx="356616" cy="356616"/>
                  <wp:effectExtent l="0" t="0" r="0" b="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3EA3E5F2" w14:textId="77777777" w:rsidR="00327BED" w:rsidRDefault="00000000">
            <w:pPr>
              <w:spacing w:after="24"/>
            </w:pPr>
            <w:r>
              <w:rPr>
                <w:b/>
                <w:color w:val="F0B232"/>
              </w:rPr>
              <w:t>Ev</w:t>
            </w:r>
            <w:r>
              <w:rPr>
                <w:color w:val="949BA4"/>
                <w:sz w:val="15"/>
              </w:rPr>
              <w:t xml:space="preserve">  10/05/2026 2:47 AM</w:t>
            </w:r>
          </w:p>
          <w:p w14:paraId="30B957E5" w14:textId="77777777" w:rsidR="00327BED" w:rsidRDefault="00000000">
            <w:pPr>
              <w:spacing w:after="8" w:line="245" w:lineRule="auto"/>
            </w:pPr>
            <w:r>
              <w:t>A conversation is cheating?</w:t>
            </w:r>
          </w:p>
        </w:tc>
      </w:tr>
      <w:tr w:rsidR="00327BED" w14:paraId="32561C5D" w14:textId="77777777">
        <w:trPr>
          <w:cantSplit/>
          <w:jc w:val="center"/>
        </w:trPr>
        <w:tc>
          <w:tcPr>
            <w:tcW w:w="778" w:type="dxa"/>
            <w:shd w:val="clear" w:color="auto" w:fill="313338"/>
            <w:tcMar>
              <w:top w:w="55" w:type="dxa"/>
              <w:left w:w="10" w:type="dxa"/>
              <w:bottom w:w="30" w:type="dxa"/>
              <w:right w:w="25" w:type="dxa"/>
            </w:tcMar>
          </w:tcPr>
          <w:p w14:paraId="7B055611" w14:textId="77777777" w:rsidR="00327BED" w:rsidRDefault="00000000">
            <w:r>
              <w:rPr>
                <w:noProof/>
              </w:rPr>
              <w:drawing>
                <wp:inline distT="0" distB="0" distL="0" distR="0" wp14:anchorId="65012942" wp14:editId="7898C01C">
                  <wp:extent cx="356616" cy="356616"/>
                  <wp:effectExtent l="0" t="0" r="0" b="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6C3C61C" w14:textId="77777777" w:rsidR="00327BED" w:rsidRDefault="00000000">
            <w:pPr>
              <w:spacing w:after="24"/>
            </w:pPr>
            <w:r>
              <w:rPr>
                <w:b/>
              </w:rPr>
              <w:t>Aperation</w:t>
            </w:r>
            <w:r>
              <w:rPr>
                <w:color w:val="949BA4"/>
                <w:sz w:val="15"/>
              </w:rPr>
              <w:t xml:space="preserve">  10/05/2026 2:47 AM</w:t>
            </w:r>
          </w:p>
          <w:p w14:paraId="6F93E46E" w14:textId="77777777" w:rsidR="00327BED" w:rsidRDefault="00000000">
            <w:pPr>
              <w:spacing w:after="8" w:line="245" w:lineRule="auto"/>
            </w:pPr>
            <w:r>
              <w:t>Give me 2 mins to explain to them and they will side with us</w:t>
            </w:r>
          </w:p>
          <w:p w14:paraId="17AF3C03" w14:textId="77777777" w:rsidR="00327BED" w:rsidRDefault="00327BED">
            <w:pPr>
              <w:spacing w:line="84" w:lineRule="auto"/>
            </w:pPr>
          </w:p>
          <w:p w14:paraId="389DEFDE" w14:textId="77777777" w:rsidR="00327BED" w:rsidRDefault="00000000">
            <w:pPr>
              <w:spacing w:before="10" w:after="8" w:line="245" w:lineRule="auto"/>
            </w:pPr>
            <w:r>
              <w:t>Oskar ask her this</w:t>
            </w:r>
          </w:p>
          <w:p w14:paraId="1E07FB01" w14:textId="77777777" w:rsidR="00327BED" w:rsidRDefault="00327BED">
            <w:pPr>
              <w:spacing w:line="84" w:lineRule="auto"/>
            </w:pPr>
          </w:p>
          <w:p w14:paraId="333529A9" w14:textId="77777777" w:rsidR="00327BED" w:rsidRDefault="00000000">
            <w:pPr>
              <w:spacing w:before="10" w:after="8" w:line="245" w:lineRule="auto"/>
            </w:pPr>
            <w:r>
              <w:t>This is not aggressive</w:t>
            </w:r>
          </w:p>
          <w:p w14:paraId="198BF923" w14:textId="77777777" w:rsidR="00327BED" w:rsidRDefault="00327BED">
            <w:pPr>
              <w:spacing w:line="84" w:lineRule="auto"/>
            </w:pPr>
          </w:p>
          <w:p w14:paraId="29E164CB" w14:textId="77777777" w:rsidR="00327BED" w:rsidRDefault="00000000">
            <w:pPr>
              <w:spacing w:before="10" w:after="8" w:line="245" w:lineRule="auto"/>
            </w:pPr>
            <w:r>
              <w:t>Then Anya explain what you feel is cheating from the party, evidently we have some differences</w:t>
            </w:r>
          </w:p>
          <w:p w14:paraId="46E4989C" w14:textId="77777777" w:rsidR="00327BED" w:rsidRDefault="00327BED">
            <w:pPr>
              <w:spacing w:line="84" w:lineRule="auto"/>
            </w:pPr>
          </w:p>
          <w:p w14:paraId="4ABF82D8" w14:textId="77777777" w:rsidR="00327BED" w:rsidRDefault="00000000">
            <w:pPr>
              <w:spacing w:before="10" w:after="8" w:line="245" w:lineRule="auto"/>
            </w:pPr>
            <w:r>
              <w:t>Ok so her friends are encouraging cheating???</w:t>
            </w:r>
          </w:p>
          <w:p w14:paraId="300B8112" w14:textId="77777777" w:rsidR="00327BED" w:rsidRDefault="00327BED">
            <w:pPr>
              <w:spacing w:line="84" w:lineRule="auto"/>
            </w:pPr>
          </w:p>
          <w:p w14:paraId="446358E5" w14:textId="77777777" w:rsidR="00327BED" w:rsidRDefault="00000000">
            <w:pPr>
              <w:spacing w:before="10" w:after="8" w:line="245" w:lineRule="auto"/>
            </w:pPr>
            <w:r>
              <w:t>HOKY FUCK</w:t>
            </w:r>
          </w:p>
        </w:tc>
      </w:tr>
      <w:tr w:rsidR="00327BED" w14:paraId="37D44064" w14:textId="77777777">
        <w:trPr>
          <w:cantSplit/>
          <w:jc w:val="center"/>
        </w:trPr>
        <w:tc>
          <w:tcPr>
            <w:tcW w:w="778" w:type="dxa"/>
            <w:shd w:val="clear" w:color="auto" w:fill="313338"/>
            <w:tcMar>
              <w:top w:w="55" w:type="dxa"/>
              <w:left w:w="10" w:type="dxa"/>
              <w:bottom w:w="30" w:type="dxa"/>
              <w:right w:w="25" w:type="dxa"/>
            </w:tcMar>
          </w:tcPr>
          <w:p w14:paraId="2C8AE717" w14:textId="77777777" w:rsidR="00327BED" w:rsidRDefault="00000000">
            <w:r>
              <w:rPr>
                <w:noProof/>
              </w:rPr>
              <w:drawing>
                <wp:inline distT="0" distB="0" distL="0" distR="0" wp14:anchorId="170EEB09" wp14:editId="325B6B4C">
                  <wp:extent cx="356616" cy="356616"/>
                  <wp:effectExtent l="0" t="0" r="0" b="0"/>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67D025E2" w14:textId="77777777" w:rsidR="00327BED" w:rsidRDefault="00000000">
            <w:pPr>
              <w:spacing w:after="24"/>
            </w:pPr>
            <w:r>
              <w:rPr>
                <w:b/>
                <w:color w:val="F0B232"/>
              </w:rPr>
              <w:t>Ev</w:t>
            </w:r>
            <w:r>
              <w:rPr>
                <w:color w:val="949BA4"/>
                <w:sz w:val="15"/>
              </w:rPr>
              <w:t xml:space="preserve">  10/05/2026 2:48 AM</w:t>
            </w:r>
          </w:p>
          <w:p w14:paraId="374A48B6" w14:textId="77777777" w:rsidR="00327BED" w:rsidRDefault="00000000">
            <w:pPr>
              <w:spacing w:after="8" w:line="245" w:lineRule="auto"/>
            </w:pPr>
            <w:r>
              <w:t>No it's not bru</w:t>
            </w:r>
          </w:p>
        </w:tc>
      </w:tr>
      <w:tr w:rsidR="00327BED" w14:paraId="28125DB0" w14:textId="77777777">
        <w:trPr>
          <w:cantSplit/>
          <w:jc w:val="center"/>
        </w:trPr>
        <w:tc>
          <w:tcPr>
            <w:tcW w:w="778" w:type="dxa"/>
            <w:shd w:val="clear" w:color="auto" w:fill="313338"/>
            <w:tcMar>
              <w:top w:w="55" w:type="dxa"/>
              <w:left w:w="10" w:type="dxa"/>
              <w:bottom w:w="30" w:type="dxa"/>
              <w:right w:w="25" w:type="dxa"/>
            </w:tcMar>
          </w:tcPr>
          <w:p w14:paraId="64B700BC" w14:textId="77777777" w:rsidR="00327BED" w:rsidRDefault="00000000">
            <w:r>
              <w:rPr>
                <w:noProof/>
              </w:rPr>
              <w:drawing>
                <wp:inline distT="0" distB="0" distL="0" distR="0" wp14:anchorId="783010D5" wp14:editId="6702AD7E">
                  <wp:extent cx="356616" cy="356616"/>
                  <wp:effectExtent l="0" t="0" r="0" b="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BA42647" w14:textId="77777777" w:rsidR="00327BED" w:rsidRDefault="00000000">
            <w:pPr>
              <w:spacing w:after="24"/>
            </w:pPr>
            <w:r>
              <w:rPr>
                <w:b/>
              </w:rPr>
              <w:t>Aperation</w:t>
            </w:r>
            <w:r>
              <w:rPr>
                <w:color w:val="949BA4"/>
                <w:sz w:val="15"/>
              </w:rPr>
              <w:t xml:space="preserve">  10/05/2026 2:48 AM</w:t>
            </w:r>
          </w:p>
          <w:p w14:paraId="435D66E8" w14:textId="77777777" w:rsidR="00327BED" w:rsidRDefault="00000000">
            <w:pPr>
              <w:spacing w:after="8" w:line="245" w:lineRule="auto"/>
            </w:pPr>
            <w:r>
              <w:t>YOUR MID PHOTO</w:t>
            </w:r>
          </w:p>
          <w:p w14:paraId="7141A872" w14:textId="77777777" w:rsidR="00327BED" w:rsidRDefault="00327BED">
            <w:pPr>
              <w:spacing w:line="84" w:lineRule="auto"/>
            </w:pPr>
          </w:p>
          <w:p w14:paraId="7EE81944" w14:textId="77777777" w:rsidR="00327BED" w:rsidRDefault="00000000">
            <w:pPr>
              <w:spacing w:before="10" w:after="8" w:line="245" w:lineRule="auto"/>
            </w:pPr>
            <w:r>
              <w:t>EXTENDING YOUR HAND</w:t>
            </w:r>
          </w:p>
          <w:p w14:paraId="291E4FA6" w14:textId="77777777" w:rsidR="00327BED" w:rsidRDefault="00327BED">
            <w:pPr>
              <w:spacing w:line="84" w:lineRule="auto"/>
            </w:pPr>
          </w:p>
          <w:p w14:paraId="0AE25638" w14:textId="77777777" w:rsidR="00327BED" w:rsidRDefault="00000000">
            <w:pPr>
              <w:spacing w:before="10" w:after="8" w:line="245" w:lineRule="auto"/>
            </w:pPr>
            <w:r>
              <w:t>GET THE FUCK OUT</w:t>
            </w:r>
          </w:p>
        </w:tc>
      </w:tr>
      <w:tr w:rsidR="00327BED" w14:paraId="430C32E3" w14:textId="77777777">
        <w:trPr>
          <w:cantSplit/>
          <w:jc w:val="center"/>
        </w:trPr>
        <w:tc>
          <w:tcPr>
            <w:tcW w:w="778" w:type="dxa"/>
            <w:shd w:val="clear" w:color="auto" w:fill="313338"/>
            <w:tcMar>
              <w:top w:w="55" w:type="dxa"/>
              <w:left w:w="10" w:type="dxa"/>
              <w:bottom w:w="30" w:type="dxa"/>
              <w:right w:w="25" w:type="dxa"/>
            </w:tcMar>
          </w:tcPr>
          <w:p w14:paraId="63A0FD61" w14:textId="77777777" w:rsidR="00327BED" w:rsidRDefault="00000000">
            <w:r>
              <w:rPr>
                <w:noProof/>
              </w:rPr>
              <w:drawing>
                <wp:inline distT="0" distB="0" distL="0" distR="0" wp14:anchorId="6CC6AD30" wp14:editId="1CEEF24A">
                  <wp:extent cx="356616" cy="356616"/>
                  <wp:effectExtent l="0" t="0" r="0" b="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32256747" w14:textId="77777777" w:rsidR="00327BED" w:rsidRDefault="00000000">
            <w:pPr>
              <w:spacing w:after="24"/>
            </w:pPr>
            <w:r>
              <w:rPr>
                <w:b/>
                <w:color w:val="F0B232"/>
              </w:rPr>
              <w:t>Ev</w:t>
            </w:r>
            <w:r>
              <w:rPr>
                <w:color w:val="949BA4"/>
                <w:sz w:val="15"/>
              </w:rPr>
              <w:t xml:space="preserve">  10/05/2026 2:49 AM</w:t>
            </w:r>
          </w:p>
          <w:p w14:paraId="5FF7DDFE" w14:textId="77777777" w:rsidR="00327BED" w:rsidRDefault="00000000">
            <w:pPr>
              <w:spacing w:after="8" w:line="245" w:lineRule="auto"/>
            </w:pPr>
            <w:r>
              <w:t>Yeah no where are you holding hands</w:t>
            </w:r>
          </w:p>
        </w:tc>
      </w:tr>
      <w:tr w:rsidR="00327BED" w14:paraId="0FC6BDB7" w14:textId="77777777">
        <w:trPr>
          <w:cantSplit/>
          <w:jc w:val="center"/>
        </w:trPr>
        <w:tc>
          <w:tcPr>
            <w:tcW w:w="778" w:type="dxa"/>
            <w:shd w:val="clear" w:color="auto" w:fill="313338"/>
            <w:tcMar>
              <w:top w:w="55" w:type="dxa"/>
              <w:left w:w="10" w:type="dxa"/>
              <w:bottom w:w="30" w:type="dxa"/>
              <w:right w:w="25" w:type="dxa"/>
            </w:tcMar>
          </w:tcPr>
          <w:p w14:paraId="46091198" w14:textId="77777777" w:rsidR="00327BED" w:rsidRDefault="00000000">
            <w:r>
              <w:rPr>
                <w:noProof/>
              </w:rPr>
              <w:drawing>
                <wp:inline distT="0" distB="0" distL="0" distR="0" wp14:anchorId="15D1D16F" wp14:editId="2D5C4CEB">
                  <wp:extent cx="356616" cy="356616"/>
                  <wp:effectExtent l="0" t="0" r="0" b="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64F4D9F8" w14:textId="77777777" w:rsidR="00327BED" w:rsidRDefault="00000000">
            <w:pPr>
              <w:spacing w:after="24"/>
            </w:pPr>
            <w:r>
              <w:rPr>
                <w:b/>
              </w:rPr>
              <w:t>Aperation</w:t>
            </w:r>
            <w:r>
              <w:rPr>
                <w:color w:val="949BA4"/>
                <w:sz w:val="15"/>
              </w:rPr>
              <w:t xml:space="preserve">  10/05/2026 2:49 AM</w:t>
            </w:r>
          </w:p>
          <w:p w14:paraId="205AF28F" w14:textId="77777777" w:rsidR="00327BED" w:rsidRDefault="00000000">
            <w:pPr>
              <w:spacing w:after="8" w:line="245" w:lineRule="auto"/>
            </w:pPr>
            <w:r>
              <w:t>SHE CAN FUCJ OFF</w:t>
            </w:r>
          </w:p>
          <w:p w14:paraId="5C182E44" w14:textId="77777777" w:rsidR="00327BED" w:rsidRDefault="00327BED">
            <w:pPr>
              <w:spacing w:line="84" w:lineRule="auto"/>
            </w:pPr>
          </w:p>
          <w:p w14:paraId="26B3CA23" w14:textId="77777777" w:rsidR="00327BED" w:rsidRDefault="00000000">
            <w:pPr>
              <w:spacing w:before="10" w:after="8" w:line="245" w:lineRule="auto"/>
            </w:pPr>
            <w:r>
              <w:t>WHERE DID THAT HAPPEN</w:t>
            </w:r>
          </w:p>
          <w:p w14:paraId="5A5E559D" w14:textId="77777777" w:rsidR="00327BED" w:rsidRDefault="00327BED">
            <w:pPr>
              <w:spacing w:line="84" w:lineRule="auto"/>
            </w:pPr>
          </w:p>
          <w:p w14:paraId="70074B03" w14:textId="77777777" w:rsidR="00327BED" w:rsidRDefault="00000000">
            <w:pPr>
              <w:spacing w:before="10" w:after="8" w:line="245" w:lineRule="auto"/>
            </w:pPr>
            <w:r>
              <w:t>LARP LARP LARP</w:t>
            </w:r>
          </w:p>
          <w:p w14:paraId="62D5B044" w14:textId="77777777" w:rsidR="00327BED" w:rsidRDefault="00327BED">
            <w:pPr>
              <w:spacing w:line="84" w:lineRule="auto"/>
            </w:pPr>
          </w:p>
          <w:p w14:paraId="3AD81C69" w14:textId="77777777" w:rsidR="00327BED" w:rsidRDefault="00000000">
            <w:pPr>
              <w:spacing w:before="10" w:after="8" w:line="245" w:lineRule="auto"/>
            </w:pPr>
            <w:r>
              <w:t>OMDSSS</w:t>
            </w:r>
          </w:p>
        </w:tc>
      </w:tr>
      <w:tr w:rsidR="00327BED" w14:paraId="5D551D66" w14:textId="77777777">
        <w:trPr>
          <w:cantSplit/>
          <w:jc w:val="center"/>
        </w:trPr>
        <w:tc>
          <w:tcPr>
            <w:tcW w:w="778" w:type="dxa"/>
            <w:shd w:val="clear" w:color="auto" w:fill="313338"/>
            <w:tcMar>
              <w:top w:w="55" w:type="dxa"/>
              <w:left w:w="10" w:type="dxa"/>
              <w:bottom w:w="30" w:type="dxa"/>
              <w:right w:w="25" w:type="dxa"/>
            </w:tcMar>
          </w:tcPr>
          <w:p w14:paraId="5668D997" w14:textId="77777777" w:rsidR="00327BED" w:rsidRDefault="00000000">
            <w:r>
              <w:rPr>
                <w:noProof/>
              </w:rPr>
              <w:drawing>
                <wp:inline distT="0" distB="0" distL="0" distR="0" wp14:anchorId="48FF92AF" wp14:editId="0FAB3013">
                  <wp:extent cx="356616" cy="356616"/>
                  <wp:effectExtent l="0" t="0" r="0" b="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0F7053F8" w14:textId="77777777" w:rsidR="00327BED" w:rsidRDefault="00000000">
            <w:pPr>
              <w:spacing w:after="24"/>
            </w:pPr>
            <w:r>
              <w:rPr>
                <w:b/>
                <w:color w:val="F0B232"/>
              </w:rPr>
              <w:t>Ev</w:t>
            </w:r>
            <w:r>
              <w:rPr>
                <w:color w:val="949BA4"/>
                <w:sz w:val="15"/>
              </w:rPr>
              <w:t xml:space="preserve">  10/05/2026 2:49 AM</w:t>
            </w:r>
          </w:p>
          <w:p w14:paraId="635209F6" w14:textId="77777777" w:rsidR="00327BED" w:rsidRDefault="00000000">
            <w:pPr>
              <w:spacing w:after="8" w:line="245" w:lineRule="auto"/>
            </w:pPr>
            <w:r>
              <w:t>"a man" and "my friend" is SO DIFFERENT</w:t>
            </w:r>
          </w:p>
        </w:tc>
      </w:tr>
      <w:tr w:rsidR="00327BED" w14:paraId="15A4396F" w14:textId="77777777">
        <w:trPr>
          <w:cantSplit/>
          <w:jc w:val="center"/>
        </w:trPr>
        <w:tc>
          <w:tcPr>
            <w:tcW w:w="778" w:type="dxa"/>
            <w:shd w:val="clear" w:color="auto" w:fill="313338"/>
            <w:tcMar>
              <w:top w:w="55" w:type="dxa"/>
              <w:left w:w="10" w:type="dxa"/>
              <w:bottom w:w="30" w:type="dxa"/>
              <w:right w:w="25" w:type="dxa"/>
            </w:tcMar>
          </w:tcPr>
          <w:p w14:paraId="2555B5A3" w14:textId="77777777" w:rsidR="00327BED" w:rsidRDefault="00000000">
            <w:r>
              <w:rPr>
                <w:noProof/>
              </w:rPr>
              <w:drawing>
                <wp:inline distT="0" distB="0" distL="0" distR="0" wp14:anchorId="355FFCFA" wp14:editId="3E78E5E0">
                  <wp:extent cx="356616" cy="356616"/>
                  <wp:effectExtent l="0" t="0" r="0" b="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6425F10D" w14:textId="77777777" w:rsidR="00327BED" w:rsidRDefault="00000000">
            <w:pPr>
              <w:spacing w:after="24"/>
            </w:pPr>
            <w:r>
              <w:rPr>
                <w:b/>
              </w:rPr>
              <w:t>Aperation</w:t>
            </w:r>
            <w:r>
              <w:rPr>
                <w:color w:val="949BA4"/>
                <w:sz w:val="15"/>
              </w:rPr>
              <w:t xml:space="preserve">  10/05/2026 2:49 AM</w:t>
            </w:r>
          </w:p>
          <w:p w14:paraId="1E9D5A77" w14:textId="77777777" w:rsidR="00327BED" w:rsidRDefault="00000000">
            <w:pPr>
              <w:spacing w:after="8" w:line="245" w:lineRule="auto"/>
            </w:pPr>
            <w:r>
              <w:t>My cortisol is so spiked</w:t>
            </w:r>
          </w:p>
        </w:tc>
      </w:tr>
      <w:tr w:rsidR="00327BED" w14:paraId="4838114C" w14:textId="77777777">
        <w:trPr>
          <w:cantSplit/>
          <w:jc w:val="center"/>
        </w:trPr>
        <w:tc>
          <w:tcPr>
            <w:tcW w:w="778" w:type="dxa"/>
            <w:shd w:val="clear" w:color="auto" w:fill="313338"/>
            <w:tcMar>
              <w:top w:w="55" w:type="dxa"/>
              <w:left w:w="10" w:type="dxa"/>
              <w:bottom w:w="30" w:type="dxa"/>
              <w:right w:w="25" w:type="dxa"/>
            </w:tcMar>
          </w:tcPr>
          <w:p w14:paraId="583C25A0" w14:textId="77777777" w:rsidR="00327BED" w:rsidRDefault="00000000">
            <w:r>
              <w:rPr>
                <w:noProof/>
              </w:rPr>
              <w:drawing>
                <wp:inline distT="0" distB="0" distL="0" distR="0" wp14:anchorId="3F17A129" wp14:editId="088E731F">
                  <wp:extent cx="356616" cy="356616"/>
                  <wp:effectExtent l="0" t="0" r="0" b="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67C3DD9" w14:textId="77777777" w:rsidR="00327BED" w:rsidRDefault="00000000">
            <w:pPr>
              <w:spacing w:after="24"/>
            </w:pPr>
            <w:r>
              <w:rPr>
                <w:b/>
                <w:color w:val="F0B232"/>
              </w:rPr>
              <w:t>Ev</w:t>
            </w:r>
            <w:r>
              <w:rPr>
                <w:color w:val="949BA4"/>
                <w:sz w:val="15"/>
              </w:rPr>
              <w:t xml:space="preserve">  10/05/2026 2:49 AM</w:t>
            </w:r>
          </w:p>
          <w:p w14:paraId="375D75B0" w14:textId="77777777" w:rsidR="00327BED" w:rsidRDefault="00000000">
            <w:pPr>
              <w:spacing w:after="8" w:line="245" w:lineRule="auto"/>
            </w:pPr>
            <w:r>
              <w:t>HUH</w:t>
            </w:r>
          </w:p>
          <w:p w14:paraId="1778C232" w14:textId="77777777" w:rsidR="00327BED" w:rsidRDefault="00327BED">
            <w:pPr>
              <w:spacing w:line="84" w:lineRule="auto"/>
            </w:pPr>
          </w:p>
          <w:p w14:paraId="0EBEC92A" w14:textId="77777777" w:rsidR="00327BED" w:rsidRDefault="00000000">
            <w:pPr>
              <w:spacing w:before="10" w:after="8" w:line="245" w:lineRule="auto"/>
            </w:pPr>
            <w:r>
              <w:t>😭😭😭😭😭😭</w:t>
            </w:r>
          </w:p>
        </w:tc>
      </w:tr>
      <w:tr w:rsidR="00327BED" w14:paraId="44C844F8" w14:textId="77777777">
        <w:trPr>
          <w:cantSplit/>
          <w:jc w:val="center"/>
        </w:trPr>
        <w:tc>
          <w:tcPr>
            <w:tcW w:w="778" w:type="dxa"/>
            <w:shd w:val="clear" w:color="auto" w:fill="313338"/>
            <w:tcMar>
              <w:top w:w="55" w:type="dxa"/>
              <w:left w:w="10" w:type="dxa"/>
              <w:bottom w:w="30" w:type="dxa"/>
              <w:right w:w="25" w:type="dxa"/>
            </w:tcMar>
          </w:tcPr>
          <w:p w14:paraId="29FC5D90" w14:textId="77777777" w:rsidR="00327BED" w:rsidRDefault="00000000">
            <w:r>
              <w:rPr>
                <w:noProof/>
              </w:rPr>
              <w:drawing>
                <wp:inline distT="0" distB="0" distL="0" distR="0" wp14:anchorId="5BE31BD7" wp14:editId="32AFEE0F">
                  <wp:extent cx="356616" cy="356616"/>
                  <wp:effectExtent l="0" t="0" r="0" b="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19E25B1" w14:textId="77777777" w:rsidR="00327BED" w:rsidRDefault="00000000">
            <w:pPr>
              <w:spacing w:after="24"/>
            </w:pPr>
            <w:r>
              <w:rPr>
                <w:b/>
              </w:rPr>
              <w:t>Aperation</w:t>
            </w:r>
            <w:r>
              <w:rPr>
                <w:color w:val="949BA4"/>
                <w:sz w:val="15"/>
              </w:rPr>
              <w:t xml:space="preserve">  10/05/2026 2:49 AM</w:t>
            </w:r>
          </w:p>
          <w:p w14:paraId="3B18E2F9" w14:textId="77777777" w:rsidR="00327BED" w:rsidRDefault="00000000">
            <w:pPr>
              <w:spacing w:after="8" w:line="245" w:lineRule="auto"/>
            </w:pPr>
            <w:r>
              <w:t>HAHAHAHAH IS SHR ACTUALLY INSANE</w:t>
            </w:r>
          </w:p>
        </w:tc>
      </w:tr>
      <w:tr w:rsidR="00327BED" w14:paraId="66763711" w14:textId="77777777">
        <w:trPr>
          <w:cantSplit/>
          <w:jc w:val="center"/>
        </w:trPr>
        <w:tc>
          <w:tcPr>
            <w:tcW w:w="778" w:type="dxa"/>
            <w:shd w:val="clear" w:color="auto" w:fill="313338"/>
            <w:tcMar>
              <w:top w:w="55" w:type="dxa"/>
              <w:left w:w="10" w:type="dxa"/>
              <w:bottom w:w="30" w:type="dxa"/>
              <w:right w:w="25" w:type="dxa"/>
            </w:tcMar>
          </w:tcPr>
          <w:p w14:paraId="520AC81E" w14:textId="77777777" w:rsidR="00327BED" w:rsidRDefault="00000000">
            <w:r>
              <w:rPr>
                <w:noProof/>
              </w:rPr>
              <w:drawing>
                <wp:inline distT="0" distB="0" distL="0" distR="0" wp14:anchorId="224C7EF5" wp14:editId="6BAF37BF">
                  <wp:extent cx="356616" cy="356616"/>
                  <wp:effectExtent l="0" t="0" r="0" b="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02AC0191" w14:textId="77777777" w:rsidR="00327BED" w:rsidRDefault="00000000">
            <w:pPr>
              <w:spacing w:after="24"/>
            </w:pPr>
            <w:r>
              <w:rPr>
                <w:b/>
                <w:color w:val="F0B232"/>
              </w:rPr>
              <w:t>Ev</w:t>
            </w:r>
            <w:r>
              <w:rPr>
                <w:color w:val="949BA4"/>
                <w:sz w:val="15"/>
              </w:rPr>
              <w:t xml:space="preserve">  10/05/2026 2:49 AM</w:t>
            </w:r>
          </w:p>
          <w:p w14:paraId="1BC4C2E9" w14:textId="77777777" w:rsidR="00327BED" w:rsidRDefault="00000000">
            <w:pPr>
              <w:spacing w:after="8" w:line="245" w:lineRule="auto"/>
            </w:pPr>
            <w:r>
              <w:t>😭😭😭😭😭😭</w:t>
            </w:r>
          </w:p>
        </w:tc>
      </w:tr>
      <w:tr w:rsidR="00327BED" w14:paraId="6BD21AA6" w14:textId="77777777">
        <w:trPr>
          <w:cantSplit/>
          <w:jc w:val="center"/>
        </w:trPr>
        <w:tc>
          <w:tcPr>
            <w:tcW w:w="778" w:type="dxa"/>
            <w:shd w:val="clear" w:color="auto" w:fill="313338"/>
            <w:tcMar>
              <w:top w:w="55" w:type="dxa"/>
              <w:left w:w="10" w:type="dxa"/>
              <w:bottom w:w="30" w:type="dxa"/>
              <w:right w:w="25" w:type="dxa"/>
            </w:tcMar>
          </w:tcPr>
          <w:p w14:paraId="602B7086" w14:textId="77777777" w:rsidR="00327BED" w:rsidRDefault="00000000">
            <w:r>
              <w:rPr>
                <w:noProof/>
              </w:rPr>
              <w:drawing>
                <wp:inline distT="0" distB="0" distL="0" distR="0" wp14:anchorId="3BFA83D0" wp14:editId="149F8BEC">
                  <wp:extent cx="356616" cy="356616"/>
                  <wp:effectExtent l="0" t="0" r="0"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7D88AD5A" w14:textId="77777777" w:rsidR="00327BED" w:rsidRDefault="00000000">
            <w:pPr>
              <w:spacing w:after="24"/>
            </w:pPr>
            <w:r>
              <w:rPr>
                <w:b/>
              </w:rPr>
              <w:t>Aperation</w:t>
            </w:r>
            <w:r>
              <w:rPr>
                <w:color w:val="949BA4"/>
                <w:sz w:val="15"/>
              </w:rPr>
              <w:t xml:space="preserve">  10/05/2026 2:50 AM</w:t>
            </w:r>
          </w:p>
          <w:p w14:paraId="7F6F4C61" w14:textId="77777777" w:rsidR="00327BED" w:rsidRDefault="00000000">
            <w:pPr>
              <w:spacing w:after="8" w:line="245" w:lineRule="auto"/>
            </w:pPr>
            <w:r>
              <w:rPr>
                <w:i/>
                <w:color w:val="949BA4"/>
                <w:sz w:val="18"/>
              </w:rPr>
              <w:t>[No text captured in export]</w:t>
            </w:r>
          </w:p>
        </w:tc>
      </w:tr>
      <w:tr w:rsidR="00327BED" w14:paraId="0820D485" w14:textId="77777777">
        <w:trPr>
          <w:cantSplit/>
          <w:jc w:val="center"/>
        </w:trPr>
        <w:tc>
          <w:tcPr>
            <w:tcW w:w="778" w:type="dxa"/>
            <w:shd w:val="clear" w:color="auto" w:fill="313338"/>
            <w:tcMar>
              <w:top w:w="55" w:type="dxa"/>
              <w:left w:w="10" w:type="dxa"/>
              <w:bottom w:w="30" w:type="dxa"/>
              <w:right w:w="25" w:type="dxa"/>
            </w:tcMar>
          </w:tcPr>
          <w:p w14:paraId="7655446B" w14:textId="77777777" w:rsidR="00327BED" w:rsidRDefault="00000000">
            <w:r>
              <w:rPr>
                <w:noProof/>
              </w:rPr>
              <w:lastRenderedPageBreak/>
              <w:drawing>
                <wp:inline distT="0" distB="0" distL="0" distR="0" wp14:anchorId="47C7898B" wp14:editId="4CF464CC">
                  <wp:extent cx="356616" cy="356616"/>
                  <wp:effectExtent l="0" t="0" r="0" b="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02EAF49" w14:textId="77777777" w:rsidR="00327BED" w:rsidRDefault="00000000">
            <w:pPr>
              <w:spacing w:after="24"/>
            </w:pPr>
            <w:r>
              <w:rPr>
                <w:b/>
                <w:color w:val="F0B232"/>
              </w:rPr>
              <w:t>Ev</w:t>
            </w:r>
            <w:r>
              <w:rPr>
                <w:color w:val="949BA4"/>
                <w:sz w:val="15"/>
              </w:rPr>
              <w:t xml:space="preserve">  10/05/2026 2:50 AM</w:t>
            </w:r>
          </w:p>
          <w:p w14:paraId="5A076B72" w14:textId="77777777" w:rsidR="00327BED" w:rsidRDefault="00000000">
            <w:pPr>
              <w:spacing w:after="8" w:line="245" w:lineRule="auto"/>
            </w:pPr>
            <w:r>
              <w:t>She's so brainwashed what</w:t>
            </w:r>
          </w:p>
          <w:p w14:paraId="69B1CBC7" w14:textId="77777777" w:rsidR="00327BED" w:rsidRDefault="00327BED">
            <w:pPr>
              <w:spacing w:line="84" w:lineRule="auto"/>
            </w:pPr>
          </w:p>
          <w:p w14:paraId="64E3898D" w14:textId="77777777" w:rsidR="00327BED" w:rsidRDefault="00000000">
            <w:pPr>
              <w:spacing w:before="10" w:after="8" w:line="245" w:lineRule="auto"/>
            </w:pPr>
            <w:r>
              <w:t>YED</w:t>
            </w:r>
          </w:p>
        </w:tc>
      </w:tr>
      <w:tr w:rsidR="00327BED" w14:paraId="0BE2F73E" w14:textId="77777777">
        <w:trPr>
          <w:cantSplit/>
          <w:jc w:val="center"/>
        </w:trPr>
        <w:tc>
          <w:tcPr>
            <w:tcW w:w="778" w:type="dxa"/>
            <w:shd w:val="clear" w:color="auto" w:fill="313338"/>
            <w:tcMar>
              <w:top w:w="55" w:type="dxa"/>
              <w:left w:w="10" w:type="dxa"/>
              <w:bottom w:w="30" w:type="dxa"/>
              <w:right w:w="25" w:type="dxa"/>
            </w:tcMar>
          </w:tcPr>
          <w:p w14:paraId="6E85B42D" w14:textId="77777777" w:rsidR="00327BED" w:rsidRDefault="00000000">
            <w:r>
              <w:rPr>
                <w:noProof/>
              </w:rPr>
              <w:drawing>
                <wp:inline distT="0" distB="0" distL="0" distR="0" wp14:anchorId="56CBD501" wp14:editId="64B75A9B">
                  <wp:extent cx="356616" cy="356616"/>
                  <wp:effectExtent l="0" t="0" r="0" b="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A5E1597" w14:textId="77777777" w:rsidR="00327BED" w:rsidRDefault="00000000">
            <w:pPr>
              <w:spacing w:after="24"/>
            </w:pPr>
            <w:r>
              <w:rPr>
                <w:b/>
              </w:rPr>
              <w:t>Aperation</w:t>
            </w:r>
            <w:r>
              <w:rPr>
                <w:color w:val="949BA4"/>
                <w:sz w:val="15"/>
              </w:rPr>
              <w:t xml:space="preserve">  10/05/2026 2:50 AM</w:t>
            </w:r>
          </w:p>
          <w:p w14:paraId="266F036B" w14:textId="77777777" w:rsidR="00327BED" w:rsidRDefault="00000000">
            <w:pPr>
              <w:spacing w:after="8" w:line="245" w:lineRule="auto"/>
            </w:pPr>
            <w:r>
              <w:t>Oskar listen at this point we are just here to say you aren’t crazy</w:t>
            </w:r>
          </w:p>
        </w:tc>
      </w:tr>
      <w:tr w:rsidR="00327BED" w14:paraId="6E1EA31B" w14:textId="77777777">
        <w:trPr>
          <w:cantSplit/>
          <w:jc w:val="center"/>
        </w:trPr>
        <w:tc>
          <w:tcPr>
            <w:tcW w:w="778" w:type="dxa"/>
            <w:shd w:val="clear" w:color="auto" w:fill="313338"/>
            <w:tcMar>
              <w:top w:w="55" w:type="dxa"/>
              <w:left w:w="10" w:type="dxa"/>
              <w:bottom w:w="30" w:type="dxa"/>
              <w:right w:w="25" w:type="dxa"/>
            </w:tcMar>
          </w:tcPr>
          <w:p w14:paraId="1D33B10F" w14:textId="77777777" w:rsidR="00327BED" w:rsidRDefault="00000000">
            <w:r>
              <w:rPr>
                <w:noProof/>
              </w:rPr>
              <w:drawing>
                <wp:inline distT="0" distB="0" distL="0" distR="0" wp14:anchorId="691BE4F1" wp14:editId="6E2ADC52">
                  <wp:extent cx="356616" cy="356616"/>
                  <wp:effectExtent l="0" t="0" r="0" b="0"/>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631C5461" w14:textId="77777777" w:rsidR="00327BED" w:rsidRDefault="00000000">
            <w:pPr>
              <w:spacing w:after="24"/>
            </w:pPr>
            <w:r>
              <w:rPr>
                <w:b/>
                <w:color w:val="F0B232"/>
              </w:rPr>
              <w:t>Ev</w:t>
            </w:r>
            <w:r>
              <w:rPr>
                <w:color w:val="949BA4"/>
                <w:sz w:val="15"/>
              </w:rPr>
              <w:t xml:space="preserve">  10/05/2026 2:50 AM</w:t>
            </w:r>
          </w:p>
          <w:p w14:paraId="50DDF576" w14:textId="77777777" w:rsidR="00327BED" w:rsidRDefault="00000000">
            <w:pPr>
              <w:spacing w:after="8" w:line="245" w:lineRule="auto"/>
            </w:pPr>
            <w:r>
              <w:t>YES</w:t>
            </w:r>
          </w:p>
        </w:tc>
      </w:tr>
      <w:tr w:rsidR="00327BED" w14:paraId="0F0E2A73" w14:textId="77777777">
        <w:trPr>
          <w:cantSplit/>
          <w:jc w:val="center"/>
        </w:trPr>
        <w:tc>
          <w:tcPr>
            <w:tcW w:w="778" w:type="dxa"/>
            <w:shd w:val="clear" w:color="auto" w:fill="313338"/>
            <w:tcMar>
              <w:top w:w="55" w:type="dxa"/>
              <w:left w:w="10" w:type="dxa"/>
              <w:bottom w:w="30" w:type="dxa"/>
              <w:right w:w="25" w:type="dxa"/>
            </w:tcMar>
          </w:tcPr>
          <w:p w14:paraId="28642A96" w14:textId="77777777" w:rsidR="00327BED" w:rsidRDefault="00000000">
            <w:r>
              <w:rPr>
                <w:noProof/>
              </w:rPr>
              <w:drawing>
                <wp:inline distT="0" distB="0" distL="0" distR="0" wp14:anchorId="7D532FC5" wp14:editId="7B5C8DAD">
                  <wp:extent cx="356616" cy="356616"/>
                  <wp:effectExtent l="0" t="0" r="0" b="0"/>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25C28600" w14:textId="77777777" w:rsidR="00327BED" w:rsidRDefault="00000000">
            <w:pPr>
              <w:spacing w:after="24"/>
            </w:pPr>
            <w:r>
              <w:rPr>
                <w:b/>
              </w:rPr>
              <w:t>Aperation</w:t>
            </w:r>
            <w:r>
              <w:rPr>
                <w:color w:val="949BA4"/>
                <w:sz w:val="15"/>
              </w:rPr>
              <w:t xml:space="preserve">  10/05/2026 2:50 AM</w:t>
            </w:r>
          </w:p>
          <w:p w14:paraId="329B68BF" w14:textId="77777777" w:rsidR="00327BED" w:rsidRDefault="00000000">
            <w:pPr>
              <w:spacing w:after="8" w:line="245" w:lineRule="auto"/>
            </w:pPr>
            <w:r>
              <w:t>She’s being so unreasonable</w:t>
            </w:r>
          </w:p>
        </w:tc>
      </w:tr>
      <w:tr w:rsidR="00327BED" w14:paraId="7C7624DF" w14:textId="77777777">
        <w:trPr>
          <w:cantSplit/>
          <w:jc w:val="center"/>
        </w:trPr>
        <w:tc>
          <w:tcPr>
            <w:tcW w:w="778" w:type="dxa"/>
            <w:shd w:val="clear" w:color="auto" w:fill="313338"/>
            <w:tcMar>
              <w:top w:w="55" w:type="dxa"/>
              <w:left w:w="10" w:type="dxa"/>
              <w:bottom w:w="30" w:type="dxa"/>
              <w:right w:w="25" w:type="dxa"/>
            </w:tcMar>
          </w:tcPr>
          <w:p w14:paraId="2D7F470F" w14:textId="77777777" w:rsidR="00327BED" w:rsidRDefault="00000000">
            <w:r>
              <w:rPr>
                <w:noProof/>
              </w:rPr>
              <w:drawing>
                <wp:inline distT="0" distB="0" distL="0" distR="0" wp14:anchorId="28B42275" wp14:editId="219A98AE">
                  <wp:extent cx="356616" cy="356616"/>
                  <wp:effectExtent l="0" t="0" r="0" b="0"/>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06D5D6A8" w14:textId="77777777" w:rsidR="00327BED" w:rsidRDefault="00000000">
            <w:pPr>
              <w:spacing w:after="24"/>
            </w:pPr>
            <w:r>
              <w:rPr>
                <w:b/>
                <w:color w:val="F0B232"/>
              </w:rPr>
              <w:t>Ev</w:t>
            </w:r>
            <w:r>
              <w:rPr>
                <w:color w:val="949BA4"/>
                <w:sz w:val="15"/>
              </w:rPr>
              <w:t xml:space="preserve">  10/05/2026 2:51 AM</w:t>
            </w:r>
          </w:p>
          <w:p w14:paraId="54989417" w14:textId="77777777" w:rsidR="00327BED" w:rsidRDefault="00000000">
            <w:pPr>
              <w:spacing w:after="8" w:line="245" w:lineRule="auto"/>
            </w:pPr>
            <w:r>
              <w:t>First off it's not "a man" it's "my closest friends for the last 2 years"</w:t>
            </w:r>
          </w:p>
        </w:tc>
      </w:tr>
      <w:tr w:rsidR="00327BED" w14:paraId="0E70AB25" w14:textId="77777777">
        <w:trPr>
          <w:cantSplit/>
          <w:jc w:val="center"/>
        </w:trPr>
        <w:tc>
          <w:tcPr>
            <w:tcW w:w="778" w:type="dxa"/>
            <w:shd w:val="clear" w:color="auto" w:fill="313338"/>
            <w:tcMar>
              <w:top w:w="55" w:type="dxa"/>
              <w:left w:w="10" w:type="dxa"/>
              <w:bottom w:w="30" w:type="dxa"/>
              <w:right w:w="25" w:type="dxa"/>
            </w:tcMar>
          </w:tcPr>
          <w:p w14:paraId="5B717C24" w14:textId="77777777" w:rsidR="00327BED" w:rsidRDefault="00000000">
            <w:r>
              <w:rPr>
                <w:noProof/>
              </w:rPr>
              <w:drawing>
                <wp:inline distT="0" distB="0" distL="0" distR="0" wp14:anchorId="42E00B33" wp14:editId="281A8204">
                  <wp:extent cx="356616" cy="356616"/>
                  <wp:effectExtent l="0" t="0" r="0" b="0"/>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2BB4581B" w14:textId="77777777" w:rsidR="00327BED" w:rsidRDefault="00000000">
            <w:pPr>
              <w:spacing w:after="24"/>
            </w:pPr>
            <w:r>
              <w:rPr>
                <w:b/>
              </w:rPr>
              <w:t>Aperation</w:t>
            </w:r>
            <w:r>
              <w:rPr>
                <w:color w:val="949BA4"/>
                <w:sz w:val="15"/>
              </w:rPr>
              <w:t xml:space="preserve">  10/05/2026 2:51 AM</w:t>
            </w:r>
          </w:p>
          <w:p w14:paraId="40A4D448" w14:textId="77777777" w:rsidR="00327BED" w:rsidRDefault="00000000">
            <w:pPr>
              <w:spacing w:after="8" w:line="245" w:lineRule="auto"/>
            </w:pPr>
            <w:r>
              <w:t>She’s taking a mid frame photo were your hand is extending and taken it as micro cheating</w:t>
            </w:r>
          </w:p>
        </w:tc>
      </w:tr>
      <w:tr w:rsidR="00327BED" w14:paraId="4A3526A3" w14:textId="77777777">
        <w:trPr>
          <w:cantSplit/>
          <w:jc w:val="center"/>
        </w:trPr>
        <w:tc>
          <w:tcPr>
            <w:tcW w:w="778" w:type="dxa"/>
            <w:shd w:val="clear" w:color="auto" w:fill="313338"/>
            <w:tcMar>
              <w:top w:w="55" w:type="dxa"/>
              <w:left w:w="10" w:type="dxa"/>
              <w:bottom w:w="30" w:type="dxa"/>
              <w:right w:w="25" w:type="dxa"/>
            </w:tcMar>
          </w:tcPr>
          <w:p w14:paraId="13626DE1" w14:textId="77777777" w:rsidR="00327BED" w:rsidRDefault="00000000">
            <w:r>
              <w:rPr>
                <w:noProof/>
              </w:rPr>
              <w:drawing>
                <wp:inline distT="0" distB="0" distL="0" distR="0" wp14:anchorId="1BFA88CE" wp14:editId="755F06E6">
                  <wp:extent cx="356616" cy="356616"/>
                  <wp:effectExtent l="0" t="0" r="0" b="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21E167F" w14:textId="77777777" w:rsidR="00327BED" w:rsidRDefault="00000000">
            <w:pPr>
              <w:spacing w:after="24"/>
            </w:pPr>
            <w:r>
              <w:rPr>
                <w:b/>
                <w:color w:val="F0B232"/>
              </w:rPr>
              <w:t>Ev</w:t>
            </w:r>
            <w:r>
              <w:rPr>
                <w:color w:val="949BA4"/>
                <w:sz w:val="15"/>
              </w:rPr>
              <w:t xml:space="preserve">  10/05/2026 2:51 AM</w:t>
            </w:r>
          </w:p>
          <w:p w14:paraId="1751E419" w14:textId="77777777" w:rsidR="00327BED" w:rsidRDefault="00000000">
            <w:pPr>
              <w:spacing w:after="8" w:line="245" w:lineRule="auto"/>
            </w:pPr>
            <w:r>
              <w:t>So you're basically kissing</w:t>
            </w:r>
          </w:p>
          <w:p w14:paraId="3BA86461" w14:textId="77777777" w:rsidR="00327BED" w:rsidRDefault="00327BED">
            <w:pPr>
              <w:spacing w:line="84" w:lineRule="auto"/>
            </w:pPr>
          </w:p>
          <w:p w14:paraId="461FBA26" w14:textId="77777777" w:rsidR="00327BED" w:rsidRDefault="00000000">
            <w:pPr>
              <w:spacing w:before="10" w:after="8" w:line="245" w:lineRule="auto"/>
            </w:pPr>
            <w:r>
              <w:t>That's ridiculous</w:t>
            </w:r>
          </w:p>
        </w:tc>
      </w:tr>
      <w:tr w:rsidR="00327BED" w14:paraId="2F26B98E" w14:textId="77777777">
        <w:trPr>
          <w:cantSplit/>
          <w:jc w:val="center"/>
        </w:trPr>
        <w:tc>
          <w:tcPr>
            <w:tcW w:w="778" w:type="dxa"/>
            <w:shd w:val="clear" w:color="auto" w:fill="313338"/>
            <w:tcMar>
              <w:top w:w="55" w:type="dxa"/>
              <w:left w:w="10" w:type="dxa"/>
              <w:bottom w:w="30" w:type="dxa"/>
              <w:right w:w="25" w:type="dxa"/>
            </w:tcMar>
          </w:tcPr>
          <w:p w14:paraId="74180517" w14:textId="77777777" w:rsidR="00327BED" w:rsidRDefault="00000000">
            <w:r>
              <w:rPr>
                <w:noProof/>
              </w:rPr>
              <w:drawing>
                <wp:inline distT="0" distB="0" distL="0" distR="0" wp14:anchorId="59988B02" wp14:editId="4C19A378">
                  <wp:extent cx="356616" cy="356616"/>
                  <wp:effectExtent l="0" t="0" r="0" b="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888474E" w14:textId="77777777" w:rsidR="00327BED" w:rsidRDefault="00000000">
            <w:pPr>
              <w:spacing w:after="24"/>
            </w:pPr>
            <w:r>
              <w:rPr>
                <w:b/>
              </w:rPr>
              <w:t>Aperation</w:t>
            </w:r>
            <w:r>
              <w:rPr>
                <w:color w:val="949BA4"/>
                <w:sz w:val="15"/>
              </w:rPr>
              <w:t xml:space="preserve">  10/05/2026 2:51 AM</w:t>
            </w:r>
          </w:p>
          <w:p w14:paraId="7F24503A" w14:textId="77777777" w:rsidR="00327BED" w:rsidRDefault="00000000">
            <w:pPr>
              <w:spacing w:after="8" w:line="245" w:lineRule="auto"/>
            </w:pPr>
            <w:r>
              <w:t>And then had you say in the grass where two of her friends are surrounding you</w:t>
            </w:r>
          </w:p>
        </w:tc>
      </w:tr>
      <w:tr w:rsidR="00327BED" w14:paraId="67CA5B94" w14:textId="77777777">
        <w:trPr>
          <w:cantSplit/>
          <w:jc w:val="center"/>
        </w:trPr>
        <w:tc>
          <w:tcPr>
            <w:tcW w:w="778" w:type="dxa"/>
            <w:shd w:val="clear" w:color="auto" w:fill="313338"/>
            <w:tcMar>
              <w:top w:w="55" w:type="dxa"/>
              <w:left w:w="10" w:type="dxa"/>
              <w:bottom w:w="30" w:type="dxa"/>
              <w:right w:w="25" w:type="dxa"/>
            </w:tcMar>
          </w:tcPr>
          <w:p w14:paraId="7BA9596B" w14:textId="77777777" w:rsidR="00327BED" w:rsidRDefault="00000000">
            <w:r>
              <w:rPr>
                <w:noProof/>
              </w:rPr>
              <w:drawing>
                <wp:inline distT="0" distB="0" distL="0" distR="0" wp14:anchorId="0EA100F9" wp14:editId="51AF03C8">
                  <wp:extent cx="356616" cy="356616"/>
                  <wp:effectExtent l="0" t="0" r="0" b="0"/>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2AD86019" w14:textId="77777777" w:rsidR="00327BED" w:rsidRDefault="00000000">
            <w:pPr>
              <w:spacing w:after="24"/>
            </w:pPr>
            <w:r>
              <w:rPr>
                <w:b/>
                <w:color w:val="F0B232"/>
              </w:rPr>
              <w:t>Ev</w:t>
            </w:r>
            <w:r>
              <w:rPr>
                <w:color w:val="949BA4"/>
                <w:sz w:val="15"/>
              </w:rPr>
              <w:t xml:space="preserve">  10/05/2026 2:51 AM</w:t>
            </w:r>
          </w:p>
          <w:p w14:paraId="49EB6D3B" w14:textId="77777777" w:rsidR="00327BED" w:rsidRDefault="00000000">
            <w:pPr>
              <w:spacing w:after="8" w:line="245" w:lineRule="auto"/>
            </w:pPr>
            <w:r>
              <w:t>That's so fuckd up</w:t>
            </w:r>
          </w:p>
        </w:tc>
      </w:tr>
      <w:tr w:rsidR="00327BED" w14:paraId="31B8BD1E" w14:textId="77777777">
        <w:trPr>
          <w:cantSplit/>
          <w:jc w:val="center"/>
        </w:trPr>
        <w:tc>
          <w:tcPr>
            <w:tcW w:w="778" w:type="dxa"/>
            <w:shd w:val="clear" w:color="auto" w:fill="313338"/>
            <w:tcMar>
              <w:top w:w="55" w:type="dxa"/>
              <w:left w:w="10" w:type="dxa"/>
              <w:bottom w:w="30" w:type="dxa"/>
              <w:right w:w="25" w:type="dxa"/>
            </w:tcMar>
          </w:tcPr>
          <w:p w14:paraId="5928333A" w14:textId="77777777" w:rsidR="00327BED" w:rsidRDefault="00000000">
            <w:r>
              <w:rPr>
                <w:noProof/>
              </w:rPr>
              <w:drawing>
                <wp:inline distT="0" distB="0" distL="0" distR="0" wp14:anchorId="4230F9C1" wp14:editId="6BEA42BE">
                  <wp:extent cx="356616" cy="356616"/>
                  <wp:effectExtent l="0" t="0" r="0" b="0"/>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76421893" w14:textId="77777777" w:rsidR="00327BED" w:rsidRDefault="00000000">
            <w:pPr>
              <w:spacing w:after="24"/>
            </w:pPr>
            <w:r>
              <w:rPr>
                <w:b/>
              </w:rPr>
              <w:t>Aperation</w:t>
            </w:r>
            <w:r>
              <w:rPr>
                <w:color w:val="949BA4"/>
                <w:sz w:val="15"/>
              </w:rPr>
              <w:t xml:space="preserve">  10/05/2026 2:51 AM</w:t>
            </w:r>
          </w:p>
          <w:p w14:paraId="60B5BDCE" w14:textId="77777777" w:rsidR="00327BED" w:rsidRDefault="00000000">
            <w:pPr>
              <w:spacing w:after="8" w:line="245" w:lineRule="auto"/>
            </w:pPr>
            <w:r>
              <w:t>You did not put yourself between them your just say down</w:t>
            </w:r>
          </w:p>
          <w:p w14:paraId="373F7229" w14:textId="77777777" w:rsidR="00327BED" w:rsidRDefault="00327BED">
            <w:pPr>
              <w:spacing w:line="84" w:lineRule="auto"/>
            </w:pPr>
          </w:p>
          <w:p w14:paraId="180B5F12" w14:textId="77777777" w:rsidR="00327BED" w:rsidRDefault="00000000">
            <w:pPr>
              <w:spacing w:before="10" w:after="8" w:line="245" w:lineRule="auto"/>
            </w:pPr>
            <w:r>
              <w:t>And said your cheating on her</w:t>
            </w:r>
          </w:p>
          <w:p w14:paraId="074AF6A8" w14:textId="77777777" w:rsidR="00327BED" w:rsidRDefault="00327BED">
            <w:pPr>
              <w:spacing w:line="84" w:lineRule="auto"/>
            </w:pPr>
          </w:p>
          <w:p w14:paraId="61E53896" w14:textId="77777777" w:rsidR="00327BED" w:rsidRDefault="00000000">
            <w:pPr>
              <w:spacing w:before="10" w:after="8" w:line="245" w:lineRule="auto"/>
            </w:pPr>
            <w:r>
              <w:t>Get the fuck out</w:t>
            </w:r>
          </w:p>
        </w:tc>
      </w:tr>
      <w:tr w:rsidR="00327BED" w14:paraId="7F4BA5BE" w14:textId="77777777">
        <w:trPr>
          <w:cantSplit/>
          <w:jc w:val="center"/>
        </w:trPr>
        <w:tc>
          <w:tcPr>
            <w:tcW w:w="778" w:type="dxa"/>
            <w:shd w:val="clear" w:color="auto" w:fill="313338"/>
            <w:tcMar>
              <w:top w:w="55" w:type="dxa"/>
              <w:left w:w="10" w:type="dxa"/>
              <w:bottom w:w="30" w:type="dxa"/>
              <w:right w:w="25" w:type="dxa"/>
            </w:tcMar>
          </w:tcPr>
          <w:p w14:paraId="173BED96" w14:textId="77777777" w:rsidR="00327BED" w:rsidRDefault="00000000">
            <w:r>
              <w:rPr>
                <w:noProof/>
              </w:rPr>
              <w:drawing>
                <wp:inline distT="0" distB="0" distL="0" distR="0" wp14:anchorId="150F66DE" wp14:editId="0AE9FF3C">
                  <wp:extent cx="356616" cy="356616"/>
                  <wp:effectExtent l="0" t="0" r="0" b="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7116441E" w14:textId="77777777" w:rsidR="00327BED" w:rsidRDefault="00000000">
            <w:pPr>
              <w:spacing w:after="24"/>
            </w:pPr>
            <w:r>
              <w:rPr>
                <w:b/>
                <w:color w:val="F0B232"/>
              </w:rPr>
              <w:t>Ev</w:t>
            </w:r>
            <w:r>
              <w:rPr>
                <w:color w:val="949BA4"/>
                <w:sz w:val="15"/>
              </w:rPr>
              <w:t xml:space="preserve">  10/05/2026 2:52 AM</w:t>
            </w:r>
          </w:p>
          <w:p w14:paraId="7E402EAD" w14:textId="77777777" w:rsidR="00327BED" w:rsidRDefault="00000000">
            <w:pPr>
              <w:spacing w:after="8" w:line="245" w:lineRule="auto"/>
            </w:pPr>
            <w:r>
              <w:t>NOOO</w:t>
            </w:r>
          </w:p>
        </w:tc>
      </w:tr>
      <w:tr w:rsidR="00327BED" w14:paraId="3E63A45A" w14:textId="77777777">
        <w:trPr>
          <w:cantSplit/>
          <w:jc w:val="center"/>
        </w:trPr>
        <w:tc>
          <w:tcPr>
            <w:tcW w:w="778" w:type="dxa"/>
            <w:shd w:val="clear" w:color="auto" w:fill="313338"/>
            <w:tcMar>
              <w:top w:w="55" w:type="dxa"/>
              <w:left w:w="10" w:type="dxa"/>
              <w:bottom w:w="30" w:type="dxa"/>
              <w:right w:w="25" w:type="dxa"/>
            </w:tcMar>
          </w:tcPr>
          <w:p w14:paraId="142276D1" w14:textId="77777777" w:rsidR="00327BED" w:rsidRDefault="00000000">
            <w:r>
              <w:rPr>
                <w:noProof/>
              </w:rPr>
              <w:drawing>
                <wp:inline distT="0" distB="0" distL="0" distR="0" wp14:anchorId="4DF15732" wp14:editId="3EAAEE0F">
                  <wp:extent cx="356616" cy="356616"/>
                  <wp:effectExtent l="0" t="0" r="0" b="0"/>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0934EF18" w14:textId="77777777" w:rsidR="00327BED" w:rsidRDefault="00000000">
            <w:pPr>
              <w:spacing w:after="24"/>
            </w:pPr>
            <w:r>
              <w:rPr>
                <w:b/>
              </w:rPr>
              <w:t>Aperation</w:t>
            </w:r>
            <w:r>
              <w:rPr>
                <w:color w:val="949BA4"/>
                <w:sz w:val="15"/>
              </w:rPr>
              <w:t xml:space="preserve">  10/05/2026 2:52 AM</w:t>
            </w:r>
          </w:p>
          <w:p w14:paraId="4EC523EA" w14:textId="77777777" w:rsidR="00327BED" w:rsidRDefault="00000000">
            <w:pPr>
              <w:spacing w:after="8" w:line="245" w:lineRule="auto"/>
            </w:pPr>
            <w:r>
              <w:t>Like Melissa cheating on Luca with Evan right there</w:t>
            </w:r>
          </w:p>
          <w:p w14:paraId="7BFFAAAF" w14:textId="77777777" w:rsidR="00327BED" w:rsidRDefault="00327BED">
            <w:pPr>
              <w:spacing w:line="84" w:lineRule="auto"/>
            </w:pPr>
          </w:p>
          <w:p w14:paraId="1A44043F" w14:textId="77777777" w:rsidR="00327BED" w:rsidRDefault="00000000">
            <w:pPr>
              <w:spacing w:before="10" w:after="8" w:line="245" w:lineRule="auto"/>
            </w:pPr>
            <w:r>
              <w:t>Bad answer</w:t>
            </w:r>
          </w:p>
        </w:tc>
      </w:tr>
      <w:tr w:rsidR="00327BED" w14:paraId="3897B8AA" w14:textId="77777777">
        <w:trPr>
          <w:cantSplit/>
          <w:jc w:val="center"/>
        </w:trPr>
        <w:tc>
          <w:tcPr>
            <w:tcW w:w="778" w:type="dxa"/>
            <w:shd w:val="clear" w:color="auto" w:fill="313338"/>
            <w:tcMar>
              <w:top w:w="55" w:type="dxa"/>
              <w:left w:w="10" w:type="dxa"/>
              <w:bottom w:w="30" w:type="dxa"/>
              <w:right w:w="25" w:type="dxa"/>
            </w:tcMar>
          </w:tcPr>
          <w:p w14:paraId="0FA4E4C5" w14:textId="77777777" w:rsidR="00327BED" w:rsidRDefault="00000000">
            <w:r>
              <w:rPr>
                <w:noProof/>
              </w:rPr>
              <w:drawing>
                <wp:inline distT="0" distB="0" distL="0" distR="0" wp14:anchorId="3E7B8792" wp14:editId="240CC8E1">
                  <wp:extent cx="356616" cy="356616"/>
                  <wp:effectExtent l="0" t="0" r="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3E90566" w14:textId="77777777" w:rsidR="00327BED" w:rsidRDefault="00000000">
            <w:pPr>
              <w:spacing w:after="24"/>
            </w:pPr>
            <w:r>
              <w:rPr>
                <w:b/>
                <w:color w:val="F0B232"/>
              </w:rPr>
              <w:t>Ev</w:t>
            </w:r>
            <w:r>
              <w:rPr>
                <w:color w:val="949BA4"/>
                <w:sz w:val="15"/>
              </w:rPr>
              <w:t xml:space="preserve">  10/05/2026 2:52 AM</w:t>
            </w:r>
          </w:p>
          <w:p w14:paraId="5D80FDDC" w14:textId="77777777" w:rsidR="00327BED" w:rsidRDefault="00000000">
            <w:pPr>
              <w:spacing w:after="8" w:line="245" w:lineRule="auto"/>
            </w:pPr>
            <w:r>
              <w:t>Oskar she's inventing shit</w:t>
            </w:r>
          </w:p>
        </w:tc>
      </w:tr>
      <w:tr w:rsidR="00327BED" w14:paraId="28A0AE91" w14:textId="77777777">
        <w:trPr>
          <w:cantSplit/>
          <w:jc w:val="center"/>
        </w:trPr>
        <w:tc>
          <w:tcPr>
            <w:tcW w:w="778" w:type="dxa"/>
            <w:shd w:val="clear" w:color="auto" w:fill="313338"/>
            <w:tcMar>
              <w:top w:w="55" w:type="dxa"/>
              <w:left w:w="10" w:type="dxa"/>
              <w:bottom w:w="30" w:type="dxa"/>
              <w:right w:w="25" w:type="dxa"/>
            </w:tcMar>
          </w:tcPr>
          <w:p w14:paraId="2F942022" w14:textId="77777777" w:rsidR="00327BED" w:rsidRDefault="00000000">
            <w:r>
              <w:rPr>
                <w:noProof/>
              </w:rPr>
              <w:drawing>
                <wp:inline distT="0" distB="0" distL="0" distR="0" wp14:anchorId="1983153D" wp14:editId="54D29329">
                  <wp:extent cx="356616" cy="356616"/>
                  <wp:effectExtent l="0" t="0" r="0" b="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60A1920A" w14:textId="77777777" w:rsidR="00327BED" w:rsidRDefault="00000000">
            <w:pPr>
              <w:spacing w:after="24"/>
            </w:pPr>
            <w:r>
              <w:rPr>
                <w:b/>
              </w:rPr>
              <w:t>Aperation</w:t>
            </w:r>
            <w:r>
              <w:rPr>
                <w:color w:val="949BA4"/>
                <w:sz w:val="15"/>
              </w:rPr>
              <w:t xml:space="preserve">  10/05/2026 2:52 AM</w:t>
            </w:r>
          </w:p>
          <w:p w14:paraId="316C73BC" w14:textId="77777777" w:rsidR="00327BED" w:rsidRDefault="00000000">
            <w:pPr>
              <w:spacing w:after="8" w:line="245" w:lineRule="auto"/>
            </w:pPr>
            <w:r>
              <w:t>It’s ok tho</w:t>
            </w:r>
          </w:p>
        </w:tc>
      </w:tr>
      <w:tr w:rsidR="00327BED" w14:paraId="185041CC" w14:textId="77777777">
        <w:trPr>
          <w:cantSplit/>
          <w:jc w:val="center"/>
        </w:trPr>
        <w:tc>
          <w:tcPr>
            <w:tcW w:w="778" w:type="dxa"/>
            <w:shd w:val="clear" w:color="auto" w:fill="313338"/>
            <w:tcMar>
              <w:top w:w="55" w:type="dxa"/>
              <w:left w:w="10" w:type="dxa"/>
              <w:bottom w:w="30" w:type="dxa"/>
              <w:right w:w="25" w:type="dxa"/>
            </w:tcMar>
          </w:tcPr>
          <w:p w14:paraId="3755BE27" w14:textId="77777777" w:rsidR="00327BED" w:rsidRDefault="00000000">
            <w:r>
              <w:rPr>
                <w:noProof/>
              </w:rPr>
              <w:drawing>
                <wp:inline distT="0" distB="0" distL="0" distR="0" wp14:anchorId="2D64691B" wp14:editId="00210927">
                  <wp:extent cx="356616" cy="356616"/>
                  <wp:effectExtent l="0" t="0" r="0" b="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6F6CB0F6" w14:textId="77777777" w:rsidR="00327BED" w:rsidRDefault="00000000">
            <w:pPr>
              <w:spacing w:after="24"/>
            </w:pPr>
            <w:r>
              <w:rPr>
                <w:b/>
                <w:color w:val="F0B232"/>
              </w:rPr>
              <w:t>Ev</w:t>
            </w:r>
            <w:r>
              <w:rPr>
                <w:color w:val="949BA4"/>
                <w:sz w:val="15"/>
              </w:rPr>
              <w:t xml:space="preserve">  10/05/2026 2:52 AM</w:t>
            </w:r>
          </w:p>
          <w:p w14:paraId="37CDC28E" w14:textId="77777777" w:rsidR="00327BED" w:rsidRDefault="00000000">
            <w:pPr>
              <w:spacing w:after="8" w:line="245" w:lineRule="auto"/>
            </w:pPr>
            <w:r>
              <w:t>YEAH BECAUSE IT'S INSANE</w:t>
            </w:r>
          </w:p>
          <w:p w14:paraId="6BAD9EB8" w14:textId="77777777" w:rsidR="00327BED" w:rsidRDefault="00327BED">
            <w:pPr>
              <w:spacing w:line="84" w:lineRule="auto"/>
            </w:pPr>
          </w:p>
          <w:p w14:paraId="7EAEF093" w14:textId="77777777" w:rsidR="00327BED" w:rsidRDefault="00000000">
            <w:pPr>
              <w:spacing w:before="10" w:after="8" w:line="245" w:lineRule="auto"/>
            </w:pPr>
            <w:r>
              <w:t>ALOT?</w:t>
            </w:r>
          </w:p>
        </w:tc>
      </w:tr>
      <w:tr w:rsidR="00327BED" w14:paraId="11CFCBA1" w14:textId="77777777">
        <w:trPr>
          <w:cantSplit/>
          <w:jc w:val="center"/>
        </w:trPr>
        <w:tc>
          <w:tcPr>
            <w:tcW w:w="778" w:type="dxa"/>
            <w:shd w:val="clear" w:color="auto" w:fill="313338"/>
            <w:tcMar>
              <w:top w:w="55" w:type="dxa"/>
              <w:left w:w="10" w:type="dxa"/>
              <w:bottom w:w="30" w:type="dxa"/>
              <w:right w:w="25" w:type="dxa"/>
            </w:tcMar>
          </w:tcPr>
          <w:p w14:paraId="59F8F577" w14:textId="77777777" w:rsidR="00327BED" w:rsidRDefault="00000000">
            <w:r>
              <w:rPr>
                <w:noProof/>
              </w:rPr>
              <w:drawing>
                <wp:inline distT="0" distB="0" distL="0" distR="0" wp14:anchorId="0E68D691" wp14:editId="66FC3165">
                  <wp:extent cx="356616" cy="356616"/>
                  <wp:effectExtent l="0" t="0" r="0" b="0"/>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3EEDC593" w14:textId="77777777" w:rsidR="00327BED" w:rsidRDefault="00000000">
            <w:pPr>
              <w:spacing w:after="24"/>
            </w:pPr>
            <w:r>
              <w:rPr>
                <w:b/>
              </w:rPr>
              <w:t>Aperation</w:t>
            </w:r>
            <w:r>
              <w:rPr>
                <w:color w:val="949BA4"/>
                <w:sz w:val="15"/>
              </w:rPr>
              <w:t xml:space="preserve">  10/05/2026 2:52 AM</w:t>
            </w:r>
          </w:p>
          <w:p w14:paraId="42C16F18" w14:textId="77777777" w:rsidR="00327BED" w:rsidRDefault="00000000">
            <w:pPr>
              <w:spacing w:after="8" w:line="245" w:lineRule="auto"/>
            </w:pPr>
            <w:r>
              <w:t>Yeah a fucking lot of thought in where the nearest mental asylum is</w:t>
            </w:r>
          </w:p>
        </w:tc>
      </w:tr>
      <w:tr w:rsidR="00327BED" w14:paraId="4915F020" w14:textId="77777777">
        <w:trPr>
          <w:cantSplit/>
          <w:jc w:val="center"/>
        </w:trPr>
        <w:tc>
          <w:tcPr>
            <w:tcW w:w="778" w:type="dxa"/>
            <w:shd w:val="clear" w:color="auto" w:fill="313338"/>
            <w:tcMar>
              <w:top w:w="55" w:type="dxa"/>
              <w:left w:w="10" w:type="dxa"/>
              <w:bottom w:w="30" w:type="dxa"/>
              <w:right w:w="25" w:type="dxa"/>
            </w:tcMar>
          </w:tcPr>
          <w:p w14:paraId="6BC3A625" w14:textId="77777777" w:rsidR="00327BED" w:rsidRDefault="00000000">
            <w:r>
              <w:rPr>
                <w:noProof/>
              </w:rPr>
              <w:drawing>
                <wp:inline distT="0" distB="0" distL="0" distR="0" wp14:anchorId="73FFEB27" wp14:editId="3BED2610">
                  <wp:extent cx="356616" cy="356616"/>
                  <wp:effectExtent l="0" t="0" r="0" b="0"/>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BC9BE4B" w14:textId="77777777" w:rsidR="00327BED" w:rsidRDefault="00000000">
            <w:pPr>
              <w:spacing w:after="24"/>
            </w:pPr>
            <w:r>
              <w:rPr>
                <w:b/>
                <w:color w:val="F0B232"/>
              </w:rPr>
              <w:t>Ev</w:t>
            </w:r>
            <w:r>
              <w:rPr>
                <w:color w:val="949BA4"/>
                <w:sz w:val="15"/>
              </w:rPr>
              <w:t xml:space="preserve">  10/05/2026 2:52 AM</w:t>
            </w:r>
          </w:p>
          <w:p w14:paraId="15962FF8" w14:textId="77777777" w:rsidR="00327BED" w:rsidRDefault="00000000">
            <w:pPr>
              <w:spacing w:after="8" w:line="245" w:lineRule="auto"/>
            </w:pPr>
            <w:r>
              <w:t>Dude she had a problem with everything</w:t>
            </w:r>
          </w:p>
          <w:p w14:paraId="3DBB0613" w14:textId="77777777" w:rsidR="00327BED" w:rsidRDefault="00327BED">
            <w:pPr>
              <w:spacing w:line="84" w:lineRule="auto"/>
            </w:pPr>
          </w:p>
          <w:p w14:paraId="4AE4DD98" w14:textId="77777777" w:rsidR="00327BED" w:rsidRDefault="00000000">
            <w:pPr>
              <w:spacing w:before="10" w:after="8" w:line="245" w:lineRule="auto"/>
            </w:pPr>
            <w:r>
              <w:t>Hate this girl</w:t>
            </w:r>
          </w:p>
        </w:tc>
      </w:tr>
      <w:tr w:rsidR="00327BED" w14:paraId="47F11539" w14:textId="77777777">
        <w:trPr>
          <w:cantSplit/>
          <w:jc w:val="center"/>
        </w:trPr>
        <w:tc>
          <w:tcPr>
            <w:tcW w:w="778" w:type="dxa"/>
            <w:shd w:val="clear" w:color="auto" w:fill="313338"/>
            <w:tcMar>
              <w:top w:w="55" w:type="dxa"/>
              <w:left w:w="10" w:type="dxa"/>
              <w:bottom w:w="30" w:type="dxa"/>
              <w:right w:w="25" w:type="dxa"/>
            </w:tcMar>
          </w:tcPr>
          <w:p w14:paraId="69A9E8A5" w14:textId="77777777" w:rsidR="00327BED" w:rsidRDefault="00000000">
            <w:r>
              <w:rPr>
                <w:noProof/>
              </w:rPr>
              <w:lastRenderedPageBreak/>
              <w:drawing>
                <wp:inline distT="0" distB="0" distL="0" distR="0" wp14:anchorId="13DA0710" wp14:editId="2E4D9CB9">
                  <wp:extent cx="356616" cy="356616"/>
                  <wp:effectExtent l="0" t="0" r="0" b="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364EE6CC" w14:textId="77777777" w:rsidR="00327BED" w:rsidRDefault="00000000">
            <w:pPr>
              <w:spacing w:after="24"/>
            </w:pPr>
            <w:r>
              <w:rPr>
                <w:b/>
              </w:rPr>
              <w:t>Aperation</w:t>
            </w:r>
            <w:r>
              <w:rPr>
                <w:color w:val="949BA4"/>
                <w:sz w:val="15"/>
              </w:rPr>
              <w:t xml:space="preserve">  10/05/2026 2:52 AM</w:t>
            </w:r>
          </w:p>
          <w:p w14:paraId="0BF8E652" w14:textId="77777777" w:rsidR="00327BED" w:rsidRDefault="00000000">
            <w:pPr>
              <w:spacing w:after="8" w:line="245" w:lineRule="auto"/>
            </w:pPr>
            <w:r>
              <w:t>Let’s calm down</w:t>
            </w:r>
          </w:p>
          <w:p w14:paraId="66A892D5" w14:textId="77777777" w:rsidR="00327BED" w:rsidRDefault="00327BED">
            <w:pPr>
              <w:spacing w:line="84" w:lineRule="auto"/>
            </w:pPr>
          </w:p>
          <w:p w14:paraId="6C15D450" w14:textId="77777777" w:rsidR="00327BED" w:rsidRDefault="00000000">
            <w:pPr>
              <w:spacing w:before="10" w:after="8" w:line="245" w:lineRule="auto"/>
            </w:pPr>
            <w:r>
              <w:t>Deep breaths</w:t>
            </w:r>
          </w:p>
          <w:p w14:paraId="1C7EE039" w14:textId="77777777" w:rsidR="00327BED" w:rsidRDefault="00327BED">
            <w:pPr>
              <w:spacing w:line="84" w:lineRule="auto"/>
            </w:pPr>
          </w:p>
          <w:p w14:paraId="4A6CB88F" w14:textId="77777777" w:rsidR="00327BED" w:rsidRDefault="00000000">
            <w:pPr>
              <w:spacing w:before="10" w:after="8" w:line="245" w:lineRule="auto"/>
            </w:pPr>
            <w:r>
              <w:t>Oskar say you don’t see a world in where extending your hand mid conversation and being sat in the grass with your friends is cheating</w:t>
            </w:r>
          </w:p>
        </w:tc>
      </w:tr>
      <w:tr w:rsidR="00327BED" w14:paraId="07A2E996" w14:textId="77777777">
        <w:trPr>
          <w:cantSplit/>
          <w:jc w:val="center"/>
        </w:trPr>
        <w:tc>
          <w:tcPr>
            <w:tcW w:w="778" w:type="dxa"/>
            <w:shd w:val="clear" w:color="auto" w:fill="313338"/>
            <w:tcMar>
              <w:top w:w="55" w:type="dxa"/>
              <w:left w:w="10" w:type="dxa"/>
              <w:bottom w:w="30" w:type="dxa"/>
              <w:right w:w="25" w:type="dxa"/>
            </w:tcMar>
          </w:tcPr>
          <w:p w14:paraId="06C80C4B" w14:textId="77777777" w:rsidR="00327BED" w:rsidRDefault="00000000">
            <w:r>
              <w:rPr>
                <w:noProof/>
              </w:rPr>
              <w:drawing>
                <wp:inline distT="0" distB="0" distL="0" distR="0" wp14:anchorId="7282299D" wp14:editId="06836606">
                  <wp:extent cx="356616" cy="356616"/>
                  <wp:effectExtent l="0" t="0" r="0" b="0"/>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38C51E4" w14:textId="77777777" w:rsidR="00327BED" w:rsidRDefault="00000000">
            <w:pPr>
              <w:spacing w:after="24"/>
            </w:pPr>
            <w:r>
              <w:rPr>
                <w:b/>
                <w:color w:val="F0B232"/>
              </w:rPr>
              <w:t>Ev</w:t>
            </w:r>
            <w:r>
              <w:rPr>
                <w:color w:val="949BA4"/>
                <w:sz w:val="15"/>
              </w:rPr>
              <w:t xml:space="preserve">  10/05/2026 2:53 AM</w:t>
            </w:r>
          </w:p>
          <w:p w14:paraId="792E7DF4" w14:textId="77777777" w:rsidR="00327BED" w:rsidRDefault="00000000">
            <w:pPr>
              <w:spacing w:after="8" w:line="245" w:lineRule="auto"/>
            </w:pPr>
            <w:r>
              <w:t>Oskar I don't think you realize how ridiculously far she's stretched that</w:t>
            </w:r>
          </w:p>
        </w:tc>
      </w:tr>
      <w:tr w:rsidR="00327BED" w14:paraId="7F2A92A2" w14:textId="77777777">
        <w:trPr>
          <w:cantSplit/>
          <w:jc w:val="center"/>
        </w:trPr>
        <w:tc>
          <w:tcPr>
            <w:tcW w:w="778" w:type="dxa"/>
            <w:shd w:val="clear" w:color="auto" w:fill="313338"/>
            <w:tcMar>
              <w:top w:w="55" w:type="dxa"/>
              <w:left w:w="10" w:type="dxa"/>
              <w:bottom w:w="30" w:type="dxa"/>
              <w:right w:w="25" w:type="dxa"/>
            </w:tcMar>
          </w:tcPr>
          <w:p w14:paraId="0FE7E15B" w14:textId="77777777" w:rsidR="00327BED" w:rsidRDefault="00000000">
            <w:r>
              <w:rPr>
                <w:noProof/>
              </w:rPr>
              <w:drawing>
                <wp:inline distT="0" distB="0" distL="0" distR="0" wp14:anchorId="79ED9C90" wp14:editId="2B9C3CD8">
                  <wp:extent cx="356616" cy="356616"/>
                  <wp:effectExtent l="0" t="0" r="0" b="0"/>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DBD2CEF" w14:textId="77777777" w:rsidR="00327BED" w:rsidRDefault="00000000">
            <w:pPr>
              <w:spacing w:after="24"/>
            </w:pPr>
            <w:r>
              <w:rPr>
                <w:b/>
              </w:rPr>
              <w:t>Aperation</w:t>
            </w:r>
            <w:r>
              <w:rPr>
                <w:color w:val="949BA4"/>
                <w:sz w:val="15"/>
              </w:rPr>
              <w:t xml:space="preserve">  10/05/2026 2:53 AM</w:t>
            </w:r>
          </w:p>
          <w:p w14:paraId="6D71B499" w14:textId="77777777" w:rsidR="00327BED" w:rsidRDefault="00000000">
            <w:pPr>
              <w:spacing w:after="8" w:line="245" w:lineRule="auto"/>
            </w:pPr>
            <w:r>
              <w:t>OH MY GOD</w:t>
            </w:r>
          </w:p>
          <w:p w14:paraId="3E2A4160" w14:textId="77777777" w:rsidR="00327BED" w:rsidRDefault="00327BED">
            <w:pPr>
              <w:spacing w:line="84" w:lineRule="auto"/>
            </w:pPr>
          </w:p>
          <w:p w14:paraId="761ADA03" w14:textId="77777777" w:rsidR="00327BED" w:rsidRDefault="00000000">
            <w:pPr>
              <w:spacing w:before="10" w:after="8" w:line="245" w:lineRule="auto"/>
            </w:pPr>
            <w:r>
              <w:t>LISTEN</w:t>
            </w:r>
          </w:p>
        </w:tc>
      </w:tr>
      <w:tr w:rsidR="00327BED" w14:paraId="73F3FD57" w14:textId="77777777">
        <w:trPr>
          <w:cantSplit/>
          <w:jc w:val="center"/>
        </w:trPr>
        <w:tc>
          <w:tcPr>
            <w:tcW w:w="778" w:type="dxa"/>
            <w:shd w:val="clear" w:color="auto" w:fill="313338"/>
            <w:tcMar>
              <w:top w:w="55" w:type="dxa"/>
              <w:left w:w="10" w:type="dxa"/>
              <w:bottom w:w="30" w:type="dxa"/>
              <w:right w:w="25" w:type="dxa"/>
            </w:tcMar>
          </w:tcPr>
          <w:p w14:paraId="1F484046" w14:textId="77777777" w:rsidR="00327BED" w:rsidRDefault="00000000">
            <w:r>
              <w:rPr>
                <w:noProof/>
              </w:rPr>
              <w:drawing>
                <wp:inline distT="0" distB="0" distL="0" distR="0" wp14:anchorId="23D7001D" wp14:editId="0A2C239E">
                  <wp:extent cx="356616" cy="356616"/>
                  <wp:effectExtent l="0" t="0" r="0" b="0"/>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31D674CE" w14:textId="77777777" w:rsidR="00327BED" w:rsidRDefault="00000000">
            <w:pPr>
              <w:spacing w:after="24"/>
            </w:pPr>
            <w:r>
              <w:rPr>
                <w:b/>
                <w:color w:val="F0B232"/>
              </w:rPr>
              <w:t>Ev</w:t>
            </w:r>
            <w:r>
              <w:rPr>
                <w:color w:val="949BA4"/>
                <w:sz w:val="15"/>
              </w:rPr>
              <w:t xml:space="preserve">  10/05/2026 2:53 AM</w:t>
            </w:r>
          </w:p>
          <w:p w14:paraId="0B4BBF3B" w14:textId="77777777" w:rsidR="00327BED" w:rsidRDefault="00000000">
            <w:pPr>
              <w:spacing w:after="8" w:line="245" w:lineRule="auto"/>
            </w:pPr>
            <w:r>
              <w:t>Don't let her do that no way</w:t>
            </w:r>
          </w:p>
        </w:tc>
      </w:tr>
      <w:tr w:rsidR="00327BED" w14:paraId="7B582937" w14:textId="77777777">
        <w:trPr>
          <w:cantSplit/>
          <w:jc w:val="center"/>
        </w:trPr>
        <w:tc>
          <w:tcPr>
            <w:tcW w:w="778" w:type="dxa"/>
            <w:shd w:val="clear" w:color="auto" w:fill="313338"/>
            <w:tcMar>
              <w:top w:w="55" w:type="dxa"/>
              <w:left w:w="10" w:type="dxa"/>
              <w:bottom w:w="30" w:type="dxa"/>
              <w:right w:w="25" w:type="dxa"/>
            </w:tcMar>
          </w:tcPr>
          <w:p w14:paraId="724AFAAC" w14:textId="77777777" w:rsidR="00327BED" w:rsidRDefault="00000000">
            <w:r>
              <w:rPr>
                <w:noProof/>
              </w:rPr>
              <w:drawing>
                <wp:inline distT="0" distB="0" distL="0" distR="0" wp14:anchorId="5A5F1806" wp14:editId="0D297DCB">
                  <wp:extent cx="356616" cy="356616"/>
                  <wp:effectExtent l="0" t="0" r="0" b="0"/>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17F934B" w14:textId="77777777" w:rsidR="00327BED" w:rsidRDefault="00000000">
            <w:pPr>
              <w:spacing w:after="24"/>
            </w:pPr>
            <w:r>
              <w:rPr>
                <w:b/>
              </w:rPr>
              <w:t>Aperation</w:t>
            </w:r>
            <w:r>
              <w:rPr>
                <w:color w:val="949BA4"/>
                <w:sz w:val="15"/>
              </w:rPr>
              <w:t xml:space="preserve">  10/05/2026 2:53 AM</w:t>
            </w:r>
          </w:p>
          <w:p w14:paraId="564272FF" w14:textId="77777777" w:rsidR="00327BED" w:rsidRDefault="00000000">
            <w:pPr>
              <w:spacing w:after="8" w:line="245" w:lineRule="auto"/>
            </w:pPr>
            <w:r>
              <w:t>Ok</w:t>
            </w:r>
          </w:p>
          <w:p w14:paraId="4E4276CE" w14:textId="77777777" w:rsidR="00327BED" w:rsidRDefault="00327BED">
            <w:pPr>
              <w:spacing w:line="84" w:lineRule="auto"/>
            </w:pPr>
          </w:p>
          <w:p w14:paraId="66D49254" w14:textId="77777777" w:rsidR="00327BED" w:rsidRDefault="00000000">
            <w:pPr>
              <w:spacing w:before="10" w:after="8" w:line="245" w:lineRule="auto"/>
            </w:pPr>
            <w:r>
              <w:t>Listen listen</w:t>
            </w:r>
          </w:p>
          <w:p w14:paraId="03FE8406" w14:textId="77777777" w:rsidR="00327BED" w:rsidRDefault="00327BED">
            <w:pPr>
              <w:spacing w:line="84" w:lineRule="auto"/>
            </w:pPr>
          </w:p>
          <w:p w14:paraId="561B960C" w14:textId="77777777" w:rsidR="00327BED" w:rsidRDefault="00000000">
            <w:pPr>
              <w:spacing w:before="10" w:after="8" w:line="245" w:lineRule="auto"/>
            </w:pPr>
            <w:r>
              <w:t>Oskar</w:t>
            </w:r>
          </w:p>
        </w:tc>
      </w:tr>
      <w:tr w:rsidR="00327BED" w14:paraId="39358DF4" w14:textId="77777777">
        <w:trPr>
          <w:cantSplit/>
          <w:jc w:val="center"/>
        </w:trPr>
        <w:tc>
          <w:tcPr>
            <w:tcW w:w="778" w:type="dxa"/>
            <w:shd w:val="clear" w:color="auto" w:fill="313338"/>
            <w:tcMar>
              <w:top w:w="55" w:type="dxa"/>
              <w:left w:w="10" w:type="dxa"/>
              <w:bottom w:w="30" w:type="dxa"/>
              <w:right w:w="25" w:type="dxa"/>
            </w:tcMar>
          </w:tcPr>
          <w:p w14:paraId="0032218A" w14:textId="77777777" w:rsidR="00327BED" w:rsidRDefault="00000000">
            <w:r>
              <w:rPr>
                <w:noProof/>
              </w:rPr>
              <w:drawing>
                <wp:inline distT="0" distB="0" distL="0" distR="0" wp14:anchorId="0BCB7F89" wp14:editId="18E85362">
                  <wp:extent cx="356616" cy="356616"/>
                  <wp:effectExtent l="0" t="0" r="0" b="0"/>
                  <wp:docPr id="373" name="Picture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E3D56AB" w14:textId="77777777" w:rsidR="00327BED" w:rsidRDefault="00000000">
            <w:pPr>
              <w:spacing w:after="24"/>
            </w:pPr>
            <w:r>
              <w:rPr>
                <w:b/>
                <w:color w:val="F0B232"/>
              </w:rPr>
              <w:t>Ev</w:t>
            </w:r>
            <w:r>
              <w:rPr>
                <w:color w:val="949BA4"/>
                <w:sz w:val="15"/>
              </w:rPr>
              <w:t xml:space="preserve">  10/05/2026 2:53 AM</w:t>
            </w:r>
          </w:p>
          <w:p w14:paraId="3232A60E" w14:textId="77777777" w:rsidR="00327BED" w:rsidRDefault="00000000">
            <w:pPr>
              <w:spacing w:after="8" w:line="245" w:lineRule="auto"/>
            </w:pPr>
            <w:r>
              <w:t>Peter take over I'm fine</w:t>
            </w:r>
          </w:p>
          <w:p w14:paraId="5C193755" w14:textId="77777777" w:rsidR="00327BED" w:rsidRDefault="00327BED">
            <w:pPr>
              <w:spacing w:line="84" w:lineRule="auto"/>
            </w:pPr>
          </w:p>
          <w:p w14:paraId="4E6CA653" w14:textId="77777777" w:rsidR="00327BED" w:rsidRDefault="00000000">
            <w:pPr>
              <w:spacing w:before="10" w:after="8" w:line="245" w:lineRule="auto"/>
            </w:pPr>
            <w:r>
              <w:t>Done"</w:t>
            </w:r>
          </w:p>
        </w:tc>
      </w:tr>
      <w:tr w:rsidR="00327BED" w14:paraId="76D8A4DC" w14:textId="77777777">
        <w:trPr>
          <w:cantSplit/>
          <w:jc w:val="center"/>
        </w:trPr>
        <w:tc>
          <w:tcPr>
            <w:tcW w:w="778" w:type="dxa"/>
            <w:shd w:val="clear" w:color="auto" w:fill="313338"/>
            <w:tcMar>
              <w:top w:w="55" w:type="dxa"/>
              <w:left w:w="10" w:type="dxa"/>
              <w:bottom w:w="30" w:type="dxa"/>
              <w:right w:w="25" w:type="dxa"/>
            </w:tcMar>
          </w:tcPr>
          <w:p w14:paraId="56938E46" w14:textId="77777777" w:rsidR="00327BED" w:rsidRDefault="00000000">
            <w:r>
              <w:rPr>
                <w:noProof/>
              </w:rPr>
              <w:drawing>
                <wp:inline distT="0" distB="0" distL="0" distR="0" wp14:anchorId="23D39B50" wp14:editId="07FA1532">
                  <wp:extent cx="356616" cy="356616"/>
                  <wp:effectExtent l="0" t="0" r="0" b="0"/>
                  <wp:docPr id="374" name="Picture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75C5FBF4" w14:textId="77777777" w:rsidR="00327BED" w:rsidRDefault="00000000">
            <w:pPr>
              <w:spacing w:after="24"/>
            </w:pPr>
            <w:r>
              <w:rPr>
                <w:b/>
              </w:rPr>
              <w:t>Aperation</w:t>
            </w:r>
            <w:r>
              <w:rPr>
                <w:color w:val="949BA4"/>
                <w:sz w:val="15"/>
              </w:rPr>
              <w:t xml:space="preserve">  10/05/2026 2:53 AM</w:t>
            </w:r>
          </w:p>
          <w:p w14:paraId="475FA864" w14:textId="77777777" w:rsidR="00327BED" w:rsidRDefault="00000000">
            <w:pPr>
              <w:spacing w:after="8" w:line="245" w:lineRule="auto"/>
            </w:pPr>
            <w:r>
              <w:t>You can obviously rescue it easy peasy from here</w:t>
            </w:r>
          </w:p>
          <w:p w14:paraId="3BCBDBC5" w14:textId="77777777" w:rsidR="00327BED" w:rsidRDefault="00327BED">
            <w:pPr>
              <w:spacing w:line="84" w:lineRule="auto"/>
            </w:pPr>
          </w:p>
          <w:p w14:paraId="16BAED6F" w14:textId="77777777" w:rsidR="00327BED" w:rsidRDefault="00000000">
            <w:pPr>
              <w:spacing w:before="10" w:after="8" w:line="245" w:lineRule="auto"/>
            </w:pPr>
            <w:r>
              <w:t>Like it’s back to basics and easy to recover</w:t>
            </w:r>
          </w:p>
          <w:p w14:paraId="1C337F23" w14:textId="77777777" w:rsidR="00327BED" w:rsidRDefault="00327BED">
            <w:pPr>
              <w:spacing w:line="84" w:lineRule="auto"/>
            </w:pPr>
          </w:p>
          <w:p w14:paraId="7EA123F3" w14:textId="77777777" w:rsidR="00327BED" w:rsidRDefault="00000000">
            <w:pPr>
              <w:spacing w:before="10" w:after="8" w:line="245" w:lineRule="auto"/>
            </w:pPr>
            <w:r>
              <w:t>But the question is genuinely if you want to</w:t>
            </w:r>
          </w:p>
          <w:p w14:paraId="06ED1100" w14:textId="77777777" w:rsidR="00327BED" w:rsidRDefault="00327BED">
            <w:pPr>
              <w:spacing w:line="84" w:lineRule="auto"/>
            </w:pPr>
          </w:p>
          <w:p w14:paraId="4FB1D9E2" w14:textId="77777777" w:rsidR="00327BED" w:rsidRDefault="00000000">
            <w:pPr>
              <w:spacing w:before="10" w:after="8" w:line="245" w:lineRule="auto"/>
            </w:pPr>
            <w:r>
              <w:t>Some of this shit is insane</w:t>
            </w:r>
          </w:p>
          <w:p w14:paraId="7500855F" w14:textId="77777777" w:rsidR="00327BED" w:rsidRDefault="00327BED">
            <w:pPr>
              <w:spacing w:line="84" w:lineRule="auto"/>
            </w:pPr>
          </w:p>
          <w:p w14:paraId="30097849" w14:textId="77777777" w:rsidR="00327BED" w:rsidRDefault="00000000">
            <w:pPr>
              <w:spacing w:before="10" w:after="8" w:line="245" w:lineRule="auto"/>
            </w:pPr>
            <w:r>
              <w:t>But it’s up to you it’s saved from here in terms of breaking up</w:t>
            </w:r>
          </w:p>
          <w:p w14:paraId="76585C36" w14:textId="77777777" w:rsidR="00327BED" w:rsidRDefault="00327BED">
            <w:pPr>
              <w:spacing w:line="84" w:lineRule="auto"/>
            </w:pPr>
          </w:p>
          <w:p w14:paraId="36D67FB3" w14:textId="77777777" w:rsidR="00327BED" w:rsidRDefault="00000000">
            <w:pPr>
              <w:spacing w:before="10" w:after="8" w:line="245" w:lineRule="auto"/>
            </w:pPr>
            <w:r>
              <w:t>Tell me about it</w:t>
            </w:r>
          </w:p>
          <w:p w14:paraId="5DEDC813" w14:textId="77777777" w:rsidR="00327BED" w:rsidRDefault="00327BED">
            <w:pPr>
              <w:spacing w:line="84" w:lineRule="auto"/>
            </w:pPr>
          </w:p>
          <w:p w14:paraId="062156C6" w14:textId="77777777" w:rsidR="00327BED" w:rsidRDefault="00000000">
            <w:pPr>
              <w:spacing w:before="10" w:after="8" w:line="245" w:lineRule="auto"/>
            </w:pPr>
            <w:r>
              <w:t>Listen stop typing to her snd choose rq</w:t>
            </w:r>
          </w:p>
          <w:p w14:paraId="480AA38D" w14:textId="77777777" w:rsidR="00327BED" w:rsidRDefault="00327BED">
            <w:pPr>
              <w:spacing w:line="84" w:lineRule="auto"/>
            </w:pPr>
          </w:p>
          <w:p w14:paraId="5B3125D9" w14:textId="77777777" w:rsidR="00327BED" w:rsidRDefault="00000000">
            <w:pPr>
              <w:spacing w:before="10" w:after="8" w:line="245" w:lineRule="auto"/>
            </w:pPr>
            <w:r>
              <w:t>OH MY GOD</w:t>
            </w:r>
          </w:p>
          <w:p w14:paraId="0785D691" w14:textId="77777777" w:rsidR="00327BED" w:rsidRDefault="00327BED">
            <w:pPr>
              <w:spacing w:line="84" w:lineRule="auto"/>
            </w:pPr>
          </w:p>
          <w:p w14:paraId="34853F42" w14:textId="77777777" w:rsidR="00327BED" w:rsidRDefault="00000000">
            <w:pPr>
              <w:spacing w:before="10" w:after="8" w:line="245" w:lineRule="auto"/>
            </w:pPr>
            <w:r>
              <w:t>EXPLSIN FUCJING EHAT</w:t>
            </w:r>
          </w:p>
        </w:tc>
      </w:tr>
      <w:tr w:rsidR="00327BED" w14:paraId="5BEC24F0" w14:textId="77777777">
        <w:trPr>
          <w:cantSplit/>
          <w:jc w:val="center"/>
        </w:trPr>
        <w:tc>
          <w:tcPr>
            <w:tcW w:w="778" w:type="dxa"/>
            <w:shd w:val="clear" w:color="auto" w:fill="313338"/>
            <w:tcMar>
              <w:top w:w="55" w:type="dxa"/>
              <w:left w:w="10" w:type="dxa"/>
              <w:bottom w:w="30" w:type="dxa"/>
              <w:right w:w="25" w:type="dxa"/>
            </w:tcMar>
          </w:tcPr>
          <w:p w14:paraId="70397C9D" w14:textId="77777777" w:rsidR="00327BED" w:rsidRDefault="00000000">
            <w:r>
              <w:rPr>
                <w:noProof/>
              </w:rPr>
              <w:drawing>
                <wp:inline distT="0" distB="0" distL="0" distR="0" wp14:anchorId="200BDD6F" wp14:editId="023A9CA2">
                  <wp:extent cx="356616" cy="356616"/>
                  <wp:effectExtent l="0" t="0" r="0" b="0"/>
                  <wp:docPr id="375" name="Picture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686E7411" w14:textId="77777777" w:rsidR="00327BED" w:rsidRDefault="00000000">
            <w:pPr>
              <w:spacing w:after="24"/>
            </w:pPr>
            <w:r>
              <w:rPr>
                <w:b/>
                <w:color w:val="F0B232"/>
              </w:rPr>
              <w:t>Ev</w:t>
            </w:r>
            <w:r>
              <w:rPr>
                <w:color w:val="949BA4"/>
                <w:sz w:val="15"/>
              </w:rPr>
              <w:t xml:space="preserve">  10/05/2026 2:55 AM</w:t>
            </w:r>
          </w:p>
          <w:p w14:paraId="706792B4" w14:textId="77777777" w:rsidR="00327BED" w:rsidRDefault="00000000">
            <w:pPr>
              <w:spacing w:after="8" w:line="245" w:lineRule="auto"/>
            </w:pPr>
            <w:r>
              <w:t>Bru I'm gonna dm her in a second</w:t>
            </w:r>
          </w:p>
          <w:p w14:paraId="5073FE1F" w14:textId="77777777" w:rsidR="00327BED" w:rsidRDefault="00327BED">
            <w:pPr>
              <w:spacing w:line="84" w:lineRule="auto"/>
            </w:pPr>
          </w:p>
          <w:p w14:paraId="0CE8D97C" w14:textId="77777777" w:rsidR="00327BED" w:rsidRDefault="00000000">
            <w:pPr>
              <w:spacing w:before="10" w:after="8" w:line="245" w:lineRule="auto"/>
            </w:pPr>
            <w:r>
              <w:t>Dude don't let her get all cocky like this</w:t>
            </w:r>
          </w:p>
        </w:tc>
      </w:tr>
      <w:tr w:rsidR="00327BED" w14:paraId="3588D95D" w14:textId="77777777">
        <w:trPr>
          <w:cantSplit/>
          <w:jc w:val="center"/>
        </w:trPr>
        <w:tc>
          <w:tcPr>
            <w:tcW w:w="778" w:type="dxa"/>
            <w:shd w:val="clear" w:color="auto" w:fill="313338"/>
            <w:tcMar>
              <w:top w:w="55" w:type="dxa"/>
              <w:left w:w="10" w:type="dxa"/>
              <w:bottom w:w="30" w:type="dxa"/>
              <w:right w:w="25" w:type="dxa"/>
            </w:tcMar>
          </w:tcPr>
          <w:p w14:paraId="0D52028D" w14:textId="77777777" w:rsidR="00327BED" w:rsidRDefault="00000000">
            <w:r>
              <w:rPr>
                <w:noProof/>
              </w:rPr>
              <w:drawing>
                <wp:inline distT="0" distB="0" distL="0" distR="0" wp14:anchorId="1D9793E6" wp14:editId="5B119601">
                  <wp:extent cx="356616" cy="356616"/>
                  <wp:effectExtent l="0" t="0" r="0" b="0"/>
                  <wp:docPr id="376" name="Picture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E389C43" w14:textId="77777777" w:rsidR="00327BED" w:rsidRDefault="00000000">
            <w:pPr>
              <w:spacing w:after="24"/>
            </w:pPr>
            <w:r>
              <w:rPr>
                <w:b/>
              </w:rPr>
              <w:t>Aperation</w:t>
            </w:r>
            <w:r>
              <w:rPr>
                <w:color w:val="949BA4"/>
                <w:sz w:val="15"/>
              </w:rPr>
              <w:t xml:space="preserve">  10/05/2026 2:55 AM</w:t>
            </w:r>
          </w:p>
          <w:p w14:paraId="7CCF834A" w14:textId="77777777" w:rsidR="00327BED" w:rsidRDefault="00000000">
            <w:pPr>
              <w:spacing w:after="8" w:line="245" w:lineRule="auto"/>
            </w:pPr>
            <w:r>
              <w:t>LET HS AT HER IN A VOICE NOTE</w:t>
            </w:r>
          </w:p>
          <w:p w14:paraId="3FEC9CA1" w14:textId="77777777" w:rsidR="00327BED" w:rsidRDefault="00327BED">
            <w:pPr>
              <w:spacing w:line="84" w:lineRule="auto"/>
            </w:pPr>
          </w:p>
          <w:p w14:paraId="734191F2" w14:textId="77777777" w:rsidR="00327BED" w:rsidRDefault="00000000">
            <w:pPr>
              <w:spacing w:before="10" w:after="8" w:line="245" w:lineRule="auto"/>
            </w:pPr>
            <w:r>
              <w:t>YEAH WAIT 10 YEARS BROSKI</w:t>
            </w:r>
          </w:p>
        </w:tc>
      </w:tr>
      <w:tr w:rsidR="00327BED" w14:paraId="42522AA0" w14:textId="77777777">
        <w:trPr>
          <w:cantSplit/>
          <w:jc w:val="center"/>
        </w:trPr>
        <w:tc>
          <w:tcPr>
            <w:tcW w:w="778" w:type="dxa"/>
            <w:shd w:val="clear" w:color="auto" w:fill="313338"/>
            <w:tcMar>
              <w:top w:w="55" w:type="dxa"/>
              <w:left w:w="10" w:type="dxa"/>
              <w:bottom w:w="30" w:type="dxa"/>
              <w:right w:w="25" w:type="dxa"/>
            </w:tcMar>
          </w:tcPr>
          <w:p w14:paraId="5E07A6B7" w14:textId="77777777" w:rsidR="00327BED" w:rsidRDefault="00000000">
            <w:r>
              <w:rPr>
                <w:noProof/>
              </w:rPr>
              <w:drawing>
                <wp:inline distT="0" distB="0" distL="0" distR="0" wp14:anchorId="4CB47EBA" wp14:editId="436E81A8">
                  <wp:extent cx="356616" cy="356616"/>
                  <wp:effectExtent l="0" t="0" r="0" b="0"/>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6693A3D4" w14:textId="77777777" w:rsidR="00327BED" w:rsidRDefault="00000000">
            <w:pPr>
              <w:spacing w:after="24"/>
            </w:pPr>
            <w:r>
              <w:rPr>
                <w:b/>
                <w:color w:val="F0B232"/>
              </w:rPr>
              <w:t>Ev</w:t>
            </w:r>
            <w:r>
              <w:rPr>
                <w:color w:val="949BA4"/>
                <w:sz w:val="15"/>
              </w:rPr>
              <w:t xml:space="preserve">  10/05/2026 2:56 AM</w:t>
            </w:r>
          </w:p>
          <w:p w14:paraId="4900E4B1" w14:textId="77777777" w:rsidR="00327BED" w:rsidRDefault="00000000">
            <w:pPr>
              <w:spacing w:after="8" w:line="245" w:lineRule="auto"/>
            </w:pPr>
            <w:r>
              <w:t>She thinks she won omg</w:t>
            </w:r>
          </w:p>
        </w:tc>
      </w:tr>
      <w:tr w:rsidR="00327BED" w14:paraId="0520844E" w14:textId="77777777">
        <w:trPr>
          <w:cantSplit/>
          <w:jc w:val="center"/>
        </w:trPr>
        <w:tc>
          <w:tcPr>
            <w:tcW w:w="778" w:type="dxa"/>
            <w:shd w:val="clear" w:color="auto" w:fill="313338"/>
            <w:tcMar>
              <w:top w:w="55" w:type="dxa"/>
              <w:left w:w="10" w:type="dxa"/>
              <w:bottom w:w="30" w:type="dxa"/>
              <w:right w:w="25" w:type="dxa"/>
            </w:tcMar>
          </w:tcPr>
          <w:p w14:paraId="653A0B2C" w14:textId="77777777" w:rsidR="00327BED" w:rsidRDefault="00000000">
            <w:r>
              <w:rPr>
                <w:noProof/>
              </w:rPr>
              <w:drawing>
                <wp:inline distT="0" distB="0" distL="0" distR="0" wp14:anchorId="0170ECF1" wp14:editId="643E8409">
                  <wp:extent cx="356616" cy="356616"/>
                  <wp:effectExtent l="0" t="0" r="0" b="0"/>
                  <wp:docPr id="378" name="Picture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7ECB8906" w14:textId="77777777" w:rsidR="00327BED" w:rsidRDefault="00000000">
            <w:pPr>
              <w:spacing w:after="24"/>
            </w:pPr>
            <w:r>
              <w:rPr>
                <w:b/>
              </w:rPr>
              <w:t>Aperation</w:t>
            </w:r>
            <w:r>
              <w:rPr>
                <w:color w:val="949BA4"/>
                <w:sz w:val="15"/>
              </w:rPr>
              <w:t xml:space="preserve">  10/05/2026 2:56 AM</w:t>
            </w:r>
          </w:p>
          <w:p w14:paraId="6154968D" w14:textId="77777777" w:rsidR="00327BED" w:rsidRDefault="00000000">
            <w:pPr>
              <w:spacing w:after="8" w:line="245" w:lineRule="auto"/>
            </w:pPr>
            <w:r>
              <w:rPr>
                <w:i/>
                <w:color w:val="949BA4"/>
                <w:sz w:val="18"/>
              </w:rPr>
              <w:t>[No text captured in export]</w:t>
            </w:r>
          </w:p>
        </w:tc>
      </w:tr>
      <w:tr w:rsidR="00327BED" w14:paraId="51D471FA" w14:textId="77777777">
        <w:trPr>
          <w:cantSplit/>
          <w:jc w:val="center"/>
        </w:trPr>
        <w:tc>
          <w:tcPr>
            <w:tcW w:w="778" w:type="dxa"/>
            <w:shd w:val="clear" w:color="auto" w:fill="313338"/>
            <w:tcMar>
              <w:top w:w="55" w:type="dxa"/>
              <w:left w:w="10" w:type="dxa"/>
              <w:bottom w:w="30" w:type="dxa"/>
              <w:right w:w="25" w:type="dxa"/>
            </w:tcMar>
          </w:tcPr>
          <w:p w14:paraId="4B805916" w14:textId="77777777" w:rsidR="00327BED" w:rsidRDefault="00000000">
            <w:r>
              <w:rPr>
                <w:noProof/>
              </w:rPr>
              <w:drawing>
                <wp:inline distT="0" distB="0" distL="0" distR="0" wp14:anchorId="4D5C26BC" wp14:editId="6346DAF4">
                  <wp:extent cx="356616" cy="356616"/>
                  <wp:effectExtent l="0" t="0" r="0" b="0"/>
                  <wp:docPr id="379" name="Picture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5E6760A" w14:textId="77777777" w:rsidR="00327BED" w:rsidRDefault="00000000">
            <w:pPr>
              <w:spacing w:after="24"/>
            </w:pPr>
            <w:r>
              <w:rPr>
                <w:b/>
                <w:color w:val="F0B232"/>
              </w:rPr>
              <w:t>Ev</w:t>
            </w:r>
            <w:r>
              <w:rPr>
                <w:color w:val="949BA4"/>
                <w:sz w:val="15"/>
              </w:rPr>
              <w:t xml:space="preserve">  10/05/2026 2:56 AM</w:t>
            </w:r>
          </w:p>
          <w:p w14:paraId="454B1754" w14:textId="77777777" w:rsidR="00327BED" w:rsidRDefault="00000000">
            <w:pPr>
              <w:spacing w:after="8" w:line="245" w:lineRule="auto"/>
            </w:pPr>
            <w:r>
              <w:t>SHES SO CORNY</w:t>
            </w:r>
          </w:p>
          <w:p w14:paraId="6CCAC61B" w14:textId="77777777" w:rsidR="00327BED" w:rsidRDefault="00327BED">
            <w:pPr>
              <w:spacing w:line="84" w:lineRule="auto"/>
            </w:pPr>
          </w:p>
          <w:p w14:paraId="3A1EFCC9" w14:textId="77777777" w:rsidR="00327BED" w:rsidRDefault="00000000">
            <w:pPr>
              <w:spacing w:before="10" w:after="8" w:line="245" w:lineRule="auto"/>
            </w:pPr>
            <w:r>
              <w:t>Fuck her wow</w:t>
            </w:r>
          </w:p>
        </w:tc>
      </w:tr>
      <w:tr w:rsidR="00327BED" w14:paraId="13754953" w14:textId="77777777">
        <w:trPr>
          <w:cantSplit/>
          <w:jc w:val="center"/>
        </w:trPr>
        <w:tc>
          <w:tcPr>
            <w:tcW w:w="778" w:type="dxa"/>
            <w:shd w:val="clear" w:color="auto" w:fill="313338"/>
            <w:tcMar>
              <w:top w:w="55" w:type="dxa"/>
              <w:left w:w="10" w:type="dxa"/>
              <w:bottom w:w="30" w:type="dxa"/>
              <w:right w:w="25" w:type="dxa"/>
            </w:tcMar>
          </w:tcPr>
          <w:p w14:paraId="5E255E2F" w14:textId="77777777" w:rsidR="00327BED" w:rsidRDefault="00000000">
            <w:r>
              <w:rPr>
                <w:noProof/>
              </w:rPr>
              <w:drawing>
                <wp:inline distT="0" distB="0" distL="0" distR="0" wp14:anchorId="304AA89F" wp14:editId="3B339768">
                  <wp:extent cx="356616" cy="356616"/>
                  <wp:effectExtent l="0" t="0" r="0" b="0"/>
                  <wp:docPr id="380" name="Picture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A9B0D29" w14:textId="77777777" w:rsidR="00327BED" w:rsidRDefault="00000000">
            <w:pPr>
              <w:spacing w:after="24"/>
            </w:pPr>
            <w:r>
              <w:rPr>
                <w:b/>
              </w:rPr>
              <w:t>Aperation</w:t>
            </w:r>
            <w:r>
              <w:rPr>
                <w:color w:val="949BA4"/>
                <w:sz w:val="15"/>
              </w:rPr>
              <w:t xml:space="preserve">  10/05/2026 2:56 AM</w:t>
            </w:r>
          </w:p>
          <w:p w14:paraId="0954C0CE" w14:textId="77777777" w:rsidR="00327BED" w:rsidRDefault="00000000">
            <w:pPr>
              <w:spacing w:after="8" w:line="245" w:lineRule="auto"/>
            </w:pPr>
            <w:r>
              <w:rPr>
                <w:i/>
                <w:color w:val="949BA4"/>
                <w:sz w:val="18"/>
              </w:rPr>
              <w:t>[No text captured in export]</w:t>
            </w:r>
          </w:p>
        </w:tc>
      </w:tr>
      <w:tr w:rsidR="00327BED" w14:paraId="0DD5BDBC" w14:textId="77777777">
        <w:trPr>
          <w:cantSplit/>
          <w:jc w:val="center"/>
        </w:trPr>
        <w:tc>
          <w:tcPr>
            <w:tcW w:w="778" w:type="dxa"/>
            <w:shd w:val="clear" w:color="auto" w:fill="313338"/>
            <w:tcMar>
              <w:top w:w="55" w:type="dxa"/>
              <w:left w:w="10" w:type="dxa"/>
              <w:bottom w:w="30" w:type="dxa"/>
              <w:right w:w="25" w:type="dxa"/>
            </w:tcMar>
          </w:tcPr>
          <w:p w14:paraId="158AA842" w14:textId="77777777" w:rsidR="00327BED" w:rsidRDefault="00000000">
            <w:r>
              <w:rPr>
                <w:noProof/>
              </w:rPr>
              <w:lastRenderedPageBreak/>
              <w:drawing>
                <wp:inline distT="0" distB="0" distL="0" distR="0" wp14:anchorId="45443ABC" wp14:editId="658E22D9">
                  <wp:extent cx="356616" cy="356616"/>
                  <wp:effectExtent l="0" t="0" r="0" b="0"/>
                  <wp:docPr id="381" name="Picture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03659AD0" w14:textId="77777777" w:rsidR="00327BED" w:rsidRDefault="00000000">
            <w:pPr>
              <w:spacing w:after="24"/>
            </w:pPr>
            <w:r>
              <w:rPr>
                <w:b/>
                <w:color w:val="F0B232"/>
              </w:rPr>
              <w:t>Ev</w:t>
            </w:r>
            <w:r>
              <w:rPr>
                <w:color w:val="949BA4"/>
                <w:sz w:val="15"/>
              </w:rPr>
              <w:t xml:space="preserve">  10/05/2026 2:56 AM</w:t>
            </w:r>
          </w:p>
          <w:p w14:paraId="6BF0BED4" w14:textId="77777777" w:rsidR="00327BED" w:rsidRDefault="00000000">
            <w:pPr>
              <w:spacing w:after="8" w:line="245" w:lineRule="auto"/>
            </w:pPr>
            <w:r>
              <w:t>She's doomed</w:t>
            </w:r>
          </w:p>
        </w:tc>
      </w:tr>
      <w:tr w:rsidR="00327BED" w14:paraId="2CB887D2" w14:textId="77777777">
        <w:trPr>
          <w:cantSplit/>
          <w:jc w:val="center"/>
        </w:trPr>
        <w:tc>
          <w:tcPr>
            <w:tcW w:w="778" w:type="dxa"/>
            <w:shd w:val="clear" w:color="auto" w:fill="313338"/>
            <w:tcMar>
              <w:top w:w="55" w:type="dxa"/>
              <w:left w:w="10" w:type="dxa"/>
              <w:bottom w:w="30" w:type="dxa"/>
              <w:right w:w="25" w:type="dxa"/>
            </w:tcMar>
          </w:tcPr>
          <w:p w14:paraId="5BDC8C5E" w14:textId="77777777" w:rsidR="00327BED" w:rsidRDefault="00000000">
            <w:r>
              <w:rPr>
                <w:noProof/>
              </w:rPr>
              <w:drawing>
                <wp:inline distT="0" distB="0" distL="0" distR="0" wp14:anchorId="18DBD5E5" wp14:editId="44A97DB8">
                  <wp:extent cx="356616" cy="356616"/>
                  <wp:effectExtent l="0" t="0" r="0" b="0"/>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3701DF65" w14:textId="77777777" w:rsidR="00327BED" w:rsidRDefault="00000000">
            <w:pPr>
              <w:spacing w:after="24"/>
            </w:pPr>
            <w:r>
              <w:rPr>
                <w:b/>
              </w:rPr>
              <w:t>Aperation</w:t>
            </w:r>
            <w:r>
              <w:rPr>
                <w:color w:val="949BA4"/>
                <w:sz w:val="15"/>
              </w:rPr>
              <w:t xml:space="preserve">  10/05/2026 2:56 AM</w:t>
            </w:r>
          </w:p>
          <w:p w14:paraId="5DE3F916" w14:textId="77777777" w:rsidR="00327BED" w:rsidRDefault="00000000">
            <w:pPr>
              <w:spacing w:after="8" w:line="245" w:lineRule="auto"/>
            </w:pPr>
            <w:r>
              <w:t>Wallahi this is her</w:t>
            </w:r>
          </w:p>
          <w:p w14:paraId="0DD7A134" w14:textId="77777777" w:rsidR="00327BED" w:rsidRDefault="00327BED">
            <w:pPr>
              <w:spacing w:line="84" w:lineRule="auto"/>
            </w:pPr>
          </w:p>
          <w:p w14:paraId="2450040F" w14:textId="77777777" w:rsidR="00327BED" w:rsidRDefault="00000000">
            <w:pPr>
              <w:spacing w:before="10" w:after="8" w:line="245" w:lineRule="auto"/>
            </w:pPr>
            <w:r>
              <w:t>Woah ok make sure she’s not suicidal</w:t>
            </w:r>
          </w:p>
        </w:tc>
      </w:tr>
      <w:tr w:rsidR="00327BED" w14:paraId="3E3B042D" w14:textId="77777777">
        <w:trPr>
          <w:cantSplit/>
          <w:jc w:val="center"/>
        </w:trPr>
        <w:tc>
          <w:tcPr>
            <w:tcW w:w="778" w:type="dxa"/>
            <w:shd w:val="clear" w:color="auto" w:fill="313338"/>
            <w:tcMar>
              <w:top w:w="55" w:type="dxa"/>
              <w:left w:w="10" w:type="dxa"/>
              <w:bottom w:w="30" w:type="dxa"/>
              <w:right w:w="25" w:type="dxa"/>
            </w:tcMar>
          </w:tcPr>
          <w:p w14:paraId="3E3F4AFF" w14:textId="77777777" w:rsidR="00327BED" w:rsidRDefault="00000000">
            <w:r>
              <w:rPr>
                <w:noProof/>
              </w:rPr>
              <w:drawing>
                <wp:inline distT="0" distB="0" distL="0" distR="0" wp14:anchorId="3548D948" wp14:editId="46C4660A">
                  <wp:extent cx="356616" cy="356616"/>
                  <wp:effectExtent l="0" t="0" r="0" b="0"/>
                  <wp:docPr id="383" name="Pictur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D2CEBF6" w14:textId="77777777" w:rsidR="00327BED" w:rsidRDefault="00000000">
            <w:pPr>
              <w:spacing w:after="24"/>
            </w:pPr>
            <w:r>
              <w:rPr>
                <w:b/>
                <w:color w:val="F0B232"/>
              </w:rPr>
              <w:t>Ev</w:t>
            </w:r>
            <w:r>
              <w:rPr>
                <w:color w:val="949BA4"/>
                <w:sz w:val="15"/>
              </w:rPr>
              <w:t xml:space="preserve">  10/05/2026 2:56 AM</w:t>
            </w:r>
          </w:p>
          <w:p w14:paraId="5F64EF3E" w14:textId="77777777" w:rsidR="00327BED" w:rsidRDefault="00000000">
            <w:pPr>
              <w:spacing w:after="8" w:line="245" w:lineRule="auto"/>
            </w:pPr>
            <w:r>
              <w:t>She's actually doomed she's gonna spend all of uni alone like thus</w:t>
            </w:r>
          </w:p>
        </w:tc>
      </w:tr>
      <w:tr w:rsidR="00327BED" w14:paraId="5A394D6A" w14:textId="77777777">
        <w:trPr>
          <w:cantSplit/>
          <w:jc w:val="center"/>
        </w:trPr>
        <w:tc>
          <w:tcPr>
            <w:tcW w:w="778" w:type="dxa"/>
            <w:shd w:val="clear" w:color="auto" w:fill="313338"/>
            <w:tcMar>
              <w:top w:w="55" w:type="dxa"/>
              <w:left w:w="10" w:type="dxa"/>
              <w:bottom w:w="30" w:type="dxa"/>
              <w:right w:w="25" w:type="dxa"/>
            </w:tcMar>
          </w:tcPr>
          <w:p w14:paraId="791C0657" w14:textId="77777777" w:rsidR="00327BED" w:rsidRDefault="00000000">
            <w:r>
              <w:rPr>
                <w:noProof/>
              </w:rPr>
              <w:drawing>
                <wp:inline distT="0" distB="0" distL="0" distR="0" wp14:anchorId="778B6106" wp14:editId="391629C0">
                  <wp:extent cx="356616" cy="356616"/>
                  <wp:effectExtent l="0" t="0" r="0" b="0"/>
                  <wp:docPr id="384" name="Picture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32C2932" w14:textId="77777777" w:rsidR="00327BED" w:rsidRDefault="00000000">
            <w:pPr>
              <w:spacing w:after="24"/>
            </w:pPr>
            <w:r>
              <w:rPr>
                <w:b/>
              </w:rPr>
              <w:t>Aperation</w:t>
            </w:r>
            <w:r>
              <w:rPr>
                <w:color w:val="949BA4"/>
                <w:sz w:val="15"/>
              </w:rPr>
              <w:t xml:space="preserve">  10/05/2026 2:57 AM</w:t>
            </w:r>
          </w:p>
          <w:p w14:paraId="10354B18" w14:textId="77777777" w:rsidR="00327BED" w:rsidRDefault="00000000">
            <w:pPr>
              <w:spacing w:after="8" w:line="245" w:lineRule="auto"/>
            </w:pPr>
            <w:r>
              <w:t>Just lock in for 2 secs to make sure she’s calmskis</w:t>
            </w:r>
          </w:p>
          <w:p w14:paraId="678E88B8" w14:textId="77777777" w:rsidR="00327BED" w:rsidRDefault="00327BED">
            <w:pPr>
              <w:spacing w:line="84" w:lineRule="auto"/>
            </w:pPr>
          </w:p>
          <w:p w14:paraId="621FF31A" w14:textId="77777777" w:rsidR="00327BED" w:rsidRDefault="00000000">
            <w:pPr>
              <w:spacing w:before="10" w:after="8" w:line="245" w:lineRule="auto"/>
            </w:pPr>
            <w:r>
              <w:t>Ok listen listen</w:t>
            </w:r>
          </w:p>
          <w:p w14:paraId="7EBE1ABC" w14:textId="77777777" w:rsidR="00327BED" w:rsidRDefault="00327BED">
            <w:pPr>
              <w:spacing w:line="84" w:lineRule="auto"/>
            </w:pPr>
          </w:p>
          <w:p w14:paraId="5E14ACE2" w14:textId="77777777" w:rsidR="00327BED" w:rsidRDefault="00000000">
            <w:pPr>
              <w:spacing w:before="10" w:after="8" w:line="245" w:lineRule="auto"/>
            </w:pPr>
            <w:r>
              <w:t>She’s begging it</w:t>
            </w:r>
          </w:p>
        </w:tc>
      </w:tr>
      <w:tr w:rsidR="00327BED" w14:paraId="75611F4B" w14:textId="77777777">
        <w:trPr>
          <w:cantSplit/>
          <w:jc w:val="center"/>
        </w:trPr>
        <w:tc>
          <w:tcPr>
            <w:tcW w:w="778" w:type="dxa"/>
            <w:shd w:val="clear" w:color="auto" w:fill="313338"/>
            <w:tcMar>
              <w:top w:w="55" w:type="dxa"/>
              <w:left w:w="10" w:type="dxa"/>
              <w:bottom w:w="30" w:type="dxa"/>
              <w:right w:w="25" w:type="dxa"/>
            </w:tcMar>
          </w:tcPr>
          <w:p w14:paraId="635BCA40" w14:textId="77777777" w:rsidR="00327BED" w:rsidRDefault="00000000">
            <w:r>
              <w:rPr>
                <w:noProof/>
              </w:rPr>
              <w:drawing>
                <wp:inline distT="0" distB="0" distL="0" distR="0" wp14:anchorId="224C8D48" wp14:editId="6DD4D786">
                  <wp:extent cx="356616" cy="356616"/>
                  <wp:effectExtent l="0" t="0" r="0" b="0"/>
                  <wp:docPr id="385" name="Picture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36AE4EC" w14:textId="77777777" w:rsidR="00327BED" w:rsidRDefault="00000000">
            <w:pPr>
              <w:spacing w:after="24"/>
            </w:pPr>
            <w:r>
              <w:rPr>
                <w:b/>
                <w:color w:val="F0B232"/>
              </w:rPr>
              <w:t>Ev</w:t>
            </w:r>
            <w:r>
              <w:rPr>
                <w:color w:val="949BA4"/>
                <w:sz w:val="15"/>
              </w:rPr>
              <w:t xml:space="preserve">  10/05/2026 2:57 AM</w:t>
            </w:r>
          </w:p>
          <w:p w14:paraId="46DD0C3F" w14:textId="77777777" w:rsidR="00327BED" w:rsidRDefault="00000000">
            <w:pPr>
              <w:spacing w:after="8" w:line="245" w:lineRule="auto"/>
            </w:pPr>
            <w:r>
              <w:t>That's not ok</w:t>
            </w:r>
          </w:p>
          <w:p w14:paraId="292BB6E9" w14:textId="77777777" w:rsidR="00327BED" w:rsidRDefault="00327BED">
            <w:pPr>
              <w:spacing w:line="84" w:lineRule="auto"/>
            </w:pPr>
          </w:p>
          <w:p w14:paraId="0D14E350" w14:textId="77777777" w:rsidR="00327BED" w:rsidRDefault="00000000">
            <w:pPr>
              <w:spacing w:before="10" w:after="8" w:line="245" w:lineRule="auto"/>
            </w:pPr>
            <w:r>
              <w:t>That's not funny at all</w:t>
            </w:r>
          </w:p>
        </w:tc>
      </w:tr>
      <w:tr w:rsidR="00327BED" w14:paraId="323773BC" w14:textId="77777777">
        <w:trPr>
          <w:cantSplit/>
          <w:jc w:val="center"/>
        </w:trPr>
        <w:tc>
          <w:tcPr>
            <w:tcW w:w="778" w:type="dxa"/>
            <w:shd w:val="clear" w:color="auto" w:fill="313338"/>
            <w:tcMar>
              <w:top w:w="55" w:type="dxa"/>
              <w:left w:w="10" w:type="dxa"/>
              <w:bottom w:w="30" w:type="dxa"/>
              <w:right w:w="25" w:type="dxa"/>
            </w:tcMar>
          </w:tcPr>
          <w:p w14:paraId="29FA7908" w14:textId="77777777" w:rsidR="00327BED" w:rsidRDefault="00000000">
            <w:r>
              <w:rPr>
                <w:noProof/>
              </w:rPr>
              <w:drawing>
                <wp:inline distT="0" distB="0" distL="0" distR="0" wp14:anchorId="195D1DC1" wp14:editId="244B2226">
                  <wp:extent cx="356616" cy="356616"/>
                  <wp:effectExtent l="0" t="0" r="0" b="0"/>
                  <wp:docPr id="386" name="Picture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0901FA42" w14:textId="77777777" w:rsidR="00327BED" w:rsidRDefault="00000000">
            <w:pPr>
              <w:spacing w:after="24"/>
            </w:pPr>
            <w:r>
              <w:rPr>
                <w:b/>
              </w:rPr>
              <w:t>Aperation</w:t>
            </w:r>
            <w:r>
              <w:rPr>
                <w:color w:val="949BA4"/>
                <w:sz w:val="15"/>
              </w:rPr>
              <w:t xml:space="preserve">  10/05/2026 2:57 AM</w:t>
            </w:r>
          </w:p>
          <w:p w14:paraId="2BEA5AFE" w14:textId="77777777" w:rsidR="00327BED" w:rsidRDefault="00000000">
            <w:pPr>
              <w:spacing w:after="8" w:line="245" w:lineRule="auto"/>
            </w:pPr>
            <w:r>
              <w:t>Holy ruby method</w:t>
            </w:r>
          </w:p>
          <w:p w14:paraId="58B191C5" w14:textId="77777777" w:rsidR="00327BED" w:rsidRDefault="00327BED">
            <w:pPr>
              <w:spacing w:line="84" w:lineRule="auto"/>
            </w:pPr>
          </w:p>
          <w:p w14:paraId="2F32280E" w14:textId="77777777" w:rsidR="00327BED" w:rsidRDefault="00000000">
            <w:pPr>
              <w:spacing w:before="10" w:after="8" w:line="245" w:lineRule="auto"/>
            </w:pPr>
            <w:r>
              <w:t>Listen icl Oskar just firm the promise to change for now and we will make a plan of action tmw</w:t>
            </w:r>
          </w:p>
        </w:tc>
      </w:tr>
      <w:tr w:rsidR="00327BED" w14:paraId="01E441C4" w14:textId="77777777">
        <w:trPr>
          <w:cantSplit/>
          <w:jc w:val="center"/>
        </w:trPr>
        <w:tc>
          <w:tcPr>
            <w:tcW w:w="778" w:type="dxa"/>
            <w:shd w:val="clear" w:color="auto" w:fill="313338"/>
            <w:tcMar>
              <w:top w:w="55" w:type="dxa"/>
              <w:left w:w="10" w:type="dxa"/>
              <w:bottom w:w="30" w:type="dxa"/>
              <w:right w:w="25" w:type="dxa"/>
            </w:tcMar>
          </w:tcPr>
          <w:p w14:paraId="145FB430" w14:textId="77777777" w:rsidR="00327BED" w:rsidRDefault="00000000">
            <w:r>
              <w:rPr>
                <w:noProof/>
              </w:rPr>
              <w:drawing>
                <wp:inline distT="0" distB="0" distL="0" distR="0" wp14:anchorId="7169C5A6" wp14:editId="01D053D7">
                  <wp:extent cx="356616" cy="356616"/>
                  <wp:effectExtent l="0" t="0" r="0" b="0"/>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36905474" w14:textId="77777777" w:rsidR="00327BED" w:rsidRDefault="00000000">
            <w:pPr>
              <w:spacing w:after="24"/>
            </w:pPr>
            <w:r>
              <w:rPr>
                <w:b/>
                <w:color w:val="F0B232"/>
              </w:rPr>
              <w:t>Ev</w:t>
            </w:r>
            <w:r>
              <w:rPr>
                <w:color w:val="949BA4"/>
                <w:sz w:val="15"/>
              </w:rPr>
              <w:t xml:space="preserve">  10/05/2026 2:57 AM</w:t>
            </w:r>
          </w:p>
          <w:p w14:paraId="5A04B6C3" w14:textId="77777777" w:rsidR="00327BED" w:rsidRDefault="00000000">
            <w:pPr>
              <w:spacing w:after="8" w:line="245" w:lineRule="auto"/>
            </w:pPr>
            <w:r>
              <w:t>"sorry I'm not really in the mood that's not funny"</w:t>
            </w:r>
          </w:p>
        </w:tc>
      </w:tr>
      <w:tr w:rsidR="00327BED" w14:paraId="22A8572F" w14:textId="77777777">
        <w:trPr>
          <w:cantSplit/>
          <w:jc w:val="center"/>
        </w:trPr>
        <w:tc>
          <w:tcPr>
            <w:tcW w:w="778" w:type="dxa"/>
            <w:shd w:val="clear" w:color="auto" w:fill="313338"/>
            <w:tcMar>
              <w:top w:w="55" w:type="dxa"/>
              <w:left w:w="10" w:type="dxa"/>
              <w:bottom w:w="30" w:type="dxa"/>
              <w:right w:w="25" w:type="dxa"/>
            </w:tcMar>
          </w:tcPr>
          <w:p w14:paraId="2CBBB766" w14:textId="77777777" w:rsidR="00327BED" w:rsidRDefault="00000000">
            <w:r>
              <w:rPr>
                <w:noProof/>
              </w:rPr>
              <w:drawing>
                <wp:inline distT="0" distB="0" distL="0" distR="0" wp14:anchorId="302D0D30" wp14:editId="4B5FB91D">
                  <wp:extent cx="356616" cy="356616"/>
                  <wp:effectExtent l="0" t="0" r="0" b="0"/>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38778A91" w14:textId="77777777" w:rsidR="00327BED" w:rsidRDefault="00000000">
            <w:pPr>
              <w:spacing w:after="24"/>
            </w:pPr>
            <w:r>
              <w:rPr>
                <w:b/>
              </w:rPr>
              <w:t>Aperation</w:t>
            </w:r>
            <w:r>
              <w:rPr>
                <w:color w:val="949BA4"/>
                <w:sz w:val="15"/>
              </w:rPr>
              <w:t xml:space="preserve">  10/05/2026 2:57 AM</w:t>
            </w:r>
          </w:p>
          <w:p w14:paraId="5D0BA43B" w14:textId="77777777" w:rsidR="00327BED" w:rsidRDefault="00000000">
            <w:pPr>
              <w:spacing w:after="8" w:line="245" w:lineRule="auto"/>
            </w:pPr>
            <w:r>
              <w:t>Or say Evan’s actually I prefer his</w:t>
            </w:r>
          </w:p>
        </w:tc>
      </w:tr>
      <w:tr w:rsidR="00327BED" w14:paraId="744DD0BC" w14:textId="77777777">
        <w:trPr>
          <w:cantSplit/>
          <w:jc w:val="center"/>
        </w:trPr>
        <w:tc>
          <w:tcPr>
            <w:tcW w:w="778" w:type="dxa"/>
            <w:shd w:val="clear" w:color="auto" w:fill="313338"/>
            <w:tcMar>
              <w:top w:w="55" w:type="dxa"/>
              <w:left w:w="10" w:type="dxa"/>
              <w:bottom w:w="30" w:type="dxa"/>
              <w:right w:w="25" w:type="dxa"/>
            </w:tcMar>
          </w:tcPr>
          <w:p w14:paraId="2F256132" w14:textId="77777777" w:rsidR="00327BED" w:rsidRDefault="00000000">
            <w:r>
              <w:rPr>
                <w:noProof/>
              </w:rPr>
              <w:drawing>
                <wp:inline distT="0" distB="0" distL="0" distR="0" wp14:anchorId="324D73BD" wp14:editId="605DEA35">
                  <wp:extent cx="356616" cy="356616"/>
                  <wp:effectExtent l="0" t="0" r="0" b="0"/>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80E7AB4" w14:textId="77777777" w:rsidR="00327BED" w:rsidRDefault="00000000">
            <w:pPr>
              <w:spacing w:after="24"/>
            </w:pPr>
            <w:r>
              <w:rPr>
                <w:b/>
                <w:color w:val="F0B232"/>
              </w:rPr>
              <w:t>Ev</w:t>
            </w:r>
            <w:r>
              <w:rPr>
                <w:color w:val="949BA4"/>
                <w:sz w:val="15"/>
              </w:rPr>
              <w:t xml:space="preserve">  10/05/2026 2:58 AM</w:t>
            </w:r>
          </w:p>
          <w:p w14:paraId="6E86266D" w14:textId="77777777" w:rsidR="00327BED" w:rsidRDefault="00000000">
            <w:pPr>
              <w:spacing w:after="8" w:line="245" w:lineRule="auto"/>
            </w:pPr>
            <w:r>
              <w:t>She'll blow over anyway</w:t>
            </w:r>
          </w:p>
          <w:p w14:paraId="2B7D180A" w14:textId="77777777" w:rsidR="00327BED" w:rsidRDefault="00327BED">
            <w:pPr>
              <w:spacing w:line="84" w:lineRule="auto"/>
            </w:pPr>
          </w:p>
          <w:p w14:paraId="790FF598" w14:textId="77777777" w:rsidR="00327BED" w:rsidRDefault="00000000">
            <w:pPr>
              <w:spacing w:before="10" w:after="8" w:line="245" w:lineRule="auto"/>
            </w:pPr>
            <w:r>
              <w:t>She's genuinely doing the worst thing rn</w:t>
            </w:r>
          </w:p>
        </w:tc>
      </w:tr>
      <w:tr w:rsidR="00327BED" w14:paraId="1794CF21" w14:textId="77777777">
        <w:trPr>
          <w:cantSplit/>
          <w:jc w:val="center"/>
        </w:trPr>
        <w:tc>
          <w:tcPr>
            <w:tcW w:w="778" w:type="dxa"/>
            <w:shd w:val="clear" w:color="auto" w:fill="313338"/>
            <w:tcMar>
              <w:top w:w="55" w:type="dxa"/>
              <w:left w:w="10" w:type="dxa"/>
              <w:bottom w:w="30" w:type="dxa"/>
              <w:right w:w="25" w:type="dxa"/>
            </w:tcMar>
          </w:tcPr>
          <w:p w14:paraId="684DBAB3" w14:textId="77777777" w:rsidR="00327BED" w:rsidRDefault="00000000">
            <w:r>
              <w:rPr>
                <w:noProof/>
              </w:rPr>
              <w:drawing>
                <wp:inline distT="0" distB="0" distL="0" distR="0" wp14:anchorId="0DEED736" wp14:editId="1EC2F1EF">
                  <wp:extent cx="356616" cy="356616"/>
                  <wp:effectExtent l="0" t="0" r="0" b="0"/>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09004F5B" w14:textId="77777777" w:rsidR="00327BED" w:rsidRDefault="00000000">
            <w:pPr>
              <w:spacing w:after="24"/>
            </w:pPr>
            <w:r>
              <w:rPr>
                <w:b/>
              </w:rPr>
              <w:t>Aperation</w:t>
            </w:r>
            <w:r>
              <w:rPr>
                <w:color w:val="949BA4"/>
                <w:sz w:val="15"/>
              </w:rPr>
              <w:t xml:space="preserve">  10/05/2026 2:58 AM</w:t>
            </w:r>
          </w:p>
          <w:p w14:paraId="6BF0FFDE" w14:textId="77777777" w:rsidR="00327BED" w:rsidRDefault="00000000">
            <w:pPr>
              <w:spacing w:after="8" w:line="245" w:lineRule="auto"/>
            </w:pPr>
            <w:r>
              <w:t>HOLY FUCK SHES SUICIDSLY GUILT TRIPPING YOU I CANNKY BRLKRVE THID</w:t>
            </w:r>
          </w:p>
        </w:tc>
      </w:tr>
      <w:tr w:rsidR="00327BED" w14:paraId="7BE561B2" w14:textId="77777777">
        <w:trPr>
          <w:cantSplit/>
          <w:jc w:val="center"/>
        </w:trPr>
        <w:tc>
          <w:tcPr>
            <w:tcW w:w="778" w:type="dxa"/>
            <w:shd w:val="clear" w:color="auto" w:fill="313338"/>
            <w:tcMar>
              <w:top w:w="55" w:type="dxa"/>
              <w:left w:w="10" w:type="dxa"/>
              <w:bottom w:w="30" w:type="dxa"/>
              <w:right w:w="25" w:type="dxa"/>
            </w:tcMar>
          </w:tcPr>
          <w:p w14:paraId="42DAD29F" w14:textId="77777777" w:rsidR="00327BED" w:rsidRDefault="00000000">
            <w:r>
              <w:rPr>
                <w:noProof/>
              </w:rPr>
              <w:drawing>
                <wp:inline distT="0" distB="0" distL="0" distR="0" wp14:anchorId="37C823F5" wp14:editId="14184872">
                  <wp:extent cx="356616" cy="356616"/>
                  <wp:effectExtent l="0" t="0" r="0" b="0"/>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FCEE8FD" w14:textId="77777777" w:rsidR="00327BED" w:rsidRDefault="00000000">
            <w:pPr>
              <w:spacing w:after="24"/>
            </w:pPr>
            <w:r>
              <w:rPr>
                <w:b/>
                <w:color w:val="F0B232"/>
              </w:rPr>
              <w:t>Ev</w:t>
            </w:r>
            <w:r>
              <w:rPr>
                <w:color w:val="949BA4"/>
                <w:sz w:val="15"/>
              </w:rPr>
              <w:t xml:space="preserve">  10/05/2026 2:58 AM</w:t>
            </w:r>
          </w:p>
          <w:p w14:paraId="1FCD19D7" w14:textId="77777777" w:rsidR="00327BED" w:rsidRDefault="00000000">
            <w:pPr>
              <w:spacing w:after="8" w:line="245" w:lineRule="auto"/>
            </w:pPr>
            <w:r>
              <w:t>Saying you'd be responsible if she killed herself what the fuck</w:t>
            </w:r>
          </w:p>
          <w:p w14:paraId="1A64FE1C" w14:textId="77777777" w:rsidR="00327BED" w:rsidRDefault="00327BED">
            <w:pPr>
              <w:spacing w:line="84" w:lineRule="auto"/>
            </w:pPr>
          </w:p>
          <w:p w14:paraId="2F754A12" w14:textId="77777777" w:rsidR="00327BED" w:rsidRDefault="00000000">
            <w:pPr>
              <w:spacing w:before="10" w:after="8" w:line="245" w:lineRule="auto"/>
            </w:pPr>
            <w:r>
              <w:t>Oskar get her to stop that right now seriously</w:t>
            </w:r>
          </w:p>
          <w:p w14:paraId="41A75C78" w14:textId="77777777" w:rsidR="00327BED" w:rsidRDefault="00327BED">
            <w:pPr>
              <w:spacing w:line="84" w:lineRule="auto"/>
            </w:pPr>
          </w:p>
          <w:p w14:paraId="4C934FD2" w14:textId="77777777" w:rsidR="00327BED" w:rsidRDefault="00000000">
            <w:pPr>
              <w:spacing w:before="10" w:after="8" w:line="245" w:lineRule="auto"/>
            </w:pPr>
            <w:r>
              <w:t>Like actually full on tone change she's getting really carried away</w:t>
            </w:r>
          </w:p>
          <w:p w14:paraId="4A69F82A" w14:textId="77777777" w:rsidR="00327BED" w:rsidRDefault="00327BED">
            <w:pPr>
              <w:spacing w:line="84" w:lineRule="auto"/>
            </w:pPr>
          </w:p>
          <w:p w14:paraId="5E624B08" w14:textId="77777777" w:rsidR="00327BED" w:rsidRDefault="00000000">
            <w:pPr>
              <w:spacing w:before="10" w:after="8" w:line="245" w:lineRule="auto"/>
            </w:pPr>
            <w:r>
              <w:t>What a bitch</w:t>
            </w:r>
          </w:p>
        </w:tc>
      </w:tr>
      <w:tr w:rsidR="00327BED" w14:paraId="065E6287" w14:textId="77777777">
        <w:trPr>
          <w:cantSplit/>
          <w:jc w:val="center"/>
        </w:trPr>
        <w:tc>
          <w:tcPr>
            <w:tcW w:w="778" w:type="dxa"/>
            <w:shd w:val="clear" w:color="auto" w:fill="313338"/>
            <w:tcMar>
              <w:top w:w="55" w:type="dxa"/>
              <w:left w:w="10" w:type="dxa"/>
              <w:bottom w:w="30" w:type="dxa"/>
              <w:right w:w="25" w:type="dxa"/>
            </w:tcMar>
          </w:tcPr>
          <w:p w14:paraId="29E1EA2B" w14:textId="77777777" w:rsidR="00327BED" w:rsidRDefault="00000000">
            <w:r>
              <w:rPr>
                <w:noProof/>
              </w:rPr>
              <w:drawing>
                <wp:inline distT="0" distB="0" distL="0" distR="0" wp14:anchorId="029FFA1C" wp14:editId="4E4ABC98">
                  <wp:extent cx="356616" cy="356616"/>
                  <wp:effectExtent l="0" t="0" r="0" b="0"/>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AE13AE0" w14:textId="77777777" w:rsidR="00327BED" w:rsidRDefault="00000000">
            <w:pPr>
              <w:spacing w:after="24"/>
            </w:pPr>
            <w:r>
              <w:rPr>
                <w:b/>
              </w:rPr>
              <w:t>Aperation</w:t>
            </w:r>
            <w:r>
              <w:rPr>
                <w:color w:val="949BA4"/>
                <w:sz w:val="15"/>
              </w:rPr>
              <w:t xml:space="preserve">  10/05/2026 2:59 AM</w:t>
            </w:r>
          </w:p>
          <w:p w14:paraId="0D9C999E" w14:textId="77777777" w:rsidR="00327BED" w:rsidRDefault="00000000">
            <w:pPr>
              <w:spacing w:after="8" w:line="245" w:lineRule="auto"/>
            </w:pPr>
            <w:r>
              <w:t>Listen</w:t>
            </w:r>
          </w:p>
          <w:p w14:paraId="4BBDE7A3" w14:textId="77777777" w:rsidR="00327BED" w:rsidRDefault="00327BED">
            <w:pPr>
              <w:spacing w:line="84" w:lineRule="auto"/>
            </w:pPr>
          </w:p>
          <w:p w14:paraId="4F6C3C9E" w14:textId="77777777" w:rsidR="00327BED" w:rsidRDefault="00000000">
            <w:pPr>
              <w:spacing w:before="10" w:after="8" w:line="245" w:lineRule="auto"/>
            </w:pPr>
            <w:r>
              <w:t>That’s fucjing insane Oskar</w:t>
            </w:r>
          </w:p>
        </w:tc>
      </w:tr>
      <w:tr w:rsidR="00327BED" w14:paraId="4D224DA5" w14:textId="77777777">
        <w:trPr>
          <w:cantSplit/>
          <w:jc w:val="center"/>
        </w:trPr>
        <w:tc>
          <w:tcPr>
            <w:tcW w:w="778" w:type="dxa"/>
            <w:shd w:val="clear" w:color="auto" w:fill="313338"/>
            <w:tcMar>
              <w:top w:w="55" w:type="dxa"/>
              <w:left w:w="10" w:type="dxa"/>
              <w:bottom w:w="30" w:type="dxa"/>
              <w:right w:w="25" w:type="dxa"/>
            </w:tcMar>
          </w:tcPr>
          <w:p w14:paraId="6DF68272" w14:textId="77777777" w:rsidR="00327BED" w:rsidRDefault="00000000">
            <w:r>
              <w:rPr>
                <w:noProof/>
              </w:rPr>
              <w:drawing>
                <wp:inline distT="0" distB="0" distL="0" distR="0" wp14:anchorId="2431E472" wp14:editId="2915B000">
                  <wp:extent cx="356616" cy="356616"/>
                  <wp:effectExtent l="0" t="0" r="0" b="0"/>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24F75277" w14:textId="77777777" w:rsidR="00327BED" w:rsidRDefault="00000000">
            <w:pPr>
              <w:spacing w:after="24"/>
            </w:pPr>
            <w:r>
              <w:rPr>
                <w:b/>
                <w:color w:val="F0B232"/>
              </w:rPr>
              <w:t>Ev</w:t>
            </w:r>
            <w:r>
              <w:rPr>
                <w:color w:val="949BA4"/>
                <w:sz w:val="15"/>
              </w:rPr>
              <w:t xml:space="preserve">  10/05/2026 2:59 AM</w:t>
            </w:r>
          </w:p>
          <w:p w14:paraId="3F236D3B" w14:textId="77777777" w:rsidR="00327BED" w:rsidRDefault="00000000">
            <w:pPr>
              <w:spacing w:after="8" w:line="245" w:lineRule="auto"/>
            </w:pPr>
            <w:r>
              <w:t>Peter hold me back</w:t>
            </w:r>
          </w:p>
        </w:tc>
      </w:tr>
      <w:tr w:rsidR="00327BED" w14:paraId="0B3AF774" w14:textId="77777777">
        <w:trPr>
          <w:cantSplit/>
          <w:jc w:val="center"/>
        </w:trPr>
        <w:tc>
          <w:tcPr>
            <w:tcW w:w="778" w:type="dxa"/>
            <w:shd w:val="clear" w:color="auto" w:fill="313338"/>
            <w:tcMar>
              <w:top w:w="55" w:type="dxa"/>
              <w:left w:w="10" w:type="dxa"/>
              <w:bottom w:w="30" w:type="dxa"/>
              <w:right w:w="25" w:type="dxa"/>
            </w:tcMar>
          </w:tcPr>
          <w:p w14:paraId="38098B48" w14:textId="77777777" w:rsidR="00327BED" w:rsidRDefault="00000000">
            <w:r>
              <w:rPr>
                <w:noProof/>
              </w:rPr>
              <w:drawing>
                <wp:inline distT="0" distB="0" distL="0" distR="0" wp14:anchorId="400DA786" wp14:editId="66E08A02">
                  <wp:extent cx="356616" cy="356616"/>
                  <wp:effectExtent l="0" t="0" r="0" b="0"/>
                  <wp:docPr id="394" name="Picture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613128EA" w14:textId="77777777" w:rsidR="00327BED" w:rsidRDefault="00000000">
            <w:pPr>
              <w:spacing w:after="24"/>
            </w:pPr>
            <w:r>
              <w:rPr>
                <w:b/>
              </w:rPr>
              <w:t>Aperation</w:t>
            </w:r>
            <w:r>
              <w:rPr>
                <w:color w:val="949BA4"/>
                <w:sz w:val="15"/>
              </w:rPr>
              <w:t xml:space="preserve">  10/05/2026 2:59 AM</w:t>
            </w:r>
          </w:p>
          <w:p w14:paraId="35FB7818" w14:textId="77777777" w:rsidR="00327BED" w:rsidRDefault="00000000">
            <w:pPr>
              <w:spacing w:after="8" w:line="245" w:lineRule="auto"/>
            </w:pPr>
            <w:r>
              <w:t>Year 8 ruby was pulling that shit</w:t>
            </w:r>
          </w:p>
        </w:tc>
      </w:tr>
      <w:tr w:rsidR="00327BED" w14:paraId="73F6AF17" w14:textId="77777777">
        <w:trPr>
          <w:cantSplit/>
          <w:jc w:val="center"/>
        </w:trPr>
        <w:tc>
          <w:tcPr>
            <w:tcW w:w="778" w:type="dxa"/>
            <w:shd w:val="clear" w:color="auto" w:fill="313338"/>
            <w:tcMar>
              <w:top w:w="55" w:type="dxa"/>
              <w:left w:w="10" w:type="dxa"/>
              <w:bottom w:w="30" w:type="dxa"/>
              <w:right w:w="25" w:type="dxa"/>
            </w:tcMar>
          </w:tcPr>
          <w:p w14:paraId="7033E299" w14:textId="77777777" w:rsidR="00327BED" w:rsidRDefault="00000000">
            <w:r>
              <w:rPr>
                <w:noProof/>
              </w:rPr>
              <w:drawing>
                <wp:inline distT="0" distB="0" distL="0" distR="0" wp14:anchorId="4F1B4FC2" wp14:editId="65CFA7EE">
                  <wp:extent cx="356616" cy="356616"/>
                  <wp:effectExtent l="0" t="0" r="0" b="0"/>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188F009" w14:textId="77777777" w:rsidR="00327BED" w:rsidRDefault="00000000">
            <w:pPr>
              <w:spacing w:after="24"/>
            </w:pPr>
            <w:r>
              <w:rPr>
                <w:b/>
                <w:color w:val="F0B232"/>
              </w:rPr>
              <w:t>Ev</w:t>
            </w:r>
            <w:r>
              <w:rPr>
                <w:color w:val="949BA4"/>
                <w:sz w:val="15"/>
              </w:rPr>
              <w:t xml:space="preserve">  10/05/2026 2:59 AM</w:t>
            </w:r>
          </w:p>
          <w:p w14:paraId="4D6D44D6" w14:textId="77777777" w:rsidR="00327BED" w:rsidRDefault="00000000">
            <w:pPr>
              <w:spacing w:after="8" w:line="245" w:lineRule="auto"/>
            </w:pPr>
            <w:r>
              <w:t>I didn't think people actually do that</w:t>
            </w:r>
          </w:p>
        </w:tc>
      </w:tr>
      <w:tr w:rsidR="00327BED" w14:paraId="0656199E" w14:textId="77777777">
        <w:trPr>
          <w:cantSplit/>
          <w:jc w:val="center"/>
        </w:trPr>
        <w:tc>
          <w:tcPr>
            <w:tcW w:w="778" w:type="dxa"/>
            <w:shd w:val="clear" w:color="auto" w:fill="313338"/>
            <w:tcMar>
              <w:top w:w="55" w:type="dxa"/>
              <w:left w:w="10" w:type="dxa"/>
              <w:bottom w:w="30" w:type="dxa"/>
              <w:right w:w="25" w:type="dxa"/>
            </w:tcMar>
          </w:tcPr>
          <w:p w14:paraId="59A7EE07" w14:textId="77777777" w:rsidR="00327BED" w:rsidRDefault="00000000">
            <w:r>
              <w:rPr>
                <w:noProof/>
              </w:rPr>
              <w:drawing>
                <wp:inline distT="0" distB="0" distL="0" distR="0" wp14:anchorId="6A6A4939" wp14:editId="0A8801E7">
                  <wp:extent cx="356616" cy="356616"/>
                  <wp:effectExtent l="0" t="0" r="0" b="0"/>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A63794F" w14:textId="77777777" w:rsidR="00327BED" w:rsidRDefault="00000000">
            <w:pPr>
              <w:spacing w:after="24"/>
            </w:pPr>
            <w:r>
              <w:rPr>
                <w:b/>
              </w:rPr>
              <w:t>Aperation</w:t>
            </w:r>
            <w:r>
              <w:rPr>
                <w:color w:val="949BA4"/>
                <w:sz w:val="15"/>
              </w:rPr>
              <w:t xml:space="preserve">  10/05/2026 2:59 AM</w:t>
            </w:r>
          </w:p>
          <w:p w14:paraId="75317B5A" w14:textId="77777777" w:rsidR="00327BED" w:rsidRDefault="00000000">
            <w:pPr>
              <w:spacing w:after="8" w:line="245" w:lineRule="auto"/>
            </w:pPr>
            <w:r>
              <w:t>Not fucking on</w:t>
            </w:r>
          </w:p>
        </w:tc>
      </w:tr>
      <w:tr w:rsidR="00327BED" w14:paraId="2A16B9A4" w14:textId="77777777">
        <w:trPr>
          <w:cantSplit/>
          <w:jc w:val="center"/>
        </w:trPr>
        <w:tc>
          <w:tcPr>
            <w:tcW w:w="778" w:type="dxa"/>
            <w:shd w:val="clear" w:color="auto" w:fill="313338"/>
            <w:tcMar>
              <w:top w:w="55" w:type="dxa"/>
              <w:left w:w="10" w:type="dxa"/>
              <w:bottom w:w="30" w:type="dxa"/>
              <w:right w:w="25" w:type="dxa"/>
            </w:tcMar>
          </w:tcPr>
          <w:p w14:paraId="302187DC" w14:textId="77777777" w:rsidR="00327BED" w:rsidRDefault="00000000">
            <w:r>
              <w:rPr>
                <w:noProof/>
              </w:rPr>
              <w:drawing>
                <wp:inline distT="0" distB="0" distL="0" distR="0" wp14:anchorId="1EBDA781" wp14:editId="6CCFB642">
                  <wp:extent cx="356616" cy="356616"/>
                  <wp:effectExtent l="0" t="0" r="0" b="0"/>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165C503" w14:textId="77777777" w:rsidR="00327BED" w:rsidRDefault="00000000">
            <w:pPr>
              <w:spacing w:after="24"/>
            </w:pPr>
            <w:r>
              <w:rPr>
                <w:b/>
                <w:color w:val="F0B232"/>
              </w:rPr>
              <w:t>Ev</w:t>
            </w:r>
            <w:r>
              <w:rPr>
                <w:color w:val="949BA4"/>
                <w:sz w:val="15"/>
              </w:rPr>
              <w:t xml:space="preserve">  10/05/2026 3:00 AM</w:t>
            </w:r>
          </w:p>
          <w:p w14:paraId="0843BF83" w14:textId="77777777" w:rsidR="00327BED" w:rsidRDefault="00000000">
            <w:pPr>
              <w:spacing w:after="8" w:line="245" w:lineRule="auto"/>
            </w:pPr>
            <w:r>
              <w:t>I'm going now</w:t>
            </w:r>
          </w:p>
        </w:tc>
      </w:tr>
      <w:tr w:rsidR="00327BED" w14:paraId="1E2AB8E0" w14:textId="77777777">
        <w:trPr>
          <w:cantSplit/>
          <w:jc w:val="center"/>
        </w:trPr>
        <w:tc>
          <w:tcPr>
            <w:tcW w:w="778" w:type="dxa"/>
            <w:shd w:val="clear" w:color="auto" w:fill="313338"/>
            <w:tcMar>
              <w:top w:w="55" w:type="dxa"/>
              <w:left w:w="10" w:type="dxa"/>
              <w:bottom w:w="30" w:type="dxa"/>
              <w:right w:w="25" w:type="dxa"/>
            </w:tcMar>
          </w:tcPr>
          <w:p w14:paraId="44DC9322" w14:textId="77777777" w:rsidR="00327BED" w:rsidRDefault="00000000">
            <w:r>
              <w:rPr>
                <w:noProof/>
              </w:rPr>
              <w:lastRenderedPageBreak/>
              <w:drawing>
                <wp:inline distT="0" distB="0" distL="0" distR="0" wp14:anchorId="778FFD3B" wp14:editId="69F2B8FE">
                  <wp:extent cx="356616" cy="356616"/>
                  <wp:effectExtent l="0" t="0" r="0" b="0"/>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D054EED" w14:textId="77777777" w:rsidR="00327BED" w:rsidRDefault="00000000">
            <w:pPr>
              <w:spacing w:after="24"/>
            </w:pPr>
            <w:r>
              <w:rPr>
                <w:b/>
              </w:rPr>
              <w:t>Aperation</w:t>
            </w:r>
            <w:r>
              <w:rPr>
                <w:color w:val="949BA4"/>
                <w:sz w:val="15"/>
              </w:rPr>
              <w:t xml:space="preserve">  10/05/2026 3:00 AM</w:t>
            </w:r>
          </w:p>
          <w:p w14:paraId="2FB1B031" w14:textId="77777777" w:rsidR="00327BED" w:rsidRDefault="00000000">
            <w:pPr>
              <w:spacing w:after="8" w:line="245" w:lineRule="auto"/>
            </w:pPr>
            <w:r>
              <w:t>She just went from you sat on grass with your friends</w:t>
            </w:r>
          </w:p>
          <w:p w14:paraId="4EC11653" w14:textId="77777777" w:rsidR="00327BED" w:rsidRDefault="00327BED">
            <w:pPr>
              <w:spacing w:line="84" w:lineRule="auto"/>
            </w:pPr>
          </w:p>
          <w:p w14:paraId="608255C7" w14:textId="77777777" w:rsidR="00327BED" w:rsidRDefault="00000000">
            <w:pPr>
              <w:spacing w:before="10" w:after="8" w:line="245" w:lineRule="auto"/>
            </w:pPr>
            <w:r>
              <w:t>To that</w:t>
            </w:r>
          </w:p>
          <w:p w14:paraId="03219527" w14:textId="77777777" w:rsidR="00327BED" w:rsidRDefault="00327BED">
            <w:pPr>
              <w:spacing w:line="84" w:lineRule="auto"/>
            </w:pPr>
          </w:p>
          <w:p w14:paraId="3A63B530" w14:textId="77777777" w:rsidR="00327BED" w:rsidRDefault="00000000">
            <w:pPr>
              <w:spacing w:before="10" w:after="8" w:line="245" w:lineRule="auto"/>
            </w:pPr>
            <w:r>
              <w:t>In the span of a few hours</w:t>
            </w:r>
          </w:p>
        </w:tc>
      </w:tr>
      <w:tr w:rsidR="00327BED" w14:paraId="0D9FEF58" w14:textId="77777777">
        <w:trPr>
          <w:cantSplit/>
          <w:jc w:val="center"/>
        </w:trPr>
        <w:tc>
          <w:tcPr>
            <w:tcW w:w="778" w:type="dxa"/>
            <w:shd w:val="clear" w:color="auto" w:fill="313338"/>
            <w:tcMar>
              <w:top w:w="55" w:type="dxa"/>
              <w:left w:w="10" w:type="dxa"/>
              <w:bottom w:w="30" w:type="dxa"/>
              <w:right w:w="25" w:type="dxa"/>
            </w:tcMar>
          </w:tcPr>
          <w:p w14:paraId="680329F6" w14:textId="77777777" w:rsidR="00327BED" w:rsidRDefault="00000000">
            <w:r>
              <w:rPr>
                <w:noProof/>
              </w:rPr>
              <w:drawing>
                <wp:inline distT="0" distB="0" distL="0" distR="0" wp14:anchorId="1FAFCC28" wp14:editId="3637D2E1">
                  <wp:extent cx="356616" cy="356616"/>
                  <wp:effectExtent l="0" t="0" r="0" b="0"/>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C6DB23C" w14:textId="77777777" w:rsidR="00327BED" w:rsidRDefault="00000000">
            <w:pPr>
              <w:spacing w:after="24"/>
            </w:pPr>
            <w:r>
              <w:rPr>
                <w:b/>
                <w:color w:val="F0B232"/>
              </w:rPr>
              <w:t>Ev</w:t>
            </w:r>
            <w:r>
              <w:rPr>
                <w:color w:val="949BA4"/>
                <w:sz w:val="15"/>
              </w:rPr>
              <w:t xml:space="preserve">  10/05/2026 3:00 AM</w:t>
            </w:r>
          </w:p>
          <w:p w14:paraId="775B88E7" w14:textId="77777777" w:rsidR="00327BED" w:rsidRDefault="00000000">
            <w:pPr>
              <w:spacing w:after="8" w:line="245" w:lineRule="auto"/>
            </w:pPr>
            <w:r>
              <w:t>That was ridiculous</w:t>
            </w:r>
          </w:p>
        </w:tc>
      </w:tr>
      <w:tr w:rsidR="00327BED" w14:paraId="46D1089A" w14:textId="77777777">
        <w:trPr>
          <w:cantSplit/>
          <w:jc w:val="center"/>
        </w:trPr>
        <w:tc>
          <w:tcPr>
            <w:tcW w:w="778" w:type="dxa"/>
            <w:shd w:val="clear" w:color="auto" w:fill="313338"/>
            <w:tcMar>
              <w:top w:w="55" w:type="dxa"/>
              <w:left w:w="10" w:type="dxa"/>
              <w:bottom w:w="30" w:type="dxa"/>
              <w:right w:w="25" w:type="dxa"/>
            </w:tcMar>
          </w:tcPr>
          <w:p w14:paraId="4BADCC53" w14:textId="77777777" w:rsidR="00327BED" w:rsidRDefault="00000000">
            <w:r>
              <w:rPr>
                <w:noProof/>
              </w:rPr>
              <w:drawing>
                <wp:inline distT="0" distB="0" distL="0" distR="0" wp14:anchorId="16A1CBFF" wp14:editId="581BA956">
                  <wp:extent cx="356616" cy="356616"/>
                  <wp:effectExtent l="0" t="0" r="0" b="0"/>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65845F52" w14:textId="77777777" w:rsidR="00327BED" w:rsidRDefault="00000000">
            <w:pPr>
              <w:spacing w:after="24"/>
            </w:pPr>
            <w:r>
              <w:rPr>
                <w:b/>
              </w:rPr>
              <w:t>Aperation</w:t>
            </w:r>
            <w:r>
              <w:rPr>
                <w:color w:val="949BA4"/>
                <w:sz w:val="15"/>
              </w:rPr>
              <w:t xml:space="preserve">  10/05/2026 3:00 AM</w:t>
            </w:r>
          </w:p>
          <w:p w14:paraId="2249BE75" w14:textId="77777777" w:rsidR="00327BED" w:rsidRDefault="00000000">
            <w:pPr>
              <w:spacing w:after="8" w:line="245" w:lineRule="auto"/>
            </w:pPr>
            <w:r>
              <w:t>That’s really fucking insane she needs a long fucking look in the mirror</w:t>
            </w:r>
          </w:p>
          <w:p w14:paraId="021C570A" w14:textId="77777777" w:rsidR="00327BED" w:rsidRDefault="00327BED">
            <w:pPr>
              <w:spacing w:line="84" w:lineRule="auto"/>
            </w:pPr>
          </w:p>
          <w:p w14:paraId="1443C785" w14:textId="77777777" w:rsidR="00327BED" w:rsidRDefault="00000000">
            <w:pPr>
              <w:spacing w:before="10" w:after="8" w:line="245" w:lineRule="auto"/>
            </w:pPr>
            <w:r>
              <w:t>Bonus is that’s ammo</w:t>
            </w:r>
          </w:p>
          <w:p w14:paraId="0749E53B" w14:textId="77777777" w:rsidR="00327BED" w:rsidRDefault="00327BED">
            <w:pPr>
              <w:spacing w:line="84" w:lineRule="auto"/>
            </w:pPr>
          </w:p>
          <w:p w14:paraId="38EBBD7C" w14:textId="77777777" w:rsidR="00327BED" w:rsidRDefault="00000000">
            <w:pPr>
              <w:spacing w:before="10" w:after="8" w:line="245" w:lineRule="auto"/>
            </w:pPr>
            <w:r>
              <w:t>But really Oskar that’s not ok</w:t>
            </w:r>
          </w:p>
        </w:tc>
      </w:tr>
      <w:tr w:rsidR="00327BED" w14:paraId="7F5984BE" w14:textId="77777777">
        <w:trPr>
          <w:cantSplit/>
          <w:jc w:val="center"/>
        </w:trPr>
        <w:tc>
          <w:tcPr>
            <w:tcW w:w="778" w:type="dxa"/>
            <w:shd w:val="clear" w:color="auto" w:fill="313338"/>
            <w:tcMar>
              <w:top w:w="55" w:type="dxa"/>
              <w:left w:w="10" w:type="dxa"/>
              <w:bottom w:w="30" w:type="dxa"/>
              <w:right w:w="25" w:type="dxa"/>
            </w:tcMar>
          </w:tcPr>
          <w:p w14:paraId="5C43CB85" w14:textId="77777777" w:rsidR="00327BED" w:rsidRDefault="00000000">
            <w:r>
              <w:rPr>
                <w:noProof/>
              </w:rPr>
              <w:drawing>
                <wp:inline distT="0" distB="0" distL="0" distR="0" wp14:anchorId="383C2ED2" wp14:editId="77DCFB50">
                  <wp:extent cx="356616" cy="356616"/>
                  <wp:effectExtent l="0" t="0" r="0" b="0"/>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2FE38369" w14:textId="77777777" w:rsidR="00327BED" w:rsidRDefault="00000000">
            <w:pPr>
              <w:spacing w:after="24"/>
            </w:pPr>
            <w:r>
              <w:rPr>
                <w:b/>
                <w:color w:val="F0B232"/>
              </w:rPr>
              <w:t>Ev</w:t>
            </w:r>
            <w:r>
              <w:rPr>
                <w:color w:val="949BA4"/>
                <w:sz w:val="15"/>
              </w:rPr>
              <w:t xml:space="preserve">  10/05/2026 3:01 AM</w:t>
            </w:r>
          </w:p>
          <w:p w14:paraId="463521AB" w14:textId="77777777" w:rsidR="00327BED" w:rsidRDefault="00000000">
            <w:pPr>
              <w:spacing w:after="8" w:line="245" w:lineRule="auto"/>
            </w:pPr>
            <w:r>
              <w:t>Yeah</w:t>
            </w:r>
          </w:p>
        </w:tc>
      </w:tr>
      <w:tr w:rsidR="00327BED" w14:paraId="21230736" w14:textId="77777777">
        <w:trPr>
          <w:cantSplit/>
          <w:jc w:val="center"/>
        </w:trPr>
        <w:tc>
          <w:tcPr>
            <w:tcW w:w="778" w:type="dxa"/>
            <w:shd w:val="clear" w:color="auto" w:fill="313338"/>
            <w:tcMar>
              <w:top w:w="55" w:type="dxa"/>
              <w:left w:w="10" w:type="dxa"/>
              <w:bottom w:w="30" w:type="dxa"/>
              <w:right w:w="25" w:type="dxa"/>
            </w:tcMar>
          </w:tcPr>
          <w:p w14:paraId="2846753F" w14:textId="77777777" w:rsidR="00327BED" w:rsidRDefault="00000000">
            <w:r>
              <w:rPr>
                <w:noProof/>
              </w:rPr>
              <w:drawing>
                <wp:inline distT="0" distB="0" distL="0" distR="0" wp14:anchorId="73A221C6" wp14:editId="2DF6908F">
                  <wp:extent cx="356616" cy="356616"/>
                  <wp:effectExtent l="0" t="0" r="0" b="0"/>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320CAE0E" w14:textId="77777777" w:rsidR="00327BED" w:rsidRDefault="00000000">
            <w:pPr>
              <w:spacing w:after="24"/>
            </w:pPr>
            <w:r>
              <w:rPr>
                <w:b/>
              </w:rPr>
              <w:t>Aperation</w:t>
            </w:r>
            <w:r>
              <w:rPr>
                <w:color w:val="949BA4"/>
                <w:sz w:val="15"/>
              </w:rPr>
              <w:t xml:space="preserve">  10/05/2026 3:01 AM</w:t>
            </w:r>
          </w:p>
          <w:p w14:paraId="2B7E2375" w14:textId="77777777" w:rsidR="00327BED" w:rsidRDefault="00000000">
            <w:pPr>
              <w:spacing w:after="8" w:line="245" w:lineRule="auto"/>
            </w:pPr>
            <w:r>
              <w:t>Ok calmskis we can make a plan of action tmw</w:t>
            </w:r>
          </w:p>
        </w:tc>
      </w:tr>
      <w:tr w:rsidR="00327BED" w14:paraId="2022D03F" w14:textId="77777777">
        <w:trPr>
          <w:cantSplit/>
          <w:jc w:val="center"/>
        </w:trPr>
        <w:tc>
          <w:tcPr>
            <w:tcW w:w="778" w:type="dxa"/>
            <w:shd w:val="clear" w:color="auto" w:fill="313338"/>
            <w:tcMar>
              <w:top w:w="55" w:type="dxa"/>
              <w:left w:w="10" w:type="dxa"/>
              <w:bottom w:w="30" w:type="dxa"/>
              <w:right w:w="25" w:type="dxa"/>
            </w:tcMar>
          </w:tcPr>
          <w:p w14:paraId="57D875F0" w14:textId="77777777" w:rsidR="00327BED" w:rsidRDefault="00000000">
            <w:r>
              <w:rPr>
                <w:noProof/>
              </w:rPr>
              <w:drawing>
                <wp:inline distT="0" distB="0" distL="0" distR="0" wp14:anchorId="67147984" wp14:editId="1786A64E">
                  <wp:extent cx="356616" cy="356616"/>
                  <wp:effectExtent l="0" t="0" r="0" b="0"/>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2631516E" w14:textId="77777777" w:rsidR="00327BED" w:rsidRDefault="00000000">
            <w:pPr>
              <w:spacing w:after="24"/>
            </w:pPr>
            <w:r>
              <w:rPr>
                <w:b/>
                <w:color w:val="F0B232"/>
              </w:rPr>
              <w:t>Ev</w:t>
            </w:r>
            <w:r>
              <w:rPr>
                <w:color w:val="949BA4"/>
                <w:sz w:val="15"/>
              </w:rPr>
              <w:t xml:space="preserve">  10/05/2026 3:01 AM</w:t>
            </w:r>
          </w:p>
          <w:p w14:paraId="4D0DA940" w14:textId="77777777" w:rsidR="00327BED" w:rsidRDefault="00000000">
            <w:pPr>
              <w:spacing w:after="8" w:line="245" w:lineRule="auto"/>
            </w:pPr>
            <w:r>
              <w:t>If I don't kill myself</w:t>
            </w:r>
          </w:p>
        </w:tc>
      </w:tr>
      <w:tr w:rsidR="00327BED" w14:paraId="52499990" w14:textId="77777777">
        <w:trPr>
          <w:cantSplit/>
          <w:jc w:val="center"/>
        </w:trPr>
        <w:tc>
          <w:tcPr>
            <w:tcW w:w="778" w:type="dxa"/>
            <w:shd w:val="clear" w:color="auto" w:fill="313338"/>
            <w:tcMar>
              <w:top w:w="55" w:type="dxa"/>
              <w:left w:w="10" w:type="dxa"/>
              <w:bottom w:w="30" w:type="dxa"/>
              <w:right w:w="25" w:type="dxa"/>
            </w:tcMar>
          </w:tcPr>
          <w:p w14:paraId="729BCC1D" w14:textId="77777777" w:rsidR="00327BED" w:rsidRDefault="00000000">
            <w:r>
              <w:rPr>
                <w:noProof/>
              </w:rPr>
              <w:drawing>
                <wp:inline distT="0" distB="0" distL="0" distR="0" wp14:anchorId="23A6C0A6" wp14:editId="4F3970A1">
                  <wp:extent cx="356616" cy="356616"/>
                  <wp:effectExtent l="0" t="0" r="0" b="0"/>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DF25C76" w14:textId="77777777" w:rsidR="00327BED" w:rsidRDefault="00000000">
            <w:pPr>
              <w:spacing w:after="24"/>
            </w:pPr>
            <w:r>
              <w:rPr>
                <w:b/>
              </w:rPr>
              <w:t>Aperation</w:t>
            </w:r>
            <w:r>
              <w:rPr>
                <w:color w:val="949BA4"/>
                <w:sz w:val="15"/>
              </w:rPr>
              <w:t xml:space="preserve">  10/05/2026 3:01 AM</w:t>
            </w:r>
          </w:p>
          <w:p w14:paraId="35D1F24F" w14:textId="77777777" w:rsidR="00327BED" w:rsidRDefault="00000000">
            <w:pPr>
              <w:spacing w:after="8" w:line="245" w:lineRule="auto"/>
            </w:pPr>
            <w:r>
              <w:t>But Oskar just get your sleep like wallahi don’t stress abt this</w:t>
            </w:r>
          </w:p>
        </w:tc>
      </w:tr>
      <w:tr w:rsidR="00327BED" w14:paraId="1BAE0F91" w14:textId="77777777">
        <w:trPr>
          <w:cantSplit/>
          <w:jc w:val="center"/>
        </w:trPr>
        <w:tc>
          <w:tcPr>
            <w:tcW w:w="778" w:type="dxa"/>
            <w:shd w:val="clear" w:color="auto" w:fill="313338"/>
            <w:tcMar>
              <w:top w:w="55" w:type="dxa"/>
              <w:left w:w="10" w:type="dxa"/>
              <w:bottom w:w="30" w:type="dxa"/>
              <w:right w:w="25" w:type="dxa"/>
            </w:tcMar>
          </w:tcPr>
          <w:p w14:paraId="6C95137C" w14:textId="77777777" w:rsidR="00327BED" w:rsidRDefault="00000000">
            <w:r>
              <w:rPr>
                <w:noProof/>
              </w:rPr>
              <w:drawing>
                <wp:inline distT="0" distB="0" distL="0" distR="0" wp14:anchorId="69A29F89" wp14:editId="1ECF3CD0">
                  <wp:extent cx="356616" cy="356616"/>
                  <wp:effectExtent l="0" t="0" r="0" b="0"/>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2E1964A6" w14:textId="77777777" w:rsidR="00327BED" w:rsidRDefault="00000000">
            <w:pPr>
              <w:spacing w:after="24"/>
            </w:pPr>
            <w:r>
              <w:rPr>
                <w:b/>
                <w:color w:val="F0B232"/>
              </w:rPr>
              <w:t>Ev</w:t>
            </w:r>
            <w:r>
              <w:rPr>
                <w:color w:val="949BA4"/>
                <w:sz w:val="15"/>
              </w:rPr>
              <w:t xml:space="preserve">  10/05/2026 3:02 AM</w:t>
            </w:r>
          </w:p>
          <w:p w14:paraId="1F36FDA9" w14:textId="77777777" w:rsidR="00327BED" w:rsidRDefault="00000000">
            <w:pPr>
              <w:spacing w:after="8" w:line="245" w:lineRule="auto"/>
            </w:pPr>
            <w:r>
              <w:t>Dude that is terrible from her</w:t>
            </w:r>
          </w:p>
        </w:tc>
      </w:tr>
      <w:tr w:rsidR="00327BED" w14:paraId="7BFBB9D7" w14:textId="77777777">
        <w:trPr>
          <w:cantSplit/>
          <w:jc w:val="center"/>
        </w:trPr>
        <w:tc>
          <w:tcPr>
            <w:tcW w:w="778" w:type="dxa"/>
            <w:shd w:val="clear" w:color="auto" w:fill="313338"/>
            <w:tcMar>
              <w:top w:w="55" w:type="dxa"/>
              <w:left w:w="10" w:type="dxa"/>
              <w:bottom w:w="30" w:type="dxa"/>
              <w:right w:w="25" w:type="dxa"/>
            </w:tcMar>
          </w:tcPr>
          <w:p w14:paraId="7F97F8FA" w14:textId="77777777" w:rsidR="00327BED" w:rsidRDefault="00000000">
            <w:r>
              <w:rPr>
                <w:noProof/>
              </w:rPr>
              <w:drawing>
                <wp:inline distT="0" distB="0" distL="0" distR="0" wp14:anchorId="0F5CBC93" wp14:editId="73BB120A">
                  <wp:extent cx="356616" cy="356616"/>
                  <wp:effectExtent l="0" t="0" r="0" b="0"/>
                  <wp:docPr id="406" name="Picture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04377DB8" w14:textId="77777777" w:rsidR="00327BED" w:rsidRDefault="00000000">
            <w:pPr>
              <w:spacing w:after="24"/>
            </w:pPr>
            <w:r>
              <w:rPr>
                <w:b/>
              </w:rPr>
              <w:t>Aperation</w:t>
            </w:r>
            <w:r>
              <w:rPr>
                <w:color w:val="949BA4"/>
                <w:sz w:val="15"/>
              </w:rPr>
              <w:t xml:space="preserve">  10/05/2026 3:02 AM</w:t>
            </w:r>
          </w:p>
          <w:p w14:paraId="5FDEA8B9" w14:textId="77777777" w:rsidR="00327BED" w:rsidRDefault="00000000">
            <w:pPr>
              <w:spacing w:after="8" w:line="245" w:lineRule="auto"/>
            </w:pPr>
            <w:r>
              <w:t>What she just pulled is fucking insane</w:t>
            </w:r>
          </w:p>
        </w:tc>
      </w:tr>
      <w:tr w:rsidR="00327BED" w14:paraId="2E1FFD0C" w14:textId="77777777">
        <w:trPr>
          <w:cantSplit/>
          <w:jc w:val="center"/>
        </w:trPr>
        <w:tc>
          <w:tcPr>
            <w:tcW w:w="778" w:type="dxa"/>
            <w:shd w:val="clear" w:color="auto" w:fill="313338"/>
            <w:tcMar>
              <w:top w:w="55" w:type="dxa"/>
              <w:left w:w="10" w:type="dxa"/>
              <w:bottom w:w="30" w:type="dxa"/>
              <w:right w:w="25" w:type="dxa"/>
            </w:tcMar>
          </w:tcPr>
          <w:p w14:paraId="031557E2" w14:textId="77777777" w:rsidR="00327BED" w:rsidRDefault="00000000">
            <w:r>
              <w:rPr>
                <w:noProof/>
              </w:rPr>
              <w:drawing>
                <wp:inline distT="0" distB="0" distL="0" distR="0" wp14:anchorId="6AB00423" wp14:editId="7D9BB250">
                  <wp:extent cx="356616" cy="356616"/>
                  <wp:effectExtent l="0" t="0" r="0" b="0"/>
                  <wp:docPr id="407" name="Pictur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64D9266E" w14:textId="77777777" w:rsidR="00327BED" w:rsidRDefault="00000000">
            <w:pPr>
              <w:spacing w:after="24"/>
            </w:pPr>
            <w:r>
              <w:rPr>
                <w:b/>
                <w:color w:val="F0B232"/>
              </w:rPr>
              <w:t>Ev</w:t>
            </w:r>
            <w:r>
              <w:rPr>
                <w:color w:val="949BA4"/>
                <w:sz w:val="15"/>
              </w:rPr>
              <w:t xml:space="preserve">  10/05/2026 3:02 AM</w:t>
            </w:r>
          </w:p>
          <w:p w14:paraId="79A4460B" w14:textId="77777777" w:rsidR="00327BED" w:rsidRDefault="00000000">
            <w:pPr>
              <w:spacing w:after="8" w:line="245" w:lineRule="auto"/>
            </w:pPr>
            <w:r>
              <w:t>You can really tell she's doing it solo</w:t>
            </w:r>
          </w:p>
        </w:tc>
      </w:tr>
      <w:tr w:rsidR="00327BED" w14:paraId="2B95C737" w14:textId="77777777">
        <w:trPr>
          <w:cantSplit/>
          <w:jc w:val="center"/>
        </w:trPr>
        <w:tc>
          <w:tcPr>
            <w:tcW w:w="778" w:type="dxa"/>
            <w:shd w:val="clear" w:color="auto" w:fill="313338"/>
            <w:tcMar>
              <w:top w:w="55" w:type="dxa"/>
              <w:left w:w="10" w:type="dxa"/>
              <w:bottom w:w="30" w:type="dxa"/>
              <w:right w:w="25" w:type="dxa"/>
            </w:tcMar>
          </w:tcPr>
          <w:p w14:paraId="1C3B8250" w14:textId="77777777" w:rsidR="00327BED" w:rsidRDefault="00000000">
            <w:r>
              <w:rPr>
                <w:noProof/>
              </w:rPr>
              <w:drawing>
                <wp:inline distT="0" distB="0" distL="0" distR="0" wp14:anchorId="5914B414" wp14:editId="0A4D376A">
                  <wp:extent cx="356616" cy="356616"/>
                  <wp:effectExtent l="0" t="0" r="0" b="0"/>
                  <wp:docPr id="408" name="Picture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3202FF72" w14:textId="77777777" w:rsidR="00327BED" w:rsidRDefault="00000000">
            <w:pPr>
              <w:spacing w:after="24"/>
            </w:pPr>
            <w:r>
              <w:rPr>
                <w:b/>
              </w:rPr>
              <w:t>Aperation</w:t>
            </w:r>
            <w:r>
              <w:rPr>
                <w:color w:val="949BA4"/>
                <w:sz w:val="15"/>
              </w:rPr>
              <w:t xml:space="preserve">  10/05/2026 3:02 AM</w:t>
            </w:r>
          </w:p>
          <w:p w14:paraId="380E7DB9" w14:textId="77777777" w:rsidR="00327BED" w:rsidRDefault="00000000">
            <w:pPr>
              <w:spacing w:after="8" w:line="245" w:lineRule="auto"/>
            </w:pPr>
            <w:r>
              <w:t>And if she doesn’t apologise in literally 2 seconds from when she starts typing tmw</w:t>
            </w:r>
          </w:p>
          <w:p w14:paraId="1EF9FCB9" w14:textId="77777777" w:rsidR="00327BED" w:rsidRDefault="00327BED">
            <w:pPr>
              <w:spacing w:line="84" w:lineRule="auto"/>
            </w:pPr>
          </w:p>
          <w:p w14:paraId="776108DD" w14:textId="77777777" w:rsidR="00327BED" w:rsidRDefault="00000000">
            <w:pPr>
              <w:spacing w:before="10" w:after="8" w:line="245" w:lineRule="auto"/>
            </w:pPr>
            <w:r>
              <w:t>It’s fucking mad</w:t>
            </w:r>
          </w:p>
          <w:p w14:paraId="609E074F" w14:textId="77777777" w:rsidR="00327BED" w:rsidRDefault="00327BED">
            <w:pPr>
              <w:spacing w:line="84" w:lineRule="auto"/>
            </w:pPr>
          </w:p>
          <w:p w14:paraId="298B59D0" w14:textId="77777777" w:rsidR="00327BED" w:rsidRDefault="00000000">
            <w:pPr>
              <w:spacing w:before="10" w:after="8" w:line="245" w:lineRule="auto"/>
            </w:pPr>
            <w:r>
              <w:t>Yes listen it’s genuinely her same cycle</w:t>
            </w:r>
          </w:p>
          <w:p w14:paraId="62013A8E" w14:textId="77777777" w:rsidR="00327BED" w:rsidRDefault="00327BED">
            <w:pPr>
              <w:spacing w:line="84" w:lineRule="auto"/>
            </w:pPr>
          </w:p>
          <w:p w14:paraId="64304A0D" w14:textId="77777777" w:rsidR="00327BED" w:rsidRDefault="00000000">
            <w:pPr>
              <w:spacing w:before="10" w:after="8" w:line="245" w:lineRule="auto"/>
            </w:pPr>
            <w:r>
              <w:t>Her play book is getting mad</w:t>
            </w:r>
          </w:p>
        </w:tc>
      </w:tr>
      <w:tr w:rsidR="00327BED" w14:paraId="29C10720" w14:textId="77777777">
        <w:trPr>
          <w:cantSplit/>
          <w:jc w:val="center"/>
        </w:trPr>
        <w:tc>
          <w:tcPr>
            <w:tcW w:w="778" w:type="dxa"/>
            <w:shd w:val="clear" w:color="auto" w:fill="313338"/>
            <w:tcMar>
              <w:top w:w="55" w:type="dxa"/>
              <w:left w:w="10" w:type="dxa"/>
              <w:bottom w:w="30" w:type="dxa"/>
              <w:right w:w="25" w:type="dxa"/>
            </w:tcMar>
          </w:tcPr>
          <w:p w14:paraId="2C085170" w14:textId="77777777" w:rsidR="00327BED" w:rsidRDefault="00000000">
            <w:r>
              <w:rPr>
                <w:noProof/>
              </w:rPr>
              <w:drawing>
                <wp:inline distT="0" distB="0" distL="0" distR="0" wp14:anchorId="4F53904F" wp14:editId="53D40662">
                  <wp:extent cx="356616" cy="356616"/>
                  <wp:effectExtent l="0" t="0" r="0" b="0"/>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62901F7" w14:textId="77777777" w:rsidR="00327BED" w:rsidRDefault="00000000">
            <w:pPr>
              <w:spacing w:after="24"/>
            </w:pPr>
            <w:r>
              <w:rPr>
                <w:b/>
                <w:color w:val="F0B232"/>
              </w:rPr>
              <w:t>Ev</w:t>
            </w:r>
            <w:r>
              <w:rPr>
                <w:color w:val="949BA4"/>
                <w:sz w:val="15"/>
              </w:rPr>
              <w:t xml:space="preserve">  10/05/2026 3:03 AM</w:t>
            </w:r>
          </w:p>
          <w:p w14:paraId="7E3D371F" w14:textId="77777777" w:rsidR="00327BED" w:rsidRDefault="00000000">
            <w:pPr>
              <w:spacing w:after="8" w:line="245" w:lineRule="auto"/>
            </w:pPr>
            <w:r>
              <w:t>Oskar if anyone asks why you broke up you can say she threatened to kill herself over you</w:t>
            </w:r>
          </w:p>
          <w:p w14:paraId="0D788AAA" w14:textId="77777777" w:rsidR="00327BED" w:rsidRDefault="00327BED">
            <w:pPr>
              <w:spacing w:line="84" w:lineRule="auto"/>
            </w:pPr>
          </w:p>
          <w:p w14:paraId="646C4C89" w14:textId="77777777" w:rsidR="00327BED" w:rsidRDefault="00000000">
            <w:pPr>
              <w:spacing w:before="10" w:after="8" w:line="245" w:lineRule="auto"/>
            </w:pPr>
            <w:r>
              <w:t>That's not on at all</w:t>
            </w:r>
          </w:p>
        </w:tc>
      </w:tr>
      <w:tr w:rsidR="00327BED" w14:paraId="2F11E019" w14:textId="77777777">
        <w:trPr>
          <w:cantSplit/>
          <w:jc w:val="center"/>
        </w:trPr>
        <w:tc>
          <w:tcPr>
            <w:tcW w:w="778" w:type="dxa"/>
            <w:shd w:val="clear" w:color="auto" w:fill="313338"/>
            <w:tcMar>
              <w:top w:w="55" w:type="dxa"/>
              <w:left w:w="10" w:type="dxa"/>
              <w:bottom w:w="30" w:type="dxa"/>
              <w:right w:w="25" w:type="dxa"/>
            </w:tcMar>
          </w:tcPr>
          <w:p w14:paraId="6D3B2AEB" w14:textId="77777777" w:rsidR="00327BED" w:rsidRDefault="00000000">
            <w:r>
              <w:rPr>
                <w:noProof/>
              </w:rPr>
              <w:drawing>
                <wp:inline distT="0" distB="0" distL="0" distR="0" wp14:anchorId="0805B5B9" wp14:editId="5E191EB2">
                  <wp:extent cx="356616" cy="356616"/>
                  <wp:effectExtent l="0" t="0" r="0" b="0"/>
                  <wp:docPr id="410" name="Pictur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1EA607A" w14:textId="77777777" w:rsidR="00327BED" w:rsidRDefault="00000000">
            <w:pPr>
              <w:spacing w:after="24"/>
            </w:pPr>
            <w:r>
              <w:rPr>
                <w:b/>
              </w:rPr>
              <w:t>Aperation</w:t>
            </w:r>
            <w:r>
              <w:rPr>
                <w:color w:val="949BA4"/>
                <w:sz w:val="15"/>
              </w:rPr>
              <w:t xml:space="preserve">  10/05/2026 3:03 AM</w:t>
            </w:r>
          </w:p>
          <w:p w14:paraId="6783D965" w14:textId="77777777" w:rsidR="00327BED" w:rsidRDefault="00000000">
            <w:pPr>
              <w:spacing w:after="8" w:line="245" w:lineRule="auto"/>
            </w:pPr>
            <w:r>
              <w:t>Yes like obviously sleep it over but Oskar’s that’s insane</w:t>
            </w:r>
          </w:p>
          <w:p w14:paraId="4837F6EB" w14:textId="77777777" w:rsidR="00327BED" w:rsidRDefault="00327BED">
            <w:pPr>
              <w:spacing w:line="84" w:lineRule="auto"/>
            </w:pPr>
          </w:p>
          <w:p w14:paraId="26087F8C" w14:textId="77777777" w:rsidR="00327BED" w:rsidRDefault="00000000">
            <w:pPr>
              <w:spacing w:before="10" w:after="8" w:line="245" w:lineRule="auto"/>
            </w:pPr>
            <w:r>
              <w:t>And she doubled down</w:t>
            </w:r>
          </w:p>
        </w:tc>
      </w:tr>
      <w:tr w:rsidR="00327BED" w14:paraId="389F8B9A" w14:textId="77777777">
        <w:trPr>
          <w:cantSplit/>
          <w:jc w:val="center"/>
        </w:trPr>
        <w:tc>
          <w:tcPr>
            <w:tcW w:w="778" w:type="dxa"/>
            <w:shd w:val="clear" w:color="auto" w:fill="313338"/>
            <w:tcMar>
              <w:top w:w="55" w:type="dxa"/>
              <w:left w:w="10" w:type="dxa"/>
              <w:bottom w:w="30" w:type="dxa"/>
              <w:right w:w="25" w:type="dxa"/>
            </w:tcMar>
          </w:tcPr>
          <w:p w14:paraId="5BCEE86F" w14:textId="77777777" w:rsidR="00327BED" w:rsidRDefault="00000000">
            <w:r>
              <w:rPr>
                <w:noProof/>
              </w:rPr>
              <w:drawing>
                <wp:inline distT="0" distB="0" distL="0" distR="0" wp14:anchorId="04BB7E1D" wp14:editId="27E1E425">
                  <wp:extent cx="356616" cy="356616"/>
                  <wp:effectExtent l="0" t="0" r="0" b="0"/>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2BB7E3DC" w14:textId="77777777" w:rsidR="00327BED" w:rsidRDefault="00000000">
            <w:pPr>
              <w:spacing w:after="24"/>
            </w:pPr>
            <w:r>
              <w:rPr>
                <w:b/>
                <w:color w:val="F0B232"/>
              </w:rPr>
              <w:t>Ev</w:t>
            </w:r>
            <w:r>
              <w:rPr>
                <w:color w:val="949BA4"/>
                <w:sz w:val="15"/>
              </w:rPr>
              <w:t xml:space="preserve">  10/05/2026 3:03 AM</w:t>
            </w:r>
          </w:p>
          <w:p w14:paraId="48AD3A39" w14:textId="77777777" w:rsidR="00327BED" w:rsidRDefault="00000000">
            <w:pPr>
              <w:spacing w:after="8" w:line="245" w:lineRule="auto"/>
            </w:pPr>
            <w:r>
              <w:t>It happened really fast I get it but that was BAD</w:t>
            </w:r>
          </w:p>
        </w:tc>
      </w:tr>
      <w:tr w:rsidR="00327BED" w14:paraId="0142D1B0" w14:textId="77777777">
        <w:trPr>
          <w:cantSplit/>
          <w:jc w:val="center"/>
        </w:trPr>
        <w:tc>
          <w:tcPr>
            <w:tcW w:w="778" w:type="dxa"/>
            <w:shd w:val="clear" w:color="auto" w:fill="313338"/>
            <w:tcMar>
              <w:top w:w="55" w:type="dxa"/>
              <w:left w:w="10" w:type="dxa"/>
              <w:bottom w:w="30" w:type="dxa"/>
              <w:right w:w="25" w:type="dxa"/>
            </w:tcMar>
          </w:tcPr>
          <w:p w14:paraId="5BBB6630" w14:textId="77777777" w:rsidR="00327BED" w:rsidRDefault="00000000">
            <w:r>
              <w:rPr>
                <w:noProof/>
              </w:rPr>
              <w:drawing>
                <wp:inline distT="0" distB="0" distL="0" distR="0" wp14:anchorId="1FFA2F78" wp14:editId="5BFBC1C5">
                  <wp:extent cx="356616" cy="356616"/>
                  <wp:effectExtent l="0" t="0" r="0" b="0"/>
                  <wp:docPr id="412" name="Pictur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3F4C3813" w14:textId="77777777" w:rsidR="00327BED" w:rsidRDefault="00000000">
            <w:pPr>
              <w:spacing w:after="24"/>
            </w:pPr>
            <w:r>
              <w:rPr>
                <w:b/>
              </w:rPr>
              <w:t>Aperation</w:t>
            </w:r>
            <w:r>
              <w:rPr>
                <w:color w:val="949BA4"/>
                <w:sz w:val="15"/>
              </w:rPr>
              <w:t xml:space="preserve">  10/05/2026 3:04 AM</w:t>
            </w:r>
          </w:p>
          <w:p w14:paraId="6A0FF54F" w14:textId="77777777" w:rsidR="00327BED" w:rsidRDefault="00000000">
            <w:pPr>
              <w:spacing w:after="8" w:line="245" w:lineRule="auto"/>
            </w:pPr>
            <w:r>
              <w:t>She went can you blame me</w:t>
            </w:r>
          </w:p>
        </w:tc>
      </w:tr>
      <w:tr w:rsidR="00327BED" w14:paraId="00B95BC0" w14:textId="77777777">
        <w:trPr>
          <w:cantSplit/>
          <w:jc w:val="center"/>
        </w:trPr>
        <w:tc>
          <w:tcPr>
            <w:tcW w:w="778" w:type="dxa"/>
            <w:shd w:val="clear" w:color="auto" w:fill="313338"/>
            <w:tcMar>
              <w:top w:w="55" w:type="dxa"/>
              <w:left w:w="10" w:type="dxa"/>
              <w:bottom w:w="30" w:type="dxa"/>
              <w:right w:w="25" w:type="dxa"/>
            </w:tcMar>
          </w:tcPr>
          <w:p w14:paraId="7B72F552" w14:textId="77777777" w:rsidR="00327BED" w:rsidRDefault="00000000">
            <w:r>
              <w:rPr>
                <w:noProof/>
              </w:rPr>
              <w:drawing>
                <wp:inline distT="0" distB="0" distL="0" distR="0" wp14:anchorId="64457EBA" wp14:editId="591B8F71">
                  <wp:extent cx="356616" cy="356616"/>
                  <wp:effectExtent l="0" t="0" r="0" b="0"/>
                  <wp:docPr id="413" name="Picture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043A4753" w14:textId="77777777" w:rsidR="00327BED" w:rsidRDefault="00000000">
            <w:pPr>
              <w:spacing w:after="24"/>
            </w:pPr>
            <w:r>
              <w:rPr>
                <w:b/>
                <w:color w:val="F0B232"/>
              </w:rPr>
              <w:t>Ev</w:t>
            </w:r>
            <w:r>
              <w:rPr>
                <w:color w:val="949BA4"/>
                <w:sz w:val="15"/>
              </w:rPr>
              <w:t xml:space="preserve">  10/05/2026 3:04 AM</w:t>
            </w:r>
          </w:p>
          <w:p w14:paraId="4ACEF5D2" w14:textId="77777777" w:rsidR="00327BED" w:rsidRDefault="00000000">
            <w:pPr>
              <w:spacing w:after="8" w:line="245" w:lineRule="auto"/>
            </w:pPr>
            <w:r>
              <w:t>Bye</w:t>
            </w:r>
          </w:p>
        </w:tc>
      </w:tr>
      <w:tr w:rsidR="00327BED" w14:paraId="50ABFF49" w14:textId="77777777">
        <w:trPr>
          <w:cantSplit/>
          <w:jc w:val="center"/>
        </w:trPr>
        <w:tc>
          <w:tcPr>
            <w:tcW w:w="778" w:type="dxa"/>
            <w:shd w:val="clear" w:color="auto" w:fill="313338"/>
            <w:tcMar>
              <w:top w:w="55" w:type="dxa"/>
              <w:left w:w="10" w:type="dxa"/>
              <w:bottom w:w="30" w:type="dxa"/>
              <w:right w:w="25" w:type="dxa"/>
            </w:tcMar>
          </w:tcPr>
          <w:p w14:paraId="62017BC9" w14:textId="77777777" w:rsidR="00327BED" w:rsidRDefault="00000000">
            <w:r>
              <w:rPr>
                <w:noProof/>
              </w:rPr>
              <w:drawing>
                <wp:inline distT="0" distB="0" distL="0" distR="0" wp14:anchorId="115AD525" wp14:editId="64AF9FEA">
                  <wp:extent cx="356616" cy="356616"/>
                  <wp:effectExtent l="0" t="0" r="0" b="0"/>
                  <wp:docPr id="414" name="Picture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6DF6C035" w14:textId="77777777" w:rsidR="00327BED" w:rsidRDefault="00000000">
            <w:pPr>
              <w:spacing w:after="24"/>
            </w:pPr>
            <w:r>
              <w:rPr>
                <w:b/>
              </w:rPr>
              <w:t>Aperation</w:t>
            </w:r>
            <w:r>
              <w:rPr>
                <w:color w:val="949BA4"/>
                <w:sz w:val="15"/>
              </w:rPr>
              <w:t xml:space="preserve">  10/05/2026 3:04 AM</w:t>
            </w:r>
          </w:p>
          <w:p w14:paraId="2E38B607" w14:textId="77777777" w:rsidR="00327BED" w:rsidRDefault="00000000">
            <w:pPr>
              <w:spacing w:after="8" w:line="245" w:lineRule="auto"/>
            </w:pPr>
            <w:r>
              <w:t>Ok get your beauty sleep</w:t>
            </w:r>
          </w:p>
        </w:tc>
      </w:tr>
      <w:tr w:rsidR="00327BED" w14:paraId="01BD2E75" w14:textId="77777777">
        <w:trPr>
          <w:cantSplit/>
          <w:jc w:val="center"/>
        </w:trPr>
        <w:tc>
          <w:tcPr>
            <w:tcW w:w="778" w:type="dxa"/>
            <w:shd w:val="clear" w:color="auto" w:fill="313338"/>
            <w:tcMar>
              <w:top w:w="55" w:type="dxa"/>
              <w:left w:w="10" w:type="dxa"/>
              <w:bottom w:w="30" w:type="dxa"/>
              <w:right w:w="25" w:type="dxa"/>
            </w:tcMar>
          </w:tcPr>
          <w:p w14:paraId="716D7E11" w14:textId="77777777" w:rsidR="00327BED" w:rsidRDefault="00000000">
            <w:r>
              <w:rPr>
                <w:noProof/>
              </w:rPr>
              <w:lastRenderedPageBreak/>
              <w:drawing>
                <wp:inline distT="0" distB="0" distL="0" distR="0" wp14:anchorId="4096CC0B" wp14:editId="741E9B62">
                  <wp:extent cx="356616" cy="356616"/>
                  <wp:effectExtent l="0" t="0" r="0" b="0"/>
                  <wp:docPr id="415" name="Picture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karino.png"/>
                          <pic:cNvPicPr/>
                        </pic:nvPicPr>
                        <pic:blipFill>
                          <a:blip r:embed="rId6"/>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08A3742" w14:textId="77777777" w:rsidR="00327BED" w:rsidRDefault="00000000">
            <w:pPr>
              <w:spacing w:after="24"/>
            </w:pPr>
            <w:r>
              <w:rPr>
                <w:b/>
                <w:color w:val="58A6FF"/>
              </w:rPr>
              <w:t>oskarino [ADHC],</w:t>
            </w:r>
            <w:r>
              <w:rPr>
                <w:color w:val="949BA4"/>
                <w:sz w:val="15"/>
              </w:rPr>
              <w:t xml:space="preserve">  10/05/2026 1:54 PM</w:t>
            </w:r>
          </w:p>
          <w:p w14:paraId="217693CE" w14:textId="77777777" w:rsidR="00327BED" w:rsidRDefault="00000000">
            <w:pPr>
              <w:spacing w:after="8" w:line="245" w:lineRule="auto"/>
            </w:pPr>
            <w:r>
              <w:rPr>
                <w:i/>
                <w:color w:val="949BA4"/>
                <w:sz w:val="18"/>
              </w:rPr>
              <w:t>[No text captured in export]</w:t>
            </w:r>
          </w:p>
          <w:p w14:paraId="5D10FB7C" w14:textId="77777777" w:rsidR="00327BED" w:rsidRDefault="00327BED">
            <w:pPr>
              <w:spacing w:line="84" w:lineRule="auto"/>
            </w:pPr>
          </w:p>
          <w:p w14:paraId="6F8C9FFB" w14:textId="77777777" w:rsidR="00327BED" w:rsidRDefault="00000000">
            <w:pPr>
              <w:spacing w:before="10" w:after="8" w:line="245" w:lineRule="auto"/>
            </w:pPr>
            <w:r>
              <w:rPr>
                <w:i/>
                <w:color w:val="949BA4"/>
                <w:sz w:val="18"/>
              </w:rPr>
              <w:t>[No text captured in export]</w:t>
            </w:r>
          </w:p>
          <w:p w14:paraId="00E25B85" w14:textId="77777777" w:rsidR="00327BED" w:rsidRDefault="00327BED">
            <w:pPr>
              <w:spacing w:line="84" w:lineRule="auto"/>
            </w:pPr>
          </w:p>
          <w:p w14:paraId="06DDB032" w14:textId="77777777" w:rsidR="00327BED" w:rsidRDefault="00000000">
            <w:pPr>
              <w:spacing w:before="10" w:after="8" w:line="245" w:lineRule="auto"/>
            </w:pPr>
            <w:r>
              <w:rPr>
                <w:i/>
                <w:color w:val="949BA4"/>
                <w:sz w:val="18"/>
              </w:rPr>
              <w:t>[No text captured in export]</w:t>
            </w:r>
          </w:p>
        </w:tc>
      </w:tr>
      <w:tr w:rsidR="00327BED" w14:paraId="35E8BD2D" w14:textId="77777777">
        <w:trPr>
          <w:cantSplit/>
          <w:jc w:val="center"/>
        </w:trPr>
        <w:tc>
          <w:tcPr>
            <w:tcW w:w="778" w:type="dxa"/>
            <w:shd w:val="clear" w:color="auto" w:fill="313338"/>
            <w:tcMar>
              <w:top w:w="55" w:type="dxa"/>
              <w:left w:w="10" w:type="dxa"/>
              <w:bottom w:w="30" w:type="dxa"/>
              <w:right w:w="25" w:type="dxa"/>
            </w:tcMar>
          </w:tcPr>
          <w:p w14:paraId="51ABF7A3" w14:textId="77777777" w:rsidR="00327BED" w:rsidRDefault="00000000">
            <w:r>
              <w:rPr>
                <w:noProof/>
              </w:rPr>
              <w:drawing>
                <wp:inline distT="0" distB="0" distL="0" distR="0" wp14:anchorId="553BF330" wp14:editId="77ED6A8D">
                  <wp:extent cx="356616" cy="356616"/>
                  <wp:effectExtent l="0" t="0" r="0" b="0"/>
                  <wp:docPr id="416" name="Picture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D480218" w14:textId="77777777" w:rsidR="00327BED" w:rsidRDefault="00000000">
            <w:pPr>
              <w:spacing w:after="24"/>
            </w:pPr>
            <w:r>
              <w:rPr>
                <w:b/>
              </w:rPr>
              <w:t>Aperation</w:t>
            </w:r>
            <w:r>
              <w:rPr>
                <w:color w:val="949BA4"/>
                <w:sz w:val="15"/>
              </w:rPr>
              <w:t xml:space="preserve">  10/05/2026 3:00 PM</w:t>
            </w:r>
          </w:p>
          <w:p w14:paraId="5E852BA8" w14:textId="77777777" w:rsidR="00327BED" w:rsidRDefault="00000000">
            <w:pPr>
              <w:spacing w:after="8" w:line="245" w:lineRule="auto"/>
            </w:pPr>
            <w:r>
              <w:t>i genuinely dont see how this could be sustainiable, from what you did last night thats genuinely insane and I dont know if i could look past that, we are always arguing in a circle and it happens every time, with exams coming up and all the stress i get from this i dont see a way to continue this without it affecting me</w:t>
            </w:r>
          </w:p>
        </w:tc>
      </w:tr>
      <w:tr w:rsidR="00327BED" w14:paraId="5EC61696" w14:textId="77777777">
        <w:trPr>
          <w:cantSplit/>
          <w:jc w:val="center"/>
        </w:trPr>
        <w:tc>
          <w:tcPr>
            <w:tcW w:w="778" w:type="dxa"/>
            <w:shd w:val="clear" w:color="auto" w:fill="313338"/>
            <w:tcMar>
              <w:top w:w="55" w:type="dxa"/>
              <w:left w:w="10" w:type="dxa"/>
              <w:bottom w:w="30" w:type="dxa"/>
              <w:right w:w="25" w:type="dxa"/>
            </w:tcMar>
          </w:tcPr>
          <w:p w14:paraId="3CAE2577" w14:textId="77777777" w:rsidR="00327BED" w:rsidRDefault="00000000">
            <w:r>
              <w:rPr>
                <w:noProof/>
              </w:rPr>
              <w:drawing>
                <wp:inline distT="0" distB="0" distL="0" distR="0" wp14:anchorId="6A1D9590" wp14:editId="0BFF9659">
                  <wp:extent cx="356616" cy="356616"/>
                  <wp:effectExtent l="0" t="0" r="0" b="0"/>
                  <wp:docPr id="417" name="Picture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ko.png"/>
                          <pic:cNvPicPr/>
                        </pic:nvPicPr>
                        <pic:blipFill>
                          <a:blip r:embed="rId9"/>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7FE00FF5" w14:textId="77777777" w:rsidR="00327BED" w:rsidRDefault="00000000">
            <w:pPr>
              <w:spacing w:after="24"/>
            </w:pPr>
            <w:r>
              <w:rPr>
                <w:b/>
                <w:color w:val="57F287"/>
              </w:rPr>
              <w:t>Niko</w:t>
            </w:r>
            <w:r>
              <w:rPr>
                <w:color w:val="949BA4"/>
                <w:sz w:val="15"/>
              </w:rPr>
              <w:t xml:space="preserve">  10/05/2026 3:04 PM</w:t>
            </w:r>
          </w:p>
          <w:p w14:paraId="51D12004" w14:textId="77777777" w:rsidR="00327BED" w:rsidRDefault="00000000">
            <w:pPr>
              <w:spacing w:after="8" w:line="245" w:lineRule="auto"/>
            </w:pPr>
            <w:r>
              <w:rPr>
                <w:i/>
                <w:color w:val="949BA4"/>
                <w:sz w:val="18"/>
              </w:rPr>
              <w:t>[No text captured in export]</w:t>
            </w:r>
          </w:p>
        </w:tc>
      </w:tr>
      <w:tr w:rsidR="00327BED" w14:paraId="6C552008" w14:textId="77777777">
        <w:trPr>
          <w:cantSplit/>
          <w:jc w:val="center"/>
        </w:trPr>
        <w:tc>
          <w:tcPr>
            <w:tcW w:w="778" w:type="dxa"/>
            <w:shd w:val="clear" w:color="auto" w:fill="313338"/>
            <w:tcMar>
              <w:top w:w="55" w:type="dxa"/>
              <w:left w:w="10" w:type="dxa"/>
              <w:bottom w:w="30" w:type="dxa"/>
              <w:right w:w="25" w:type="dxa"/>
            </w:tcMar>
          </w:tcPr>
          <w:p w14:paraId="705D703A" w14:textId="77777777" w:rsidR="00327BED" w:rsidRDefault="00000000">
            <w:r>
              <w:rPr>
                <w:noProof/>
              </w:rPr>
              <w:drawing>
                <wp:inline distT="0" distB="0" distL="0" distR="0" wp14:anchorId="6737906C" wp14:editId="59AC72FF">
                  <wp:extent cx="356616" cy="356616"/>
                  <wp:effectExtent l="0" t="0" r="0" b="0"/>
                  <wp:docPr id="418" name="Picture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BA744F3" w14:textId="77777777" w:rsidR="00327BED" w:rsidRDefault="00000000">
            <w:pPr>
              <w:spacing w:after="24"/>
            </w:pPr>
            <w:r>
              <w:rPr>
                <w:b/>
              </w:rPr>
              <w:t>Aperation</w:t>
            </w:r>
            <w:r>
              <w:rPr>
                <w:color w:val="949BA4"/>
                <w:sz w:val="15"/>
              </w:rPr>
              <w:t xml:space="preserve">  10/05/2026 3:04 PM</w:t>
            </w:r>
          </w:p>
          <w:p w14:paraId="6B0CFD0F" w14:textId="77777777" w:rsidR="00327BED" w:rsidRDefault="00000000">
            <w:pPr>
              <w:spacing w:after="8" w:line="245" w:lineRule="auto"/>
            </w:pPr>
            <w:r>
              <w:rPr>
                <w:i/>
                <w:color w:val="949BA4"/>
                <w:sz w:val="18"/>
              </w:rPr>
              <w:t>[No text captured in export]</w:t>
            </w:r>
          </w:p>
        </w:tc>
      </w:tr>
      <w:tr w:rsidR="00327BED" w14:paraId="599B5A7E" w14:textId="77777777">
        <w:trPr>
          <w:cantSplit/>
          <w:jc w:val="center"/>
        </w:trPr>
        <w:tc>
          <w:tcPr>
            <w:tcW w:w="778" w:type="dxa"/>
            <w:shd w:val="clear" w:color="auto" w:fill="313338"/>
            <w:tcMar>
              <w:top w:w="55" w:type="dxa"/>
              <w:left w:w="10" w:type="dxa"/>
              <w:bottom w:w="30" w:type="dxa"/>
              <w:right w:w="25" w:type="dxa"/>
            </w:tcMar>
          </w:tcPr>
          <w:p w14:paraId="18BACF37" w14:textId="77777777" w:rsidR="00327BED" w:rsidRDefault="00000000">
            <w:r>
              <w:rPr>
                <w:noProof/>
              </w:rPr>
              <w:drawing>
                <wp:inline distT="0" distB="0" distL="0" distR="0" wp14:anchorId="47C492D4" wp14:editId="5B41A1F6">
                  <wp:extent cx="356616" cy="356616"/>
                  <wp:effectExtent l="0" t="0" r="0" b="0"/>
                  <wp:docPr id="419" name="Picture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karino.png"/>
                          <pic:cNvPicPr/>
                        </pic:nvPicPr>
                        <pic:blipFill>
                          <a:blip r:embed="rId6"/>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1AC31A5" w14:textId="77777777" w:rsidR="00327BED" w:rsidRDefault="00000000">
            <w:pPr>
              <w:spacing w:after="24"/>
            </w:pPr>
            <w:r>
              <w:rPr>
                <w:b/>
                <w:color w:val="58A6FF"/>
              </w:rPr>
              <w:t>oskarino [ADHC],</w:t>
            </w:r>
            <w:r>
              <w:rPr>
                <w:color w:val="949BA4"/>
                <w:sz w:val="15"/>
              </w:rPr>
              <w:t xml:space="preserve">  10/05/2026 3:04 PM</w:t>
            </w:r>
          </w:p>
          <w:p w14:paraId="55F9576A" w14:textId="77777777" w:rsidR="00327BED" w:rsidRDefault="00000000">
            <w:pPr>
              <w:spacing w:after="8" w:line="245" w:lineRule="auto"/>
            </w:pPr>
            <w:r>
              <w:rPr>
                <w:i/>
                <w:color w:val="949BA4"/>
                <w:sz w:val="18"/>
              </w:rPr>
              <w:t>[No text captured in export]</w:t>
            </w:r>
          </w:p>
        </w:tc>
      </w:tr>
      <w:tr w:rsidR="00327BED" w14:paraId="4E4EC2DB" w14:textId="77777777">
        <w:trPr>
          <w:cantSplit/>
          <w:jc w:val="center"/>
        </w:trPr>
        <w:tc>
          <w:tcPr>
            <w:tcW w:w="778" w:type="dxa"/>
            <w:shd w:val="clear" w:color="auto" w:fill="313338"/>
            <w:tcMar>
              <w:top w:w="55" w:type="dxa"/>
              <w:left w:w="10" w:type="dxa"/>
              <w:bottom w:w="30" w:type="dxa"/>
              <w:right w:w="25" w:type="dxa"/>
            </w:tcMar>
          </w:tcPr>
          <w:p w14:paraId="37EB7D93" w14:textId="77777777" w:rsidR="00327BED" w:rsidRDefault="00000000">
            <w:r>
              <w:rPr>
                <w:noProof/>
              </w:rPr>
              <w:drawing>
                <wp:inline distT="0" distB="0" distL="0" distR="0" wp14:anchorId="7FEF3720" wp14:editId="1722C1E3">
                  <wp:extent cx="356616" cy="356616"/>
                  <wp:effectExtent l="0" t="0" r="0" b="0"/>
                  <wp:docPr id="420" name="Picture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ko.png"/>
                          <pic:cNvPicPr/>
                        </pic:nvPicPr>
                        <pic:blipFill>
                          <a:blip r:embed="rId9"/>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603D3629" w14:textId="77777777" w:rsidR="00327BED" w:rsidRDefault="00000000">
            <w:pPr>
              <w:spacing w:after="24"/>
            </w:pPr>
            <w:r>
              <w:rPr>
                <w:b/>
                <w:color w:val="57F287"/>
              </w:rPr>
              <w:t>Niko</w:t>
            </w:r>
            <w:r>
              <w:rPr>
                <w:color w:val="949BA4"/>
                <w:sz w:val="15"/>
              </w:rPr>
              <w:t xml:space="preserve">  10/05/2026 3:04 PM</w:t>
            </w:r>
          </w:p>
          <w:p w14:paraId="2753A0DB" w14:textId="77777777" w:rsidR="00327BED" w:rsidRDefault="00000000">
            <w:pPr>
              <w:spacing w:after="8" w:line="245" w:lineRule="auto"/>
            </w:pPr>
            <w:r>
              <w:rPr>
                <w:i/>
                <w:color w:val="949BA4"/>
                <w:sz w:val="18"/>
              </w:rPr>
              <w:t>[No text captured in export]</w:t>
            </w:r>
          </w:p>
        </w:tc>
      </w:tr>
      <w:tr w:rsidR="00327BED" w14:paraId="7E9E7EE7" w14:textId="77777777">
        <w:trPr>
          <w:cantSplit/>
          <w:jc w:val="center"/>
        </w:trPr>
        <w:tc>
          <w:tcPr>
            <w:tcW w:w="778" w:type="dxa"/>
            <w:shd w:val="clear" w:color="auto" w:fill="313338"/>
            <w:tcMar>
              <w:top w:w="55" w:type="dxa"/>
              <w:left w:w="10" w:type="dxa"/>
              <w:bottom w:w="30" w:type="dxa"/>
              <w:right w:w="25" w:type="dxa"/>
            </w:tcMar>
          </w:tcPr>
          <w:p w14:paraId="3E962878" w14:textId="77777777" w:rsidR="00327BED" w:rsidRDefault="00000000">
            <w:r>
              <w:rPr>
                <w:noProof/>
              </w:rPr>
              <w:drawing>
                <wp:inline distT="0" distB="0" distL="0" distR="0" wp14:anchorId="2B74CD4D" wp14:editId="3AF4C06A">
                  <wp:extent cx="356616" cy="356616"/>
                  <wp:effectExtent l="0" t="0" r="0" b="0"/>
                  <wp:docPr id="421" name="Picture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219B666D" w14:textId="77777777" w:rsidR="00327BED" w:rsidRDefault="00000000">
            <w:pPr>
              <w:spacing w:after="24"/>
            </w:pPr>
            <w:r>
              <w:rPr>
                <w:b/>
              </w:rPr>
              <w:t>Aperation</w:t>
            </w:r>
            <w:r>
              <w:rPr>
                <w:color w:val="949BA4"/>
                <w:sz w:val="15"/>
              </w:rPr>
              <w:t xml:space="preserve">  10/05/2026 3:05 PM</w:t>
            </w:r>
          </w:p>
          <w:p w14:paraId="61B52D7A" w14:textId="77777777" w:rsidR="00327BED" w:rsidRDefault="00000000">
            <w:pPr>
              <w:spacing w:after="8" w:line="245" w:lineRule="auto"/>
            </w:pPr>
            <w:r>
              <w:rPr>
                <w:i/>
                <w:color w:val="949BA4"/>
                <w:sz w:val="18"/>
              </w:rPr>
              <w:t>[No text captured in export]</w:t>
            </w:r>
          </w:p>
        </w:tc>
      </w:tr>
      <w:tr w:rsidR="00327BED" w:rsidRPr="00834FE0" w14:paraId="604E6AC5" w14:textId="77777777">
        <w:trPr>
          <w:cantSplit/>
          <w:jc w:val="center"/>
        </w:trPr>
        <w:tc>
          <w:tcPr>
            <w:tcW w:w="778" w:type="dxa"/>
            <w:shd w:val="clear" w:color="auto" w:fill="313338"/>
            <w:tcMar>
              <w:top w:w="55" w:type="dxa"/>
              <w:left w:w="10" w:type="dxa"/>
              <w:bottom w:w="30" w:type="dxa"/>
              <w:right w:w="25" w:type="dxa"/>
            </w:tcMar>
          </w:tcPr>
          <w:p w14:paraId="21775F1A" w14:textId="77777777" w:rsidR="00327BED" w:rsidRDefault="00000000">
            <w:r>
              <w:rPr>
                <w:noProof/>
              </w:rPr>
              <w:drawing>
                <wp:inline distT="0" distB="0" distL="0" distR="0" wp14:anchorId="5A867A3F" wp14:editId="740CB79F">
                  <wp:extent cx="356616" cy="356616"/>
                  <wp:effectExtent l="0" t="0" r="0" b="0"/>
                  <wp:docPr id="422" name="Picture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ko.png"/>
                          <pic:cNvPicPr/>
                        </pic:nvPicPr>
                        <pic:blipFill>
                          <a:blip r:embed="rId9"/>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7B883398" w14:textId="77777777" w:rsidR="00327BED" w:rsidRPr="00834FE0" w:rsidRDefault="00000000">
            <w:pPr>
              <w:spacing w:after="24"/>
              <w:rPr>
                <w:lang w:val="da-DK"/>
              </w:rPr>
            </w:pPr>
            <w:r w:rsidRPr="00834FE0">
              <w:rPr>
                <w:b/>
                <w:color w:val="57F287"/>
                <w:lang w:val="da-DK"/>
              </w:rPr>
              <w:t>Niko</w:t>
            </w:r>
            <w:r w:rsidRPr="00834FE0">
              <w:rPr>
                <w:color w:val="949BA4"/>
                <w:sz w:val="15"/>
                <w:lang w:val="da-DK"/>
              </w:rPr>
              <w:t xml:space="preserve">  10/05/2026 3:06 PM</w:t>
            </w:r>
          </w:p>
          <w:p w14:paraId="3330558A" w14:textId="77777777" w:rsidR="00327BED" w:rsidRPr="00834FE0" w:rsidRDefault="00000000">
            <w:pPr>
              <w:spacing w:after="8" w:line="245" w:lineRule="auto"/>
              <w:rPr>
                <w:lang w:val="da-DK"/>
              </w:rPr>
            </w:pPr>
            <w:r w:rsidRPr="00834FE0">
              <w:rPr>
                <w:color w:val="00A8FC"/>
                <w:u w:val="single"/>
                <w:lang w:val="da-DK"/>
              </w:rPr>
              <w:t>https://open.spotify.com/track/4evMMKc2HD6fV9slMfgkMx?si=d37a7941dcf947a7</w:t>
            </w:r>
          </w:p>
        </w:tc>
      </w:tr>
      <w:tr w:rsidR="00327BED" w14:paraId="5F4861D6" w14:textId="77777777">
        <w:trPr>
          <w:cantSplit/>
          <w:jc w:val="center"/>
        </w:trPr>
        <w:tc>
          <w:tcPr>
            <w:tcW w:w="778" w:type="dxa"/>
            <w:shd w:val="clear" w:color="auto" w:fill="313338"/>
            <w:tcMar>
              <w:top w:w="55" w:type="dxa"/>
              <w:left w:w="10" w:type="dxa"/>
              <w:bottom w:w="30" w:type="dxa"/>
              <w:right w:w="25" w:type="dxa"/>
            </w:tcMar>
          </w:tcPr>
          <w:p w14:paraId="3B62E707" w14:textId="77777777" w:rsidR="00327BED" w:rsidRDefault="00000000">
            <w:r>
              <w:rPr>
                <w:noProof/>
              </w:rPr>
              <w:drawing>
                <wp:inline distT="0" distB="0" distL="0" distR="0" wp14:anchorId="26ED4ED1" wp14:editId="78F56BBC">
                  <wp:extent cx="356616" cy="356616"/>
                  <wp:effectExtent l="0" t="0" r="0" b="0"/>
                  <wp:docPr id="423" name="Picture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C45BAC1" w14:textId="77777777" w:rsidR="00327BED" w:rsidRDefault="00000000">
            <w:pPr>
              <w:spacing w:after="24"/>
            </w:pPr>
            <w:r>
              <w:rPr>
                <w:b/>
              </w:rPr>
              <w:t>Aperation</w:t>
            </w:r>
            <w:r>
              <w:rPr>
                <w:color w:val="949BA4"/>
                <w:sz w:val="15"/>
              </w:rPr>
              <w:t xml:space="preserve">  10/05/2026 3:06 PM</w:t>
            </w:r>
          </w:p>
          <w:p w14:paraId="7A1A5554" w14:textId="77777777" w:rsidR="00327BED" w:rsidRDefault="00000000">
            <w:pPr>
              <w:spacing w:after="8" w:line="245" w:lineRule="auto"/>
            </w:pPr>
            <w:r>
              <w:rPr>
                <w:i/>
                <w:color w:val="949BA4"/>
                <w:sz w:val="18"/>
              </w:rPr>
              <w:t>[No text captured in export]</w:t>
            </w:r>
          </w:p>
        </w:tc>
      </w:tr>
      <w:tr w:rsidR="00327BED" w14:paraId="19857C1E" w14:textId="77777777">
        <w:trPr>
          <w:cantSplit/>
          <w:jc w:val="center"/>
        </w:trPr>
        <w:tc>
          <w:tcPr>
            <w:tcW w:w="778" w:type="dxa"/>
            <w:shd w:val="clear" w:color="auto" w:fill="313338"/>
            <w:tcMar>
              <w:top w:w="55" w:type="dxa"/>
              <w:left w:w="10" w:type="dxa"/>
              <w:bottom w:w="30" w:type="dxa"/>
              <w:right w:w="25" w:type="dxa"/>
            </w:tcMar>
          </w:tcPr>
          <w:p w14:paraId="76DE455A" w14:textId="77777777" w:rsidR="00327BED" w:rsidRDefault="00000000">
            <w:r>
              <w:rPr>
                <w:noProof/>
              </w:rPr>
              <w:drawing>
                <wp:inline distT="0" distB="0" distL="0" distR="0" wp14:anchorId="7A32F3E5" wp14:editId="0FC387EA">
                  <wp:extent cx="356616" cy="356616"/>
                  <wp:effectExtent l="0" t="0" r="0" b="0"/>
                  <wp:docPr id="424" name="Picture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ko.png"/>
                          <pic:cNvPicPr/>
                        </pic:nvPicPr>
                        <pic:blipFill>
                          <a:blip r:embed="rId9"/>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8177C24" w14:textId="77777777" w:rsidR="00327BED" w:rsidRDefault="00000000">
            <w:pPr>
              <w:spacing w:after="24"/>
            </w:pPr>
            <w:r>
              <w:rPr>
                <w:b/>
                <w:color w:val="57F287"/>
              </w:rPr>
              <w:t>Niko</w:t>
            </w:r>
            <w:r>
              <w:rPr>
                <w:color w:val="949BA4"/>
                <w:sz w:val="15"/>
              </w:rPr>
              <w:t xml:space="preserve">  10/05/2026 3:08 PM</w:t>
            </w:r>
          </w:p>
          <w:p w14:paraId="48024107" w14:textId="77777777" w:rsidR="00327BED" w:rsidRDefault="00000000">
            <w:pPr>
              <w:spacing w:after="8" w:line="245" w:lineRule="auto"/>
            </w:pPr>
            <w:r>
              <w:t>🟢</w:t>
            </w:r>
          </w:p>
        </w:tc>
      </w:tr>
      <w:tr w:rsidR="00327BED" w14:paraId="787F64E9" w14:textId="77777777">
        <w:trPr>
          <w:cantSplit/>
          <w:jc w:val="center"/>
        </w:trPr>
        <w:tc>
          <w:tcPr>
            <w:tcW w:w="778" w:type="dxa"/>
            <w:shd w:val="clear" w:color="auto" w:fill="313338"/>
            <w:tcMar>
              <w:top w:w="55" w:type="dxa"/>
              <w:left w:w="10" w:type="dxa"/>
              <w:bottom w:w="30" w:type="dxa"/>
              <w:right w:w="25" w:type="dxa"/>
            </w:tcMar>
          </w:tcPr>
          <w:p w14:paraId="30F744D2" w14:textId="77777777" w:rsidR="00327BED" w:rsidRDefault="00000000">
            <w:r>
              <w:rPr>
                <w:noProof/>
              </w:rPr>
              <w:drawing>
                <wp:inline distT="0" distB="0" distL="0" distR="0" wp14:anchorId="5B41C8E3" wp14:editId="05C4A51A">
                  <wp:extent cx="356616" cy="356616"/>
                  <wp:effectExtent l="0" t="0" r="0" b="0"/>
                  <wp:docPr id="425" name="Picture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917EF6D" w14:textId="77777777" w:rsidR="00327BED" w:rsidRDefault="00000000">
            <w:pPr>
              <w:spacing w:after="24"/>
            </w:pPr>
            <w:r>
              <w:rPr>
                <w:b/>
              </w:rPr>
              <w:t>Aperation</w:t>
            </w:r>
            <w:r>
              <w:rPr>
                <w:color w:val="949BA4"/>
                <w:sz w:val="15"/>
              </w:rPr>
              <w:t xml:space="preserve">  10/05/2026 3:08 PM</w:t>
            </w:r>
          </w:p>
          <w:p w14:paraId="4648F8D9" w14:textId="77777777" w:rsidR="00327BED" w:rsidRDefault="00000000">
            <w:pPr>
              <w:spacing w:after="8" w:line="245" w:lineRule="auto"/>
            </w:pPr>
            <w:r>
              <w:rPr>
                <w:i/>
                <w:color w:val="949BA4"/>
                <w:sz w:val="18"/>
              </w:rPr>
              <w:t>[No text captured in export]</w:t>
            </w:r>
          </w:p>
        </w:tc>
      </w:tr>
      <w:tr w:rsidR="00327BED" w14:paraId="4C7851CE" w14:textId="77777777">
        <w:trPr>
          <w:cantSplit/>
          <w:jc w:val="center"/>
        </w:trPr>
        <w:tc>
          <w:tcPr>
            <w:tcW w:w="778" w:type="dxa"/>
            <w:shd w:val="clear" w:color="auto" w:fill="313338"/>
            <w:tcMar>
              <w:top w:w="55" w:type="dxa"/>
              <w:left w:w="10" w:type="dxa"/>
              <w:bottom w:w="30" w:type="dxa"/>
              <w:right w:w="25" w:type="dxa"/>
            </w:tcMar>
          </w:tcPr>
          <w:p w14:paraId="4A4F34CE" w14:textId="77777777" w:rsidR="00327BED" w:rsidRDefault="00000000">
            <w:r>
              <w:rPr>
                <w:noProof/>
              </w:rPr>
              <w:drawing>
                <wp:inline distT="0" distB="0" distL="0" distR="0" wp14:anchorId="63FE9ADA" wp14:editId="3987972E">
                  <wp:extent cx="356616" cy="356616"/>
                  <wp:effectExtent l="0" t="0" r="0" b="0"/>
                  <wp:docPr id="426" name="Picture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karino.png"/>
                          <pic:cNvPicPr/>
                        </pic:nvPicPr>
                        <pic:blipFill>
                          <a:blip r:embed="rId6"/>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BA9ADE8" w14:textId="77777777" w:rsidR="00327BED" w:rsidRDefault="00000000">
            <w:pPr>
              <w:spacing w:after="24"/>
            </w:pPr>
            <w:r>
              <w:rPr>
                <w:b/>
                <w:color w:val="58A6FF"/>
              </w:rPr>
              <w:t>oskarino [ADHC],</w:t>
            </w:r>
            <w:r>
              <w:rPr>
                <w:color w:val="949BA4"/>
                <w:sz w:val="15"/>
              </w:rPr>
              <w:t xml:space="preserve">  10/05/2026 3:09 PM</w:t>
            </w:r>
          </w:p>
          <w:p w14:paraId="17818CC7" w14:textId="77777777" w:rsidR="00327BED" w:rsidRDefault="00000000">
            <w:pPr>
              <w:spacing w:after="8" w:line="245" w:lineRule="auto"/>
            </w:pPr>
            <w:r>
              <w:rPr>
                <w:i/>
                <w:color w:val="949BA4"/>
                <w:sz w:val="18"/>
              </w:rPr>
              <w:t>[No text captured in export]</w:t>
            </w:r>
          </w:p>
          <w:p w14:paraId="60026C8F" w14:textId="77777777" w:rsidR="00327BED" w:rsidRDefault="00327BED">
            <w:pPr>
              <w:spacing w:line="84" w:lineRule="auto"/>
            </w:pPr>
          </w:p>
          <w:p w14:paraId="580B819D" w14:textId="77777777" w:rsidR="00327BED" w:rsidRDefault="00000000">
            <w:pPr>
              <w:spacing w:before="10" w:after="8" w:line="245" w:lineRule="auto"/>
            </w:pPr>
            <w:r>
              <w:rPr>
                <w:i/>
                <w:color w:val="949BA4"/>
                <w:sz w:val="18"/>
              </w:rPr>
              <w:t>[No text captured in export]</w:t>
            </w:r>
          </w:p>
        </w:tc>
      </w:tr>
      <w:tr w:rsidR="00327BED" w14:paraId="5EC6BC34" w14:textId="77777777">
        <w:trPr>
          <w:cantSplit/>
          <w:jc w:val="center"/>
        </w:trPr>
        <w:tc>
          <w:tcPr>
            <w:tcW w:w="778" w:type="dxa"/>
            <w:shd w:val="clear" w:color="auto" w:fill="313338"/>
            <w:tcMar>
              <w:top w:w="55" w:type="dxa"/>
              <w:left w:w="10" w:type="dxa"/>
              <w:bottom w:w="30" w:type="dxa"/>
              <w:right w:w="25" w:type="dxa"/>
            </w:tcMar>
          </w:tcPr>
          <w:p w14:paraId="3EE729A6" w14:textId="77777777" w:rsidR="00327BED" w:rsidRDefault="00000000">
            <w:r>
              <w:rPr>
                <w:noProof/>
              </w:rPr>
              <w:drawing>
                <wp:inline distT="0" distB="0" distL="0" distR="0" wp14:anchorId="21BF8E76" wp14:editId="4CC91B09">
                  <wp:extent cx="356616" cy="356616"/>
                  <wp:effectExtent l="0" t="0" r="0" b="0"/>
                  <wp:docPr id="427" name="Picture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ko.png"/>
                          <pic:cNvPicPr/>
                        </pic:nvPicPr>
                        <pic:blipFill>
                          <a:blip r:embed="rId9"/>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53588AA" w14:textId="77777777" w:rsidR="00327BED" w:rsidRDefault="00000000">
            <w:pPr>
              <w:spacing w:after="24"/>
            </w:pPr>
            <w:r>
              <w:rPr>
                <w:b/>
                <w:color w:val="57F287"/>
              </w:rPr>
              <w:t>Niko</w:t>
            </w:r>
            <w:r>
              <w:rPr>
                <w:color w:val="949BA4"/>
                <w:sz w:val="15"/>
              </w:rPr>
              <w:t xml:space="preserve">  10/05/2026 3:17 PM</w:t>
            </w:r>
          </w:p>
          <w:p w14:paraId="31C8C6EA" w14:textId="77777777" w:rsidR="00327BED" w:rsidRDefault="00000000">
            <w:pPr>
              <w:shd w:val="clear" w:color="auto" w:fill="2B2D31"/>
              <w:spacing w:after="8" w:line="245" w:lineRule="auto"/>
            </w:pPr>
            <w:r>
              <w:rPr>
                <w:color w:val="949BA4"/>
                <w:sz w:val="19"/>
              </w:rPr>
              <w:t>▧  Image</w:t>
            </w:r>
          </w:p>
          <w:p w14:paraId="7E83BAB9" w14:textId="77777777" w:rsidR="00327BED" w:rsidRDefault="00327BED">
            <w:pPr>
              <w:spacing w:line="84" w:lineRule="auto"/>
            </w:pPr>
          </w:p>
          <w:p w14:paraId="1E9F427F" w14:textId="77777777" w:rsidR="00327BED" w:rsidRDefault="00000000">
            <w:pPr>
              <w:shd w:val="clear" w:color="auto" w:fill="2B2D31"/>
              <w:spacing w:before="10" w:after="8" w:line="245" w:lineRule="auto"/>
            </w:pPr>
            <w:r>
              <w:rPr>
                <w:color w:val="949BA4"/>
                <w:sz w:val="19"/>
              </w:rPr>
              <w:t>▧  Image</w:t>
            </w:r>
          </w:p>
        </w:tc>
      </w:tr>
      <w:tr w:rsidR="00327BED" w:rsidRPr="00834FE0" w14:paraId="267D6252" w14:textId="77777777">
        <w:trPr>
          <w:cantSplit/>
          <w:jc w:val="center"/>
        </w:trPr>
        <w:tc>
          <w:tcPr>
            <w:tcW w:w="778" w:type="dxa"/>
            <w:shd w:val="clear" w:color="auto" w:fill="313338"/>
            <w:tcMar>
              <w:top w:w="55" w:type="dxa"/>
              <w:left w:w="10" w:type="dxa"/>
              <w:bottom w:w="30" w:type="dxa"/>
              <w:right w:w="25" w:type="dxa"/>
            </w:tcMar>
          </w:tcPr>
          <w:p w14:paraId="092F0E54" w14:textId="77777777" w:rsidR="00327BED" w:rsidRDefault="00000000">
            <w:r>
              <w:rPr>
                <w:noProof/>
              </w:rPr>
              <w:drawing>
                <wp:inline distT="0" distB="0" distL="0" distR="0" wp14:anchorId="5A1EFDC3" wp14:editId="71FA0558">
                  <wp:extent cx="356616" cy="356616"/>
                  <wp:effectExtent l="0" t="0" r="0" b="0"/>
                  <wp:docPr id="428" name="Picture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6D457485" w14:textId="77777777" w:rsidR="00327BED" w:rsidRPr="00834FE0" w:rsidRDefault="00000000">
            <w:pPr>
              <w:spacing w:after="24"/>
              <w:rPr>
                <w:lang w:val="da-DK"/>
              </w:rPr>
            </w:pPr>
            <w:r w:rsidRPr="00834FE0">
              <w:rPr>
                <w:b/>
                <w:color w:val="F0B232"/>
                <w:lang w:val="da-DK"/>
              </w:rPr>
              <w:t>Ev</w:t>
            </w:r>
            <w:r w:rsidRPr="00834FE0">
              <w:rPr>
                <w:color w:val="949BA4"/>
                <w:sz w:val="15"/>
                <w:lang w:val="da-DK"/>
              </w:rPr>
              <w:t xml:space="preserve">  10/05/2026 3:20 PM</w:t>
            </w:r>
          </w:p>
          <w:p w14:paraId="1C940183" w14:textId="77777777" w:rsidR="00327BED" w:rsidRPr="00834FE0" w:rsidRDefault="00000000">
            <w:pPr>
              <w:spacing w:after="8" w:line="245" w:lineRule="auto"/>
              <w:rPr>
                <w:lang w:val="da-DK"/>
              </w:rPr>
            </w:pPr>
            <w:r w:rsidRPr="00834FE0">
              <w:rPr>
                <w:lang w:val="da-DK"/>
              </w:rPr>
              <w:t>Mandem</w:t>
            </w:r>
          </w:p>
          <w:p w14:paraId="750AC758" w14:textId="77777777" w:rsidR="00327BED" w:rsidRPr="00834FE0" w:rsidRDefault="00327BED">
            <w:pPr>
              <w:spacing w:line="84" w:lineRule="auto"/>
              <w:rPr>
                <w:lang w:val="da-DK"/>
              </w:rPr>
            </w:pPr>
          </w:p>
          <w:p w14:paraId="398E631F" w14:textId="77777777" w:rsidR="00327BED" w:rsidRPr="00834FE0" w:rsidRDefault="00000000">
            <w:pPr>
              <w:spacing w:before="10" w:after="8" w:line="245" w:lineRule="auto"/>
              <w:rPr>
                <w:lang w:val="da-DK"/>
              </w:rPr>
            </w:pPr>
            <w:r w:rsidRPr="00834FE0">
              <w:rPr>
                <w:lang w:val="da-DK"/>
              </w:rPr>
              <w:t>Code red?</w:t>
            </w:r>
          </w:p>
        </w:tc>
      </w:tr>
      <w:tr w:rsidR="00327BED" w14:paraId="04248829" w14:textId="77777777">
        <w:trPr>
          <w:cantSplit/>
          <w:jc w:val="center"/>
        </w:trPr>
        <w:tc>
          <w:tcPr>
            <w:tcW w:w="778" w:type="dxa"/>
            <w:shd w:val="clear" w:color="auto" w:fill="313338"/>
            <w:tcMar>
              <w:top w:w="55" w:type="dxa"/>
              <w:left w:w="10" w:type="dxa"/>
              <w:bottom w:w="30" w:type="dxa"/>
              <w:right w:w="25" w:type="dxa"/>
            </w:tcMar>
          </w:tcPr>
          <w:p w14:paraId="3331B743" w14:textId="77777777" w:rsidR="00327BED" w:rsidRDefault="00000000">
            <w:r>
              <w:rPr>
                <w:noProof/>
              </w:rPr>
              <w:drawing>
                <wp:inline distT="0" distB="0" distL="0" distR="0" wp14:anchorId="1FABE334" wp14:editId="2037FA77">
                  <wp:extent cx="356616" cy="356616"/>
                  <wp:effectExtent l="0" t="0" r="0" b="0"/>
                  <wp:docPr id="429" name="Picture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ko.png"/>
                          <pic:cNvPicPr/>
                        </pic:nvPicPr>
                        <pic:blipFill>
                          <a:blip r:embed="rId9"/>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5504628" w14:textId="77777777" w:rsidR="00327BED" w:rsidRDefault="00000000">
            <w:pPr>
              <w:spacing w:after="24"/>
            </w:pPr>
            <w:r>
              <w:rPr>
                <w:b/>
                <w:color w:val="57F287"/>
              </w:rPr>
              <w:t>Niko</w:t>
            </w:r>
            <w:r>
              <w:rPr>
                <w:color w:val="949BA4"/>
                <w:sz w:val="15"/>
              </w:rPr>
              <w:t xml:space="preserve">  10/05/2026 3:20 PM</w:t>
            </w:r>
          </w:p>
          <w:p w14:paraId="43A02494" w14:textId="77777777" w:rsidR="00327BED" w:rsidRDefault="00000000">
            <w:pPr>
              <w:spacing w:after="8" w:line="245" w:lineRule="auto"/>
            </w:pPr>
            <w:r>
              <w:t>medium risk</w:t>
            </w:r>
          </w:p>
          <w:p w14:paraId="71A81682" w14:textId="77777777" w:rsidR="00327BED" w:rsidRDefault="00327BED">
            <w:pPr>
              <w:spacing w:line="84" w:lineRule="auto"/>
            </w:pPr>
          </w:p>
          <w:p w14:paraId="587463C6" w14:textId="77777777" w:rsidR="00327BED" w:rsidRDefault="00000000">
            <w:pPr>
              <w:spacing w:before="10" w:after="8" w:line="245" w:lineRule="auto"/>
            </w:pPr>
            <w:r>
              <w:t>nuttin major</w:t>
            </w:r>
          </w:p>
        </w:tc>
      </w:tr>
      <w:tr w:rsidR="00327BED" w14:paraId="12F14E9F" w14:textId="77777777">
        <w:trPr>
          <w:cantSplit/>
          <w:jc w:val="center"/>
        </w:trPr>
        <w:tc>
          <w:tcPr>
            <w:tcW w:w="778" w:type="dxa"/>
            <w:shd w:val="clear" w:color="auto" w:fill="313338"/>
            <w:tcMar>
              <w:top w:w="55" w:type="dxa"/>
              <w:left w:w="10" w:type="dxa"/>
              <w:bottom w:w="30" w:type="dxa"/>
              <w:right w:w="25" w:type="dxa"/>
            </w:tcMar>
          </w:tcPr>
          <w:p w14:paraId="08884F96" w14:textId="77777777" w:rsidR="00327BED" w:rsidRDefault="00000000">
            <w:r>
              <w:rPr>
                <w:noProof/>
              </w:rPr>
              <w:drawing>
                <wp:inline distT="0" distB="0" distL="0" distR="0" wp14:anchorId="1E906007" wp14:editId="23C0BA3F">
                  <wp:extent cx="356616" cy="356616"/>
                  <wp:effectExtent l="0" t="0" r="0" b="0"/>
                  <wp:docPr id="430" name="Pictur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karino.png"/>
                          <pic:cNvPicPr/>
                        </pic:nvPicPr>
                        <pic:blipFill>
                          <a:blip r:embed="rId6"/>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7061D3EE" w14:textId="77777777" w:rsidR="00327BED" w:rsidRDefault="00000000">
            <w:pPr>
              <w:spacing w:after="24"/>
            </w:pPr>
            <w:r>
              <w:rPr>
                <w:b/>
                <w:color w:val="58A6FF"/>
              </w:rPr>
              <w:t>oskarino [ADHC],</w:t>
            </w:r>
            <w:r>
              <w:rPr>
                <w:color w:val="949BA4"/>
                <w:sz w:val="15"/>
              </w:rPr>
              <w:t xml:space="preserve">  10/05/2026 3:21 PM</w:t>
            </w:r>
          </w:p>
          <w:p w14:paraId="740C3244" w14:textId="77777777" w:rsidR="00327BED" w:rsidRDefault="00000000">
            <w:pPr>
              <w:spacing w:after="8" w:line="245" w:lineRule="auto"/>
            </w:pPr>
            <w:r>
              <w:t>waiting</w:t>
            </w:r>
          </w:p>
        </w:tc>
      </w:tr>
      <w:tr w:rsidR="00327BED" w14:paraId="5EC2E626" w14:textId="77777777">
        <w:trPr>
          <w:cantSplit/>
          <w:jc w:val="center"/>
        </w:trPr>
        <w:tc>
          <w:tcPr>
            <w:tcW w:w="778" w:type="dxa"/>
            <w:shd w:val="clear" w:color="auto" w:fill="313338"/>
            <w:tcMar>
              <w:top w:w="55" w:type="dxa"/>
              <w:left w:w="10" w:type="dxa"/>
              <w:bottom w:w="30" w:type="dxa"/>
              <w:right w:w="25" w:type="dxa"/>
            </w:tcMar>
          </w:tcPr>
          <w:p w14:paraId="4E61DD3D" w14:textId="77777777" w:rsidR="00327BED" w:rsidRDefault="00000000">
            <w:r>
              <w:rPr>
                <w:noProof/>
              </w:rPr>
              <w:drawing>
                <wp:inline distT="0" distB="0" distL="0" distR="0" wp14:anchorId="33B5C43A" wp14:editId="5F35A788">
                  <wp:extent cx="356616" cy="356616"/>
                  <wp:effectExtent l="0" t="0" r="0" b="0"/>
                  <wp:docPr id="431" name="Picture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B713ED6" w14:textId="77777777" w:rsidR="00327BED" w:rsidRDefault="00000000">
            <w:pPr>
              <w:spacing w:after="24"/>
            </w:pPr>
            <w:r>
              <w:rPr>
                <w:b/>
                <w:color w:val="F0B232"/>
              </w:rPr>
              <w:t>Ev</w:t>
            </w:r>
            <w:r>
              <w:rPr>
                <w:color w:val="949BA4"/>
                <w:sz w:val="15"/>
              </w:rPr>
              <w:t xml:space="preserve">  10/05/2026 3:22 PM</w:t>
            </w:r>
          </w:p>
          <w:p w14:paraId="62844AC4" w14:textId="77777777" w:rsidR="00327BED" w:rsidRDefault="00000000">
            <w:pPr>
              <w:spacing w:after="8" w:line="245" w:lineRule="auto"/>
            </w:pPr>
            <w:r>
              <w:t>Can't unmute fuck</w:t>
            </w:r>
          </w:p>
          <w:p w14:paraId="083535CC" w14:textId="77777777" w:rsidR="00327BED" w:rsidRDefault="00327BED">
            <w:pPr>
              <w:spacing w:line="84" w:lineRule="auto"/>
            </w:pPr>
          </w:p>
          <w:p w14:paraId="7C5D787F" w14:textId="77777777" w:rsidR="00327BED" w:rsidRDefault="00000000">
            <w:pPr>
              <w:spacing w:before="10" w:after="8" w:line="245" w:lineRule="auto"/>
            </w:pPr>
            <w:r>
              <w:t>Bro that was the most toxic shit</w:t>
            </w:r>
          </w:p>
          <w:p w14:paraId="28E4927B" w14:textId="77777777" w:rsidR="00327BED" w:rsidRDefault="00327BED">
            <w:pPr>
              <w:spacing w:line="84" w:lineRule="auto"/>
            </w:pPr>
          </w:p>
          <w:p w14:paraId="63D4335A" w14:textId="77777777" w:rsidR="00327BED" w:rsidRDefault="00000000">
            <w:pPr>
              <w:spacing w:before="10" w:after="8" w:line="245" w:lineRule="auto"/>
            </w:pPr>
            <w:r>
              <w:t>Can you hear me</w:t>
            </w:r>
          </w:p>
        </w:tc>
      </w:tr>
      <w:tr w:rsidR="00327BED" w14:paraId="2C6E09FB" w14:textId="77777777">
        <w:trPr>
          <w:cantSplit/>
          <w:jc w:val="center"/>
        </w:trPr>
        <w:tc>
          <w:tcPr>
            <w:tcW w:w="778" w:type="dxa"/>
            <w:shd w:val="clear" w:color="auto" w:fill="313338"/>
            <w:tcMar>
              <w:top w:w="55" w:type="dxa"/>
              <w:left w:w="10" w:type="dxa"/>
              <w:bottom w:w="30" w:type="dxa"/>
              <w:right w:w="25" w:type="dxa"/>
            </w:tcMar>
          </w:tcPr>
          <w:p w14:paraId="76043391" w14:textId="77777777" w:rsidR="00327BED" w:rsidRDefault="00000000">
            <w:r>
              <w:rPr>
                <w:noProof/>
              </w:rPr>
              <w:drawing>
                <wp:inline distT="0" distB="0" distL="0" distR="0" wp14:anchorId="2868EAAB" wp14:editId="5BFF68ED">
                  <wp:extent cx="356616" cy="356616"/>
                  <wp:effectExtent l="0" t="0" r="0" b="0"/>
                  <wp:docPr id="432" name="Picture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ko.png"/>
                          <pic:cNvPicPr/>
                        </pic:nvPicPr>
                        <pic:blipFill>
                          <a:blip r:embed="rId9"/>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1A3B33DE" w14:textId="77777777" w:rsidR="00327BED" w:rsidRDefault="00000000">
            <w:pPr>
              <w:spacing w:after="24"/>
            </w:pPr>
            <w:r>
              <w:rPr>
                <w:b/>
                <w:color w:val="57F287"/>
              </w:rPr>
              <w:t>Niko</w:t>
            </w:r>
            <w:r>
              <w:rPr>
                <w:color w:val="949BA4"/>
                <w:sz w:val="15"/>
              </w:rPr>
              <w:t xml:space="preserve">  10/05/2026 3:23 PM</w:t>
            </w:r>
          </w:p>
          <w:p w14:paraId="6C419E97" w14:textId="77777777" w:rsidR="00327BED" w:rsidRDefault="00000000">
            <w:pPr>
              <w:spacing w:after="8" w:line="245" w:lineRule="auto"/>
            </w:pPr>
            <w:r>
              <w:rPr>
                <w:i/>
                <w:color w:val="949BA4"/>
                <w:sz w:val="18"/>
              </w:rPr>
              <w:t>[No text captured in export]</w:t>
            </w:r>
          </w:p>
        </w:tc>
      </w:tr>
      <w:tr w:rsidR="00327BED" w14:paraId="05788ABF" w14:textId="77777777">
        <w:trPr>
          <w:cantSplit/>
          <w:jc w:val="center"/>
        </w:trPr>
        <w:tc>
          <w:tcPr>
            <w:tcW w:w="778" w:type="dxa"/>
            <w:shd w:val="clear" w:color="auto" w:fill="313338"/>
            <w:tcMar>
              <w:top w:w="55" w:type="dxa"/>
              <w:left w:w="10" w:type="dxa"/>
              <w:bottom w:w="30" w:type="dxa"/>
              <w:right w:w="25" w:type="dxa"/>
            </w:tcMar>
          </w:tcPr>
          <w:p w14:paraId="1481B73B" w14:textId="77777777" w:rsidR="00327BED" w:rsidRDefault="00000000">
            <w:r>
              <w:rPr>
                <w:noProof/>
              </w:rPr>
              <w:lastRenderedPageBreak/>
              <w:drawing>
                <wp:inline distT="0" distB="0" distL="0" distR="0" wp14:anchorId="70693EE3" wp14:editId="109E6ECC">
                  <wp:extent cx="356616" cy="356616"/>
                  <wp:effectExtent l="0" t="0" r="0" b="0"/>
                  <wp:docPr id="433" name="Picture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F5F0C21" w14:textId="77777777" w:rsidR="00327BED" w:rsidRDefault="00000000">
            <w:pPr>
              <w:spacing w:after="24"/>
            </w:pPr>
            <w:r>
              <w:rPr>
                <w:b/>
                <w:color w:val="F0B232"/>
              </w:rPr>
              <w:t>Ev</w:t>
            </w:r>
            <w:r>
              <w:rPr>
                <w:color w:val="949BA4"/>
                <w:sz w:val="15"/>
              </w:rPr>
              <w:t xml:space="preserve">  10/05/2026 3:23 PM</w:t>
            </w:r>
          </w:p>
          <w:p w14:paraId="0C612296" w14:textId="77777777" w:rsidR="00327BED" w:rsidRDefault="00000000">
            <w:pPr>
              <w:spacing w:after="8" w:line="245" w:lineRule="auto"/>
            </w:pPr>
            <w:r>
              <w:t>Talking to myself in the gym fuck</w:t>
            </w:r>
          </w:p>
        </w:tc>
      </w:tr>
      <w:tr w:rsidR="00327BED" w14:paraId="46B4F890" w14:textId="77777777">
        <w:trPr>
          <w:cantSplit/>
          <w:jc w:val="center"/>
        </w:trPr>
        <w:tc>
          <w:tcPr>
            <w:tcW w:w="778" w:type="dxa"/>
            <w:shd w:val="clear" w:color="auto" w:fill="313338"/>
            <w:tcMar>
              <w:top w:w="55" w:type="dxa"/>
              <w:left w:w="10" w:type="dxa"/>
              <w:bottom w:w="30" w:type="dxa"/>
              <w:right w:w="25" w:type="dxa"/>
            </w:tcMar>
          </w:tcPr>
          <w:p w14:paraId="7C6F61FA" w14:textId="77777777" w:rsidR="00327BED" w:rsidRDefault="00000000">
            <w:r>
              <w:rPr>
                <w:noProof/>
              </w:rPr>
              <w:drawing>
                <wp:inline distT="0" distB="0" distL="0" distR="0" wp14:anchorId="290D43FB" wp14:editId="7CF5ACAD">
                  <wp:extent cx="356616" cy="356616"/>
                  <wp:effectExtent l="0" t="0" r="0" b="0"/>
                  <wp:docPr id="434" name="Picture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ko.png"/>
                          <pic:cNvPicPr/>
                        </pic:nvPicPr>
                        <pic:blipFill>
                          <a:blip r:embed="rId9"/>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580EB48C" w14:textId="77777777" w:rsidR="00327BED" w:rsidRDefault="00000000">
            <w:pPr>
              <w:spacing w:after="24"/>
            </w:pPr>
            <w:r>
              <w:rPr>
                <w:b/>
                <w:color w:val="57F287"/>
              </w:rPr>
              <w:t>Niko</w:t>
            </w:r>
            <w:r>
              <w:rPr>
                <w:color w:val="949BA4"/>
                <w:sz w:val="15"/>
              </w:rPr>
              <w:t xml:space="preserve">  10/05/2026 3:23 PM</w:t>
            </w:r>
          </w:p>
          <w:p w14:paraId="47313B19" w14:textId="77777777" w:rsidR="00327BED" w:rsidRDefault="00000000">
            <w:pPr>
              <w:spacing w:after="8" w:line="245" w:lineRule="auto"/>
            </w:pPr>
            <w:r>
              <w:rPr>
                <w:i/>
                <w:color w:val="949BA4"/>
                <w:sz w:val="18"/>
              </w:rPr>
              <w:t>[No text captured in export]</w:t>
            </w:r>
          </w:p>
        </w:tc>
      </w:tr>
      <w:tr w:rsidR="00327BED" w14:paraId="750343B9" w14:textId="77777777">
        <w:trPr>
          <w:cantSplit/>
          <w:jc w:val="center"/>
        </w:trPr>
        <w:tc>
          <w:tcPr>
            <w:tcW w:w="778" w:type="dxa"/>
            <w:shd w:val="clear" w:color="auto" w:fill="313338"/>
            <w:tcMar>
              <w:top w:w="55" w:type="dxa"/>
              <w:left w:w="10" w:type="dxa"/>
              <w:bottom w:w="30" w:type="dxa"/>
              <w:right w:w="25" w:type="dxa"/>
            </w:tcMar>
          </w:tcPr>
          <w:p w14:paraId="27B074EB" w14:textId="77777777" w:rsidR="00327BED" w:rsidRDefault="00000000">
            <w:r>
              <w:rPr>
                <w:noProof/>
              </w:rPr>
              <w:drawing>
                <wp:inline distT="0" distB="0" distL="0" distR="0" wp14:anchorId="77EE6766" wp14:editId="1001AC51">
                  <wp:extent cx="356616" cy="356616"/>
                  <wp:effectExtent l="0" t="0" r="0" b="0"/>
                  <wp:docPr id="435" name="Picture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37823596" w14:textId="77777777" w:rsidR="00327BED" w:rsidRDefault="00000000">
            <w:pPr>
              <w:spacing w:after="24"/>
            </w:pPr>
            <w:r>
              <w:rPr>
                <w:b/>
                <w:color w:val="F0B232"/>
              </w:rPr>
              <w:t>Ev</w:t>
            </w:r>
            <w:r>
              <w:rPr>
                <w:color w:val="949BA4"/>
                <w:sz w:val="15"/>
              </w:rPr>
              <w:t xml:space="preserve">  10/05/2026 3:26 PM</w:t>
            </w:r>
          </w:p>
          <w:p w14:paraId="194E89A5" w14:textId="77777777" w:rsidR="00327BED" w:rsidRDefault="00000000">
            <w:pPr>
              <w:shd w:val="clear" w:color="auto" w:fill="2B2D31"/>
              <w:spacing w:after="8" w:line="245" w:lineRule="auto"/>
            </w:pPr>
            <w:r>
              <w:rPr>
                <w:color w:val="949BA4"/>
                <w:sz w:val="19"/>
              </w:rPr>
              <w:t>▧  Image</w:t>
            </w:r>
          </w:p>
        </w:tc>
      </w:tr>
      <w:tr w:rsidR="00327BED" w14:paraId="3E0B1FBE" w14:textId="77777777">
        <w:trPr>
          <w:cantSplit/>
          <w:jc w:val="center"/>
        </w:trPr>
        <w:tc>
          <w:tcPr>
            <w:tcW w:w="778" w:type="dxa"/>
            <w:shd w:val="clear" w:color="auto" w:fill="313338"/>
            <w:tcMar>
              <w:top w:w="55" w:type="dxa"/>
              <w:left w:w="10" w:type="dxa"/>
              <w:bottom w:w="30" w:type="dxa"/>
              <w:right w:w="25" w:type="dxa"/>
            </w:tcMar>
          </w:tcPr>
          <w:p w14:paraId="194A06AC" w14:textId="77777777" w:rsidR="00327BED" w:rsidRDefault="00000000">
            <w:r>
              <w:rPr>
                <w:noProof/>
              </w:rPr>
              <w:drawing>
                <wp:inline distT="0" distB="0" distL="0" distR="0" wp14:anchorId="2B3C676F" wp14:editId="4758D628">
                  <wp:extent cx="356616" cy="356616"/>
                  <wp:effectExtent l="0" t="0" r="0" b="0"/>
                  <wp:docPr id="436" name="Picture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7EEAEB4" w14:textId="77777777" w:rsidR="00327BED" w:rsidRDefault="00000000">
            <w:pPr>
              <w:spacing w:after="24"/>
            </w:pPr>
            <w:r>
              <w:rPr>
                <w:b/>
              </w:rPr>
              <w:t>Aperation</w:t>
            </w:r>
            <w:r>
              <w:rPr>
                <w:color w:val="949BA4"/>
                <w:sz w:val="15"/>
              </w:rPr>
              <w:t xml:space="preserve">  10/05/2026 3:32 PM</w:t>
            </w:r>
          </w:p>
          <w:p w14:paraId="2AB10E67" w14:textId="77777777" w:rsidR="00327BED" w:rsidRDefault="00000000">
            <w:pPr>
              <w:spacing w:after="8" w:line="245" w:lineRule="auto"/>
            </w:pPr>
            <w:r>
              <w:rPr>
                <w:i/>
                <w:color w:val="949BA4"/>
                <w:sz w:val="18"/>
              </w:rPr>
              <w:t>[No text captured in export]</w:t>
            </w:r>
          </w:p>
          <w:p w14:paraId="6582452E" w14:textId="77777777" w:rsidR="00327BED" w:rsidRDefault="00327BED">
            <w:pPr>
              <w:spacing w:line="84" w:lineRule="auto"/>
            </w:pPr>
          </w:p>
          <w:p w14:paraId="51A4E5A7" w14:textId="77777777" w:rsidR="00327BED" w:rsidRDefault="00000000">
            <w:pPr>
              <w:spacing w:before="10" w:after="8" w:line="245" w:lineRule="auto"/>
            </w:pPr>
            <w:r>
              <w:rPr>
                <w:i/>
                <w:color w:val="949BA4"/>
                <w:sz w:val="18"/>
              </w:rPr>
              <w:t>[No text captured in export]</w:t>
            </w:r>
          </w:p>
        </w:tc>
      </w:tr>
      <w:tr w:rsidR="00327BED" w14:paraId="4808BFF1" w14:textId="77777777">
        <w:trPr>
          <w:cantSplit/>
          <w:jc w:val="center"/>
        </w:trPr>
        <w:tc>
          <w:tcPr>
            <w:tcW w:w="778" w:type="dxa"/>
            <w:shd w:val="clear" w:color="auto" w:fill="313338"/>
            <w:tcMar>
              <w:top w:w="55" w:type="dxa"/>
              <w:left w:w="10" w:type="dxa"/>
              <w:bottom w:w="30" w:type="dxa"/>
              <w:right w:w="25" w:type="dxa"/>
            </w:tcMar>
          </w:tcPr>
          <w:p w14:paraId="4BCDA153" w14:textId="77777777" w:rsidR="00327BED" w:rsidRDefault="00000000">
            <w:r>
              <w:rPr>
                <w:noProof/>
              </w:rPr>
              <w:drawing>
                <wp:inline distT="0" distB="0" distL="0" distR="0" wp14:anchorId="361C854A" wp14:editId="7F3229AB">
                  <wp:extent cx="356616" cy="356616"/>
                  <wp:effectExtent l="0" t="0" r="0" b="0"/>
                  <wp:docPr id="437" name="Pictur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karino.png"/>
                          <pic:cNvPicPr/>
                        </pic:nvPicPr>
                        <pic:blipFill>
                          <a:blip r:embed="rId6"/>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2AB2DD2C" w14:textId="77777777" w:rsidR="00327BED" w:rsidRDefault="00000000">
            <w:pPr>
              <w:spacing w:after="24"/>
            </w:pPr>
            <w:r>
              <w:rPr>
                <w:b/>
                <w:color w:val="58A6FF"/>
              </w:rPr>
              <w:t>oskarino [ADHC],</w:t>
            </w:r>
            <w:r>
              <w:rPr>
                <w:color w:val="949BA4"/>
                <w:sz w:val="15"/>
              </w:rPr>
              <w:t xml:space="preserve">  10/05/2026 3:43 PM</w:t>
            </w:r>
          </w:p>
          <w:p w14:paraId="2ADBA9AB" w14:textId="77777777" w:rsidR="00327BED" w:rsidRDefault="00000000">
            <w:pPr>
              <w:spacing w:after="8" w:line="245" w:lineRule="auto"/>
            </w:pPr>
            <w:r>
              <w:t>i’m gonna go see her boys</w:t>
            </w:r>
          </w:p>
        </w:tc>
      </w:tr>
      <w:tr w:rsidR="00327BED" w14:paraId="32EB04C5" w14:textId="77777777">
        <w:trPr>
          <w:cantSplit/>
          <w:jc w:val="center"/>
        </w:trPr>
        <w:tc>
          <w:tcPr>
            <w:tcW w:w="778" w:type="dxa"/>
            <w:shd w:val="clear" w:color="auto" w:fill="313338"/>
            <w:tcMar>
              <w:top w:w="55" w:type="dxa"/>
              <w:left w:w="10" w:type="dxa"/>
              <w:bottom w:w="30" w:type="dxa"/>
              <w:right w:w="25" w:type="dxa"/>
            </w:tcMar>
          </w:tcPr>
          <w:p w14:paraId="12B84A95" w14:textId="77777777" w:rsidR="00327BED" w:rsidRDefault="00000000">
            <w:r>
              <w:rPr>
                <w:noProof/>
              </w:rPr>
              <w:drawing>
                <wp:inline distT="0" distB="0" distL="0" distR="0" wp14:anchorId="42757165" wp14:editId="2E8BF54D">
                  <wp:extent cx="356616" cy="356616"/>
                  <wp:effectExtent l="0" t="0" r="0" b="0"/>
                  <wp:docPr id="438" name="Picture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311FB4A" w14:textId="77777777" w:rsidR="00327BED" w:rsidRDefault="00000000">
            <w:pPr>
              <w:spacing w:after="24"/>
            </w:pPr>
            <w:r>
              <w:rPr>
                <w:b/>
                <w:color w:val="F0B232"/>
              </w:rPr>
              <w:t>Ev</w:t>
            </w:r>
            <w:r>
              <w:rPr>
                <w:color w:val="949BA4"/>
                <w:sz w:val="15"/>
              </w:rPr>
              <w:t xml:space="preserve">  10/05/2026 3:43 PM</w:t>
            </w:r>
          </w:p>
          <w:p w14:paraId="23E21276" w14:textId="77777777" w:rsidR="00327BED" w:rsidRDefault="00000000">
            <w:pPr>
              <w:spacing w:after="8" w:line="245" w:lineRule="auto"/>
            </w:pPr>
            <w:r>
              <w:t>Oh?</w:t>
            </w:r>
          </w:p>
        </w:tc>
      </w:tr>
      <w:tr w:rsidR="00327BED" w14:paraId="1F0BCCB5" w14:textId="77777777">
        <w:trPr>
          <w:cantSplit/>
          <w:jc w:val="center"/>
        </w:trPr>
        <w:tc>
          <w:tcPr>
            <w:tcW w:w="778" w:type="dxa"/>
            <w:shd w:val="clear" w:color="auto" w:fill="313338"/>
            <w:tcMar>
              <w:top w:w="55" w:type="dxa"/>
              <w:left w:w="10" w:type="dxa"/>
              <w:bottom w:w="30" w:type="dxa"/>
              <w:right w:w="25" w:type="dxa"/>
            </w:tcMar>
          </w:tcPr>
          <w:p w14:paraId="7D22D37A" w14:textId="77777777" w:rsidR="00327BED" w:rsidRDefault="00000000">
            <w:r>
              <w:rPr>
                <w:noProof/>
              </w:rPr>
              <w:drawing>
                <wp:inline distT="0" distB="0" distL="0" distR="0" wp14:anchorId="4A4E5AFF" wp14:editId="3B05C22D">
                  <wp:extent cx="356616" cy="356616"/>
                  <wp:effectExtent l="0" t="0" r="0" b="0"/>
                  <wp:docPr id="439" name="Picture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3C17EE53" w14:textId="77777777" w:rsidR="00327BED" w:rsidRDefault="00000000">
            <w:pPr>
              <w:spacing w:after="24"/>
            </w:pPr>
            <w:r>
              <w:rPr>
                <w:b/>
              </w:rPr>
              <w:t>Aperation</w:t>
            </w:r>
            <w:r>
              <w:rPr>
                <w:color w:val="949BA4"/>
                <w:sz w:val="15"/>
              </w:rPr>
              <w:t xml:space="preserve">  10/05/2026 3:44 PM</w:t>
            </w:r>
          </w:p>
          <w:p w14:paraId="7D1EBB7E" w14:textId="77777777" w:rsidR="00327BED" w:rsidRDefault="00000000">
            <w:pPr>
              <w:spacing w:after="8" w:line="245" w:lineRule="auto"/>
            </w:pPr>
            <w:r>
              <w:t>do whatever feels right</w:t>
            </w:r>
          </w:p>
        </w:tc>
      </w:tr>
      <w:tr w:rsidR="00327BED" w14:paraId="53172D2C" w14:textId="77777777">
        <w:trPr>
          <w:cantSplit/>
          <w:jc w:val="center"/>
        </w:trPr>
        <w:tc>
          <w:tcPr>
            <w:tcW w:w="778" w:type="dxa"/>
            <w:shd w:val="clear" w:color="auto" w:fill="313338"/>
            <w:tcMar>
              <w:top w:w="55" w:type="dxa"/>
              <w:left w:w="10" w:type="dxa"/>
              <w:bottom w:w="30" w:type="dxa"/>
              <w:right w:w="25" w:type="dxa"/>
            </w:tcMar>
          </w:tcPr>
          <w:p w14:paraId="22B90004" w14:textId="77777777" w:rsidR="00327BED" w:rsidRDefault="00000000">
            <w:r>
              <w:rPr>
                <w:noProof/>
              </w:rPr>
              <w:drawing>
                <wp:inline distT="0" distB="0" distL="0" distR="0" wp14:anchorId="66F71482" wp14:editId="2FDAA91A">
                  <wp:extent cx="356616" cy="356616"/>
                  <wp:effectExtent l="0" t="0" r="0" b="0"/>
                  <wp:docPr id="440" name="Picture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png"/>
                          <pic:cNvPicPr/>
                        </pic:nvPicPr>
                        <pic:blipFill>
                          <a:blip r:embed="rId8"/>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2E425F23" w14:textId="77777777" w:rsidR="00327BED" w:rsidRDefault="00000000">
            <w:pPr>
              <w:spacing w:after="24"/>
            </w:pPr>
            <w:r>
              <w:rPr>
                <w:b/>
                <w:color w:val="F0B232"/>
              </w:rPr>
              <w:t>Ev</w:t>
            </w:r>
            <w:r>
              <w:rPr>
                <w:color w:val="949BA4"/>
                <w:sz w:val="15"/>
              </w:rPr>
              <w:t xml:space="preserve">  10/05/2026 3:44 PM</w:t>
            </w:r>
          </w:p>
          <w:p w14:paraId="434898B5" w14:textId="77777777" w:rsidR="00327BED" w:rsidRDefault="00000000">
            <w:pPr>
              <w:shd w:val="clear" w:color="auto" w:fill="2B2D31"/>
              <w:spacing w:after="8" w:line="245" w:lineRule="auto"/>
            </w:pPr>
            <w:r>
              <w:rPr>
                <w:color w:val="949BA4"/>
                <w:sz w:val="19"/>
              </w:rPr>
              <w:t>▧  Image</w:t>
            </w:r>
          </w:p>
        </w:tc>
      </w:tr>
      <w:tr w:rsidR="00327BED" w14:paraId="03265106" w14:textId="77777777">
        <w:trPr>
          <w:cantSplit/>
          <w:jc w:val="center"/>
        </w:trPr>
        <w:tc>
          <w:tcPr>
            <w:tcW w:w="778" w:type="dxa"/>
            <w:shd w:val="clear" w:color="auto" w:fill="313338"/>
            <w:tcMar>
              <w:top w:w="55" w:type="dxa"/>
              <w:left w:w="10" w:type="dxa"/>
              <w:bottom w:w="30" w:type="dxa"/>
              <w:right w:w="25" w:type="dxa"/>
            </w:tcMar>
          </w:tcPr>
          <w:p w14:paraId="3B2CCD85" w14:textId="77777777" w:rsidR="00327BED" w:rsidRDefault="00000000">
            <w:r>
              <w:rPr>
                <w:noProof/>
              </w:rPr>
              <w:drawing>
                <wp:inline distT="0" distB="0" distL="0" distR="0" wp14:anchorId="7296172B" wp14:editId="0303CCD4">
                  <wp:extent cx="356616" cy="356616"/>
                  <wp:effectExtent l="0" t="0" r="0" b="0"/>
                  <wp:docPr id="441" name="Picture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eration.png"/>
                          <pic:cNvPicPr/>
                        </pic:nvPicPr>
                        <pic:blipFill>
                          <a:blip r:embed="rId7"/>
                          <a:stretch>
                            <a:fillRect/>
                          </a:stretch>
                        </pic:blipFill>
                        <pic:spPr>
                          <a:xfrm>
                            <a:off x="0" y="0"/>
                            <a:ext cx="356616" cy="356616"/>
                          </a:xfrm>
                          <a:prstGeom prst="rect">
                            <a:avLst/>
                          </a:prstGeom>
                        </pic:spPr>
                      </pic:pic>
                    </a:graphicData>
                  </a:graphic>
                </wp:inline>
              </w:drawing>
            </w:r>
          </w:p>
        </w:tc>
        <w:tc>
          <w:tcPr>
            <w:tcW w:w="9734" w:type="dxa"/>
            <w:shd w:val="clear" w:color="auto" w:fill="313338"/>
            <w:tcMar>
              <w:top w:w="40" w:type="dxa"/>
              <w:left w:w="15" w:type="dxa"/>
              <w:bottom w:w="65" w:type="dxa"/>
              <w:right w:w="15" w:type="dxa"/>
            </w:tcMar>
          </w:tcPr>
          <w:p w14:paraId="40D54DAB" w14:textId="77777777" w:rsidR="00327BED" w:rsidRDefault="00000000">
            <w:pPr>
              <w:spacing w:after="24"/>
            </w:pPr>
            <w:r>
              <w:rPr>
                <w:b/>
              </w:rPr>
              <w:t>Aperation</w:t>
            </w:r>
            <w:r>
              <w:rPr>
                <w:color w:val="949BA4"/>
                <w:sz w:val="15"/>
              </w:rPr>
              <w:t xml:space="preserve">  10/05/2026 3:45 PM</w:t>
            </w:r>
          </w:p>
          <w:p w14:paraId="5211779B" w14:textId="77777777" w:rsidR="00327BED" w:rsidRDefault="00000000">
            <w:pPr>
              <w:spacing w:after="8" w:line="245" w:lineRule="auto"/>
            </w:pPr>
            <w:r>
              <w:t>maybe clear th gc so she doesnt see</w:t>
            </w:r>
          </w:p>
        </w:tc>
      </w:tr>
    </w:tbl>
    <w:p w14:paraId="6FFF133E" w14:textId="77777777" w:rsidR="00327BED" w:rsidRDefault="00000000">
      <w:pPr>
        <w:spacing w:before="120"/>
        <w:jc w:val="center"/>
      </w:pPr>
      <w:r>
        <w:rPr>
          <w:color w:val="949BA4"/>
          <w:sz w:val="15"/>
        </w:rPr>
        <w:t>End of export • 826 messages</w:t>
      </w:r>
    </w:p>
    <w:sectPr w:rsidR="00327BED" w:rsidSect="00034616">
      <w:pgSz w:w="12240" w:h="15840"/>
      <w:pgMar w:top="490" w:right="605" w:bottom="490" w:left="60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Liberation Sans">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4442739">
    <w:abstractNumId w:val="8"/>
  </w:num>
  <w:num w:numId="2" w16cid:durableId="2130926104">
    <w:abstractNumId w:val="6"/>
  </w:num>
  <w:num w:numId="3" w16cid:durableId="421485986">
    <w:abstractNumId w:val="5"/>
  </w:num>
  <w:num w:numId="4" w16cid:durableId="1830056119">
    <w:abstractNumId w:val="4"/>
  </w:num>
  <w:num w:numId="5" w16cid:durableId="1723558870">
    <w:abstractNumId w:val="7"/>
  </w:num>
  <w:num w:numId="6" w16cid:durableId="687753484">
    <w:abstractNumId w:val="3"/>
  </w:num>
  <w:num w:numId="7" w16cid:durableId="620459923">
    <w:abstractNumId w:val="2"/>
  </w:num>
  <w:num w:numId="8" w16cid:durableId="1090664311">
    <w:abstractNumId w:val="1"/>
  </w:num>
  <w:num w:numId="9" w16cid:durableId="1748333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27BED"/>
    <w:rsid w:val="00547373"/>
    <w:rsid w:val="00834FE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A9507D"/>
  <w14:defaultImageDpi w14:val="300"/>
  <w15:docId w15:val="{95C616E1-1E02-445A-9689-617C4441F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Liberation Sans" w:eastAsia="Liberation Sans" w:hAnsi="Liberation Sans"/>
      <w:color w:val="F2F3F5"/>
      <w:sz w:val="20"/>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6839</Words>
  <Characters>38985</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45733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Discord Chat Export - 10 May 2026</dc:title>
  <dc:subject>Discord-style formatted transcript</dc:subject>
  <dc:creator>ChatGPT</dc:creator>
  <cp:keywords/>
  <dc:description>generated by python-docx</dc:description>
  <cp:lastModifiedBy>SAM KARAMI</cp:lastModifiedBy>
  <cp:revision>2</cp:revision>
  <dcterms:created xsi:type="dcterms:W3CDTF">2013-12-23T23:15:00Z</dcterms:created>
  <dcterms:modified xsi:type="dcterms:W3CDTF">2026-07-15T01:32:00Z</dcterms:modified>
  <cp:category/>
</cp:coreProperties>
</file>